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65/2017 z 8. 3. 2017</w:t>
      </w:r>
    </w:p>
    <w:p>
      <w:r>
        <w:t>Uznesenie Ústavného súdu SR z 8. marca 2017, sp. zn. I. ÚS 65/2017, ECLI:SK:USSR:2017:1.US.65.2017.2</w:t>
      </w:r>
    </w:p>
    <w:p>
      <w:r>
        <w:t>Súd: Ústavný súd Slovenskej republiky</w:t>
      </w:r>
    </w:p>
    <w:p>
      <w:r>
        <w:t>Spisová značka: I. ÚS 65/2017</w:t>
      </w:r>
    </w:p>
    <w:p>
      <w:r>
        <w:t>ECLI: ECLI:SK:USSR:2017:1.US.65.2017.2</w:t>
      </w:r>
    </w:p>
    <w:p>
      <w:r>
        <w:t>Dátum vydania: 8. 3. 2017</w:t>
      </w:r>
    </w:p>
    <w:p>
      <w:r>
        <w:t>Forma: Uznesenie</w:t>
      </w:r>
    </w:p>
    <w:p>
      <w:r>
        <w:t>Oblasť práva: Ústavné právo</w:t>
      </w:r>
    </w:p>
    <w:p>
      <w:pPr>
        <w:pStyle w:val="Heading2"/>
      </w:pPr>
      <w:r>
        <w:t>Text rozhodnutia</w:t>
      </w:r>
    </w:p>
    <w:p>
      <w:r>
        <w:t>SLOVENSKÁ REPUBLIKA</w:t>
      </w:r>
    </w:p>
    <w:p>
      <w:r>
        <w:t>UZNESENIE Ústavného súdu Slovenskej republiky I. ÚS 65/2017-33 Ústavný súd Slovenskej republiky na neverejnom zasadnutí senátu 8. marca 2017 vo veciach obchodnej spoločnosti POHOTOVOSŤ, s. r. o., Pribinova 25, Bratislava, zastúpenej advokátom doc. JUDr. Branislavom Fridrichom, PhD., Fridrich Paľko, s. r. o., Grösslingová 4, Bratislava, v ktorých namieta porušenie základného práva podľa čl. 46 ods. 1 Ústavy Slovenskej republiky a práva podľa čl. 6 ods. 1 Dohovoru o ochrane ľudských práv a základných slobôd uzneseniami Krajského súdu v Trenčíne, Krajského súdu v Žiline a Krajského súdu v Nitre uvedenými v prílohe tohto rozhodnutia a im predchádzajúcim postupom, takto rozhodol: Konanie z a s t a v u j e . Odôvodnenie: 1. Ústavný súd Slovenskej republiky (ďalej len „ústavný súd“) uznesením č. k. I. ÚS 65/2017-8 z 8. februára 2017 rozhodol o spojení sťažností vedených pod sp. zn. Rvp 7425/2016</w:t>
      </w:r>
    </w:p>
    <w:p>
      <w:r>
        <w:t>až</w:t>
      </w:r>
    </w:p>
    <w:p>
      <w:r>
        <w:t>sp. zn.</w:t>
      </w:r>
    </w:p>
    <w:p>
      <w:r>
        <w:t>Rvp 7446/2016,</w:t>
      </w:r>
    </w:p>
    <w:p>
      <w:r>
        <w:t>sp. zn.</w:t>
      </w:r>
    </w:p>
    <w:p>
      <w:r>
        <w:t>Rvp 7732/2016</w:t>
      </w:r>
    </w:p>
    <w:p>
      <w:r>
        <w:t>až</w:t>
      </w:r>
    </w:p>
    <w:p>
      <w:r>
        <w:t>sp. zn.</w:t>
      </w:r>
    </w:p>
    <w:p>
      <w:r>
        <w:t>Rvp 7744/2016, sp. zn. Rvp 8029/2016 až sp. zn. Rvp 8044/2016, sp. zn. Rvp 8569/2016 až sp. zn. Rvp 8571/2016, sp. zn. Rvp 8573/2016 až sp. zn. Rvp 8577/2016, sp. zn. Rvp 8877/2016</w:t>
      </w:r>
    </w:p>
    <w:p>
      <w:r>
        <w:t>až</w:t>
      </w:r>
    </w:p>
    <w:p>
      <w:r>
        <w:t>sp. zn.</w:t>
      </w:r>
    </w:p>
    <w:p>
      <w:r>
        <w:t>Rvp 8891/2016,</w:t>
      </w:r>
    </w:p>
    <w:p>
      <w:r>
        <w:t>sp. zn.</w:t>
      </w:r>
    </w:p>
    <w:p>
      <w:r>
        <w:t>Rvp 9194/2016</w:t>
      </w:r>
    </w:p>
    <w:p>
      <w:r>
        <w:t>až</w:t>
      </w:r>
    </w:p>
    <w:p>
      <w:r>
        <w:t>sp. zn.</w:t>
      </w:r>
    </w:p>
    <w:p>
      <w:r>
        <w:t>Rvp 9213/2016, sp. zn. Rvp 9559/2016 až sp. zn. Rvp 9575/2016, sp. zn. Rvp 9806/2016</w:t>
      </w:r>
    </w:p>
    <w:p>
      <w:r>
        <w:t>až sp. zn. Rvp 9816/2016, sp. zn. Rvp 10080/2016, sp. zn. Rvp 10159/2016 až sp. zn. Rvp 10203/2016, sp. zn. Rvp 10329/2016, Rvp 10330/2016, sp. zn. Rvp 10386/2016 až sp. zn. Rvp 10412/2016, sp. zn. Rvp 10871/2016, sp. zn. Rvp 11819/2016 až sp. zn. Rvp 11860/2016, sp. zn.</w:t>
      </w:r>
    </w:p>
    <w:p>
      <w:r>
        <w:t>Rvp 12088/2016, sp. zn.</w:t>
      </w:r>
    </w:p>
    <w:p>
      <w:r>
        <w:t>Rvp 13052/2016 až sp. zn.</w:t>
      </w:r>
    </w:p>
    <w:p>
      <w:r>
        <w:t>Rvp 12249/2016, sp. zn.</w:t>
      </w:r>
    </w:p>
    <w:p>
      <w:r>
        <w:t>Rvp 13063/2016, sp. zn.</w:t>
      </w:r>
    </w:p>
    <w:p>
      <w:r>
        <w:t>Rvp 13322/2016,</w:t>
      </w:r>
    </w:p>
    <w:p>
      <w:r>
        <w:t>sp. zn.</w:t>
      </w:r>
    </w:p>
    <w:p>
      <w:r>
        <w:t>Rvp 13455/2016,</w:t>
      </w:r>
    </w:p>
    <w:p>
      <w:r>
        <w:t>sp. zn.</w:t>
      </w:r>
    </w:p>
    <w:p>
      <w:r>
        <w:t>Rvp 13553/2016,</w:t>
      </w:r>
    </w:p>
    <w:p>
      <w:r>
        <w:t>sp. zn.</w:t>
      </w:r>
    </w:p>
    <w:p>
      <w:r>
        <w:t>Rvp 13790/2016</w:t>
      </w:r>
    </w:p>
    <w:p>
      <w:r>
        <w:t>až</w:t>
      </w:r>
    </w:p>
    <w:p>
      <w:r>
        <w:t>Rvp 14285/2016 až sp. zn.</w:t>
      </w:r>
    </w:p>
    <w:p>
      <w:r>
        <w:t>Rvp 13286/2016 až sp. zn. Rvp 13525/2016</w:t>
      </w:r>
    </w:p>
    <w:p>
      <w:r>
        <w:t>sp. zn.</w:t>
      </w:r>
    </w:p>
    <w:p>
      <w:r>
        <w:t>Rvp 14305/2016, sp. zn.</w:t>
      </w:r>
    </w:p>
    <w:p>
      <w:r>
        <w:t>sp. zn.</w:t>
      </w:r>
    </w:p>
    <w:p>
      <w:r>
        <w:t>až</w:t>
      </w:r>
    </w:p>
    <w:p>
      <w:r>
        <w:t>sp. zn.</w:t>
      </w:r>
    </w:p>
    <w:p>
      <w:r>
        <w:t>Rvp 13820/2016,</w:t>
      </w:r>
    </w:p>
    <w:p>
      <w:r>
        <w:t>sp. zn.</w:t>
      </w:r>
    </w:p>
    <w:p>
      <w:r>
        <w:t>Rvp 14601/2016 až sp. zn.</w:t>
      </w:r>
    </w:p>
    <w:p>
      <w:r>
        <w:t>Rvp 14617/2016 a sp. zn. Rvp 14801/2016 až sp. zn. Rvp 14816/2016 na spoločné konanie, ktoré bude vedené pod sp. zn. Rvp 7425/2016, a zároveň uložil obchodnej spoločnosti POHOTOVOSŤ, s. r. o., Pribinova 25, Bratislava (ďalej len „navrhovateľka“), povinnosť zaplatiť súdny poplatok v sume 12 180 € za podané ústavné sťažnosti, ktorými namietala porušenia základného práva podľa čl. 46 ods. 1 Ústavy Slovenskej republiky a práva podľa čl. 6 ods. 1 Dohovoru o ochrane ľudských práv a základných slobôd uzneseniami Krajského súdu v Trenčíne, Krajského súdu v Žiline a Krajského súdu v Nitre uvedenými v prílohe tohto rozhodnutia a im predchádzajúcim postupom.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15 dní odo dňa jeho doručenia. 3. Z poštovej doručenky, ktorá je súčasťou spisu sp. zn. I. ÚS 65/2017, ústavný súd zistil, že uznesenie o vyrubení súdneho poplatku bolo navrhovateľke prostredníctvom právneho zástupcu doručené 17. februára 2017. Navrhovateľka súdny poplatok za podané ústavné sťažnosti v ustanovenej lehote nezaplatila.</w:t>
      </w:r>
    </w:p>
    <w:p>
      <w:r>
        <w:t>2</w:t>
      </w:r>
    </w:p>
    <w:p>
      <w:r>
        <w:t>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8. marca 2017</w:t>
      </w:r>
    </w:p>
    <w:p>
      <w:r>
        <w:t>3</w:t>
      </w:r>
    </w:p>
    <w:p>
      <w:r>
        <w:t>Príloha k uzneseniu Ústavného súdu Slovenskej republiky sp. zn. I. ÚS 65/2017 Por.</w:t>
      </w:r>
    </w:p>
    <w:p>
      <w:r>
        <w:t>sp. zn. sťažností vedených</w:t>
      </w:r>
    </w:p>
    <w:p>
      <w:r>
        <w:t>sp. zn. uznesení Krajského súdu v Trenčíne</w:t>
      </w:r>
    </w:p>
    <w:p>
      <w:r>
        <w:t>č. 1. 2. 3. 4. 5. 6. 7. 8. 9. 10. 11. 12. 13. 14. 15. 16. 17. 18. 19. 20. 21. 22. 23. 24. 25. 26. 27. 28. 29. 30. 31. 32. 33. 34. 35. 36. 37. 38. 39.</w:t>
      </w:r>
    </w:p>
    <w:p>
      <w:r>
        <w:t>ústavným súdom Rvp 7425/2016 Rvp 7426/2016 Rvp 7427/2016 Rvp 7428/2016 Rvp 7429/2016 Rvp 7430/2016 Rvp 7431/2016 Rvp 7432/2016 Rvp 7433/2016 Rvp 7434/2016 Rvp 7435/2016 Rvp 7436/2016 Rvp 7437/2016 Rvp 7438/2016 Rvp 7439/2016 Rvp 7440/2016 Rvp 7441/2016 Rvp 7442/2016 Rvp 7443/2016 Rvp 7444/2016 Rvp 7445/2016 Rvp 7446/2016 Rvp 7732/2016 Rvp 7733/2016 Rvp 7734/2016 Rvp 7735/2016 Rvp 7736/2016 Rvp 7737/2016 Rvp 7738/2016 Rvp 7739/2016 Rvp 7740/2016 Rvp 7741/2016 Rvp 7742/2016 Rvp 7743/2016 Rvp 7744/2016 Rvp 8029/2016 Rvp 8030/2016 Rvp 8031/2016 Rvp 8032/2016</w:t>
      </w:r>
    </w:p>
    <w:p>
      <w:r>
        <w:t>8 Co 115/2015 zo 16. marca 2016 17 Co 287/2015 z 9. marca 2016 8 Co 38/2015 zo 16. marca 2016 19 Co 951/2015 z 31. marca 2016 8 Co 217/2015 zo 6. apríla 2016 5 Co 370/2015 z 30. marca 2016 5 Co 817/2015 z 31. marca 2016 8 Co 52/2015 z 30. marca 2016 8 Co 44/2015 z 30. marca 2016 5 Co 879/2015 z 31. marca 2016 8 Co 35/2015 zo 16. marca 2016 17 Co 159/2016 z 22. marca 2016 17 Co 157/2016 z 22. marca 2016 4 Co 682/201 z 18. februára 2016 17 Co 118/2016 z 22. marca 2016 19 Co 117/2016 z 31. marca 2016 17 Co 116/2016 z 22. marca 2016 5 Co 856/2015 z 31. marca 2016 5 Co 807/2015 z 31. marca 2016 5 Co 853/2015 z 31. marca 2016 6 Co 1009/2015 z 9. februára 2016 5 Co 773/2015 z 30. marca 2016 19 Co 93/2016 z 5. apríla 2016 5 Co 791/2014 z 30. marca 2016 6 Co 129/2016 z 22. marca 2016 6 Co 127/2016 z 22. marca 2016 6 Co 97/2016 z 22. marca 2016 6 Co 153/2016 z 22. marca 2016 8 Co 121/2015 zo 16. marca 2016 6 Co 99/2016 z 22. marca 2016 17 Co 334/2015 z 9. marca 2016 17 Co 323/2015 z 9. marca 2016 4 Co 676/2015 z 18. februára 2016 6 Co 220/2015 z 22. marca 2016 6 Co 95/2016 z 23. februára 2016 6 Co 159/2016 z 22. marca 2016 5 Co 124/2016 zo 6. apríla 2016 8 Co 142/2015 zo 6. apríla 2016 5 Co 818/2015 z 13. apríla 2016 4</w:t>
      </w:r>
    </w:p>
    <w:p>
      <w:r>
        <w:t>40. 41. 42. 43. 44. 45. 46. 47. 48. 49. 50. 51. 52. 53. 54. 55. 56. 57. 58. 59. 60. 61. 62. 63. 64. 65. 66. 67. 68. 69. 70. 71. 72. 73. 74. 75. 76. 77. 78. 79. 80. 81. 82. 83. 84.</w:t>
      </w:r>
    </w:p>
    <w:p>
      <w:r>
        <w:t>Rvp 8033/2016 Rvp 8034/2016 Rvp 8035/2016 Rvp 8036/2016 Rvp 8037/2016 Rvp 8038/2016 Rvp 8039/2016 Rvp 8040/2016 Rvp 8041/2016 Rvp 8042/2016 Rvp 8043/2016 Rvp 8044/2016 Rvp 8569/2016 Rvp 8570/2016 Rvp 8571/2016 Rvp 8573/2016 Rvp 8574/2016 Rvp 8575/2016 Rvp 8576/2016 Rvp 8577/2016 Rvp 8877/2016 Rvp 8878/2016 Rvp 8879/2016 Rvp 8880/2016 Rvp 8881/2016 Rvp 8882/2016 Rvp 8883/2016 Rvp 8884/2016 Rvp 8885/2016 Rvp 8886/2016 Rvp 8887/2016 Rvp 8888/2016 Rvp 8889/2016 Rvp 8890/2016 Rvp 8891/2016 Rvp 9194/2016 Rvp 9195/2016 Rvp 9196/2016 Rvp 9197/2016 Rvp 9198/2016 Rvp 9199/2016 Rvp 9200/2016 Rvp 9201/2016 Rvp 9202/2016 Rvp 9203/2016</w:t>
      </w:r>
    </w:p>
    <w:p>
      <w:r>
        <w:t>5 Co 835/2015 z 13. apríla 2016 5 Co 516/2015 z 13. apríla 2016 5 Co 518/2015 z 13. apríla 2016 5 Co 522/2015 z 13. apríla 2016 8 Co 147/2015 zo 6. apríla 2016 5 Co 431/2015 z 30. marca 2016 8 Co 220/2015 zo 6. apríla 2016 5 Co 507/2015 z 13. apríla 2016 5 Co 120/2016 zo 6. apríla 2016 5 Co 875/2015 z 13. apríla 2016 5 Co 855/2015 z 13. apríla 2016 5 Co 873/2015 z 31. marca 2016 17 Co 315/2015 z 22. marca 2016 17 Co 337/2015 z 22. marca 2016 17 Co 306/2015 z 22. marca 2016 6 Co 158/2016 z 30. marca 2016 19 Co 137/2016 z 19. apríla 2016 5 Co 607/2015 z 13. apríla 2016 4 Co 125/2016 z 31. marca 2016 6 Co 176/2016 z 30. marca 2016 5 Co 127/2016 zo 6. apríla 2016 4 Co 142/2016 z 21. marca 2016 4 Co 130/2016 z 31. marca 2016 6 Co 190/2016 z 30. marca 2016 17 Co 231/2015 z 22. marca 2016 17 Co 264/2015 z 22. marca 2016 4 Co 773/2015 z 31. marca 2016 4 Co 794/2015 z 31. marca 2016 16 Co 5/2016 z 30. marca 2016 17 Co 266/2015 z 22. marca 2016 19 Co 108/2016 z 3. mája 2016 4 Co 135/2016 z 31. marca 2016 19 Co 89/2016 z 27. apríla 2016 6 Co 218/2016 z 28. apríla 2016 6 Co 221/2016 z 26. apríla 2016 19 Co 114/2016 z 5. mája 2016 4 Co 931/2015 z 31. marca 2016 19 Co 180/2016 z 28. apríla 2016 19 Co 82/2016 z 28. apríla 2016 4 Co 791/2015 z 31. marca 2016 5 Co 667/2015 zo 4. mája 2016 19 Co 66/2016 z 28. apríla 2016 19 Co 63/2016 z 28. apríla 2016 19 Co 81/2016 z 28. apríla 2016 19 Co 84/2016 z 28. apríla 2016 5</w:t>
      </w:r>
    </w:p>
    <w:p>
      <w:r>
        <w:t>85. 86. 87. 88. 89. 90. 91. 92. 93. 94. 95. 96. 97. 98. 99. 100. 101. 102. 103. 104. 105. 106. 107. 108. 109. 110. 111. 112. 113. 114. 115. 116. 117. 118. 119. 120. 121. 122.</w:t>
      </w:r>
    </w:p>
    <w:p>
      <w:r>
        <w:t>Rvp 9204/2016 Rvp 9205/2016 Rvp 9206/2016 Rvp 9207/2016 Rvp 9208/2016 Rvp 9209/2016 Rvp 9210/2016 Rvp 9211/2016 Rvp 9212/2016 Rvp 9213/2016 Rvp 9559/2016 Rvp 9560/2016 Rvp 9561/2016 Rvp 9562/2016 Rvp 9563/2016 Rvp 9564/2016 Rvp 9565/2016 Rvp 9566/2016 Rvp 9567/2016 Rvp 9568/2016 Rvp 9569/2016 Rvp 9570/2016 Rvp 9571/2016 Rvp 9572/2016 Rvp 9573/2016 Rvp 9574/2016 Rvp 9575/2016 Rvp 9806/2016 Rvp 9807/2016 Rvp 9808/2016 Rvp 9809/2016 Rvp 9810/2016 Rvp 9811/2016 Rvp 9812/2016 Rvp 9813/2016 Rvp 9814/2016 Rvp 9815/2016 Rvp 9816/2016</w:t>
      </w:r>
    </w:p>
    <w:p>
      <w:r>
        <w:t>123. 124. 125. 126. 127. 128.</w:t>
      </w:r>
    </w:p>
    <w:p>
      <w:r>
        <w:t>Rvp 10080/2016 Rvp 10329/2016 Rvp 10330/2016 Rvp 10871/2016 Rvp 11819/2016 Rvp 11820/2016</w:t>
      </w:r>
    </w:p>
    <w:p>
      <w:r>
        <w:t>19 Co 166/2016 z 5. mája 2016 5 Co 585/2015 zo 4. mája 2016 8 Co 73/2015 z 27. apríla 2016 8 Co 69/2015 z 27. apríla 2016 17 Co 191/2016 z 13. apríla 2016 5 Co 612/2015 zo 4. mája 2016 5 Co 628/2015 zo 4. mája 2016 5 Co 589/2015 zo 4. mája 2016 5 Co 578/2015 zo 4. mája 2016 6 Co 193/2016 z 26. apríla 2016 4 Co 51/2016 z 21. apríla 2016 6 Co 338/2015 z 26. apríla 2016 6 Co 220/2016 z 28. apríla 2016 17 Co 435/2015 z 27. apríla 2016 17 Co 433/2015 z 20. apríla 2016 17 Co 412/2015 z 20. apríla 2016 17 Co 394/2015 z 20. apríla 2016 17 Co 482/2015 z 20. apríla 2016 17 Co 614/2015 z 9. marca 2016 7 Co 367/2015 z 27. apríla 2016 19 Co 64/2016 z 28. apríla 2016 5 Co 602/2015 z 13. apríla 2016 19 Co 56/2016 z 28. apríla 2016 5 Co 952/2015 zo 4. mája 2016 17 Co 364/2015 z 20. apríla 2016 17 Co 388/2015 z 27. apríla 2016 19 Co 386/2015 z 27. apríla 2016 6 Co 219/2016 z 28. apríla 2016 17 Co 156/2016 z 27. apríla 2016 17 Co 158/2016 z 27. apríla 2016 5 Co 866/2015 zo 4. mája 2016 17 Co 186/2016 z 27. apríla 2016 19 Co 171/2016 z 28. apríla 2016 17 Co 456/2015 z 27. apríla 2016 17 Co 347/2015 z 27. apríla 2016 6 Co 195/2016 z 26. apríla 2016 17 Co 415/2015 z 27. apríla 2016 17 Co 375/2015 z 27. apríla 2016 sp. zn. uznesení Krajského súdu v Žiline 8 Co 101/2016 z 30. marca 2016 10 Co 167/2016 z 28. apríla 2016 9 Co 148/2016 z 28. apríla 2016 7 Co 19/2016 z 31. mája 2016 10 Co 121/2016 z 31. marca 2016 11 Co 140/2016 z 21. apríla 2016 6</w:t>
      </w:r>
    </w:p>
    <w:p>
      <w:r>
        <w:t>129. 130. 131. 132. 133. 134. 135. 136. 137. 138. 139. 140. 141. 142. 143. 144. 145. 146. 147. 148. 149. 150. 151. 152. 153. 154. 155. 156. 157. 158. 159. 160. 161. 162. 163. 164. 165. 166. 167. 168. 169. 170. 171. 172. 173.</w:t>
      </w:r>
    </w:p>
    <w:p>
      <w:r>
        <w:t>Rvp 11821/2016 Rvp 11822/2016 Rvp 11823/2016 Rvp 11824/2016 Rvp 11825/2016 Rvp 11826/2016 Rvp 11827/2016 Rvp 11828/2016 Rvp 11829/2016 Rvp 11830/2016 Rvp 11831/2016 Rvp 11832/2016 Rvp 11833/2016 Rvp 11834/2016 Rvp 11835/2016 Rvp 11836/2016 Rvp 11837/2016 Rvp 11838/2016 Rvp 11839/2016 Rvp 11840/2016 Rvp 11841/2016 Rvp 11842/2016 Rvp 11843/2016 Rvp 11844/2016 Rvp 11845/2016 Rvp 11846/2016 Rvp 11847/2016 Rvp 11848/2016 Rvp 11849/2016 Rvp 11850/2016 Rvp 11851/2016 Rvp 11852/2016 Rvp 11853/2016 Rvp 11854/2016 Rvp 11855/2016 Rvp 11856/2016 Rvp 11857/2016 Rvp 11858/2016 Rvp 11859/2016 Rvp 11860/2016 Rvp 12088/2016 Rvp 12249/2016 Rvp 13052/2016 Rvp 13053/2016 Rvp 13054/2016</w:t>
      </w:r>
    </w:p>
    <w:p>
      <w:r>
        <w:t>8 Co 113/2016 z 30. marca 2016 8 Co 144/2016 z 26. apríla 2016 10 Co 125/2016 z 23. marca 2016 11 Co 137/2016 z 21. apríla 2016 11 Co 139/2016 zo 14. apríla 2016 10 Co 150/2016 z 27. apríla 2016 10 Co 147/2016 z 28. apríla 2016 9 Co 141/2016 z 28. apríla 2016 11 Co 141/2016 zo 14. apríla 2016 9 Co 144/2016 z 28. apríla 2016 6 Co 98/2016 z 27. apríla 2016 9 Co 143/2016 z 28. apríla 2016 7 Co 117/2016 z 31. marca 2016 6 Co 79/2016 z 31. marca 2016 8 Co 142/2016 z 26. apríla 2016 11 Co 138/2016 zo 14. apríla 2016 7 Co 113/2016 z 29. apríla 2016 9 Co 119/2016 z 24. marca 2016 8 Co 115/2016 z 30. marca 2016 7 Co 141/2016 z 29. apríla 2016 5 Co 142/2016 z 29. apríla 2016 9 Co 140/2016 z 28. apríla 2016 7 Co 139/2016 z 29. apríla 2016 9 Co 116/2016 z 31. marca 2016 10 Co 120/2016 z 31. marca 2016 7 Co 112/2016 z 29. apríla 2016 9 Co 139/2016 z 28. apríla 2016 6 Co 80/2016 z 31. marca 2016 10 Co 149/2016 z 27. apríla 2016 9 Co 115/2016 z 31. marca 2016 7 Co 116/2016 z 31. marca 2016 9 Co 99/2016 z 28. apríla 2016 10 Co 146/2016 z 21. apríla 2016 5 Co 120/2016 z 29. apríla 2016 8 Co 143/2016 z 28. apríla 2016 5 Co 144/2016 zo 17. mája 2016 8 Co 112/2016 z 30. marca 2016 9 Co 120/2016 z 31. marca 2016 7 Co 95/2016 z 30. marca 2016 7 Co 140/2016 z 15. júna 2016 7 Co 146/2016 z 15. júna 2016 6 Co 144/2016 z 15. júna 2016 7 Co 157/2016 z 31. mája 2016 5 Co 123/2016 z 22. marca 2016 5 Co 121/2016 z 22. marca 2016 7</w:t>
      </w:r>
    </w:p>
    <w:p>
      <w:r>
        <w:t>174. 175. 176. 177. 178. 179. 180. 181. 182.</w:t>
      </w:r>
    </w:p>
    <w:p>
      <w:r>
        <w:t>Rvp 13055/2016 Rvp 13056/2016 Rvp 13057/2016 Rvp 13058/2016 Rvp 13059/2016 Rvp 13060/2016 Rvp 13061/2016 Rvp 13062/2016 Rvp 13063/2016</w:t>
      </w:r>
    </w:p>
    <w:p>
      <w:r>
        <w:t>183. 184. 185. 186. 187. 188. 189. 190. 191. 192. 193. 194. 195. 196. 197. 198. 199. 200. 201. 202. 203. 204. 205. 206. 207. 208. 209. 210. 211. 212. 213. 214. 215. 216. 217.</w:t>
      </w:r>
    </w:p>
    <w:p>
      <w:r>
        <w:t>Rvp 10159/2016 Rvp 10160/2016 Rvp 10161/2016 Rvp 10162/2016 Rvp 10163/2016 Rvp 10164/2016 Rvp 10165/2016 Rvp 10166/2016 Rvp 10167/2016 Rvp 10168/2016 Rvp 10169/2016 Rvp 10170/2016 Rvp 10171/2016 Rvp 10172/2016 Rvp 10173/2016 Rvp 10174/2016 Rvp 10175/2016 Rvp 10176/2016 Rvp 10177/2016 Rvp 10178/2016 Rvp 10179/2016 Rvp 10180/2016 Rvp 10181/2016 Rvp 10182/2016 Rvp 10183/2016 Rvp 10184/2016 Rvp 10185/2016 Rvp 10186/2016 Rvp 10187/2016 Rvp 10188/2016 Rvp 10189/2016 Rvp 10190/2016 Rvp 10191/2016 Rvp 10192/2016 Rvp 10193/2016</w:t>
      </w:r>
    </w:p>
    <w:p>
      <w:r>
        <w:t>5 Co 122/2016 z 22. marca 2016 9 Co 117/2016 z 22. marca 2016 8 Co 116/2016 z 22. marca 2016 11 Co 116/2016 z 31. marca 2016 11 Co 115/2016 z 22. marca 2016 11 Co 111/2016 z 22. marca 2016 5 Co 118/2016 z 22. marca 2016 11 Co 112/2016 z 31. marca 2016 10 Co 122/2016 z 23. marca 2016 sp. zn. uznesení Krajského súdu v Nitre 11 Co 16/2016 z 29. apríla 2016 15 Co 580/2016 z 8. marca 2016 26 Co 400/2015 z 21. apríla 2016 26 Co 402/2015 z 21. apríla 2016 15 Co 490/2015 z 15. marca 2016 26 Co 387/2015 z 21. apríla 2016 15 Co 504/2015 z 15. marca 2016 26 Co 650/2015 z 31. marca 2016 11 Co 9/2016 z 29. apríla 2016 9 Co 197/2016 z 28. apríla 2016 9 Co 250/2016 z 28. apríla 2016 25 Co 63/2016 z 18. mája 2016 11 Co 10/2016 z 29. apríla 2016 11 Co 11/2016 z 29. apríla 2016 25 Co 61/2016 z 18. mája 2016 11 Co 43/2016 z 31. mája 2016 26 Co 18/2016 z 31. mája 2016 26 Co 15/2016 z 12. apríla 2016 11 Co 15/2016 z 29. apríla 2016 8 Co 805/2015 z 29. januára 2016 11 Co 3/2016 z 29. apríla 2016 2 Co 24/2016 z 25. mája 2016 2 Co 18/2016 z 18. mája 2016 2 Co 26/2016 z 25. mája 2016 8 Co 906/2016 z 29. januára 2016 6 Co 578/2015 z 31. marca 2016 15 Co 601/2015 z 8. marca 2016 26 Co 580/2015 z 10. marca 2016 26 Co 615/2015 z 12. apríla 2016 15 Co 529/2016 z 31. marca 2016 15 Co 552/2015 z 8. marca 2016 15 Co 700/2015 z 31. marca 2016 5 Co 1078/2015 z 28. januára 2016 1 Co 27/2016 z 10. mája 2016 6 Co 35/2016 z 29. apríla 2016 8</w:t>
      </w:r>
    </w:p>
    <w:p>
      <w:r>
        <w:t>218. 219. 220. 221. 222. 223. 224. 225. 226. 227. 228. 229. 230. 231. 232. 233. 234. 235. 236. 237. 238. 239. 240. 241. 242. 243. 244. 245. 246. 247. 248. 249. 250. 251. 252. 253. 254. 255. 256. 257. 258. 259. 260. 261. 262.</w:t>
      </w:r>
    </w:p>
    <w:p>
      <w:r>
        <w:t>Rvp 10194/2016 Rvp 10195/2016 Rvp 10196/2016 Rvp 10197/2016 Rvp 10198/2016 Rvp 10199/2016 Rvp 10200/2016 Rvp 10201/2016 Rvp 10202/2016 Rvp 10203/2016 Rvp 10386/2016 Rvp 10387/2016 Rvp 10388/2016 Rvp 10389/2016 Rvp 10390/2016 Rvp 10391/2016 Rvp 10392/2016 Rvp 10393/2016 Rvp 10394/2016 Rvp 10395/2016 Rvp 10396/2016 Rvp 10397/2016 Rvp 10398/2016 Rvp 10399/2016 Rvp 10400/2016 Rvp 10401/2016 Rvp 10402/2016 Rvp 10403/2016 Rvp 10404/2016 Rvp 10405/2016 Rvp 10406/2016 Rvp 10407/2016 Rvp 10408/2016 Rvp 10409/2016 Rvp 10410/2016 Rvp 10411/2016 Rvp 10412/2016 Rvp 13286/2016 Rvp 13287/2016 Rvp 13288/2016 Rvp 13289/2016 Rvp 13290/2016 Rvp 13291/2016 Rvp 13292/2016 Rvp 13293/2016</w:t>
      </w:r>
    </w:p>
    <w:p>
      <w:r>
        <w:t>2 Co 15/2016 z 11. mája 2016 1 Co 28/2016 z 10. mája 2016 15 Co 701/2015 z 31. marca 2016 11 Co 77/2015 z 27. apríla 2016 26 Co 635/2015 z 11. februára 2016 15 Co 305/2015 z 2. februára 2016 26 Co 639/2015 z 11. februára 2016 26 Co 626/2015 z 11. februára 2016 15 Co 433/2015 z 9. februára 2016 26 Co 223/2015 zo 4. februára 2016 26 Co 612/2015 z 12. apríla 2016 26 Co 584/2015 zo 7. apríla 2016 15 Co 661/2015 z 22. marca 2016 1 Co 32/2016 zo 7. júna 2016 1 Co 33/2016 zo 7. júna 2016 11 Co 89/2015 z 18. mája 2016 2 Co 27/2016 z 31. mája 2016 11 Co 47/2016 z 31. mája 2016 11 Co 49/2016 z 31. mája 2016 2 Co 25/2016 z 25. mája 2016 1 Co 31/2016 z 31. mája 2016 11 Co 50/2016 z 31. mája 2016 11 Co 53/2016 z 31. mája 2016 11 Co 51/2016 z 31. mája 2016 11 Co 85/2015 z 18. mája 2016 9 Co 654/2015 z 28. apríla 2016 11 Co 109/2016 z 18. mája 2016 11 Co 119/2015 z 18. mája 2016 1 Co 34/2016 zo 7. júna 2016 7 Co 267/2016 z 29. apríla 2016 7 Co 188/2016 z 29. apríla 2016 25 Co 158/2016 z 18. mája 2016 7 Co 242/2016 z 29. apríla 2016 8 Co 1091/2015 z 31. marca 2016 15 Co 523/2015 z 31. marca 2016 7 Co 828/2015 z 28. apríla 2016 26 Co 389/2015 z 21. apríla 2016 26 Co 56/2016 z 31. mája 2016 4 Co 33/2016 z 31. mája 2016 4 Co 28/2016 z 31. mája 2016 25 Co 379/2016 z 30. júna 2016 1 Co 36/2016 z 24. júna 2016 11 Co 63/2016 z 30. júna 2016 4 Co 40/2016 z 30. júna 2016 2 Co 33/2016 z 9. júna 2016 9</w:t>
      </w:r>
    </w:p>
    <w:p>
      <w:r>
        <w:t>263. 264. 265. 266. 267. 268. 269. 270. 271. 272. 273. 274. 275. 276. 277. 278. 279. 280. 281. 282. 283. 284. 285. 286. 287. 288. 289. 290. 291. 292. 293. 294. 295. 296. 297. 298. 299. 300. 301. 302. 303. 304. 305. 306. 307.</w:t>
      </w:r>
    </w:p>
    <w:p>
      <w:r>
        <w:t>Rvp 13294/2016 Rvp 13295/2016 Rvp 13296/2016 Rvp 13297/2016 Rvp 13298/2016 Rvp 13299/2016 Rvp 13300/2016 Rvp 13301/2016 Rvp 13302/2016 Rvp 13303/2016 Rvp 13304/2016 Rvp 13305/2016 Rvp 13306/2016 Rvp 13307/2016 Rvp 13308/2016 Rvp 13309/2016 Rvp 13310/2016 Rvp 13311/2016 Rvp 13312/2016 Rvp 13313/2016 Rvp 13314/2016 Rvp 13315/2016 Rvp 13316/2016 Rvp 13317/2016 Rvp 13318/2016 Rvp 13319/2016 Rvp 13320/2016 Rvp 13321/2016 Rvp 13322/2016 Rvp 13455/2016 Rvp 13525/2016 Rvp 13526/2016 Rvp 13527/2016 Rvp 13528/2016 Rvp 13529/2016 Rvp 13530/2016 Rvp 13531/2016 Rvp 13532/2016 Rvp 13533/2016 Rvp 13534/2016 Rvp 13535/2016 Rvp 13536/2016 Rvp 13537/2016 Rvp 13538/2016 Rvp 13539/2016</w:t>
      </w:r>
    </w:p>
    <w:p>
      <w:r>
        <w:t>2 Co 28/2016 z 29. júna 2016 1 Co 39/2016 z 24. júna 2016 25 Co 327/2016 z 30. júna 2016 11 Co 59/2016 z 30. júna 2016 7 Co 348/2016 z 31. mája 2016 8 Co 348/2016 z 31. mája 2016 4 Co 32/2016 z 31. mája 2016 11 Co 67/2016 z 30. júna 2016 4 Co 29/2016 z 31. mája 2016 5 Co 298/2016 z 23. marca 2016 15 Co 461/2015 z 29. apríla 2016 4 Co 30/2016 z 31. mája 2016 8 Co 349/2016 z 30. júna 2016 4 Co 31/2016 z 31. mája 2016 26 Co 61/2016 z 31. mája 2016 8 Co 289/2016 z 30. júna 2016 26 Co 51/2016 z 31. mája 2016 9 Co 424/2016 z 30. júna 2016 26 Co 53/2016 z 31. mája 2016 8 Co 121/2016 z 29. apríla 2016 5 Co 279/2016 z 29. apríla 2016 8 Co 176/2016 z 31. mája 2016 9 Co 387/2016 z 30. júna 2016 15 Co 442/2015 z 29. apríla 2016 5 Co 229/2015 z 3. februára 2016 5 Co 224/2015 z 23. marca 2016 8 Co 949/2015 z 30. júna 2016 11 Co 384/2015 z 15. júna 2016 25 Co 233/2016 z 30. júna 2016 9 Co 492/2016 z 18. augusta 2016 11 Co 235/2015 z 22. júna 2016 11 Co 358/2015 z 29. júna 2016 11 Co 363/2015 z 15. júna 2016 8 Co 40/2016 z 29. apríla 2016 5 Co 744/2015 z 11. mája 2016 11 Co 218/2015 z 22. júna 2016 5 Co 741/2015 z 25. mája 2016 11 Co 382/2015 z 29. júna 2016 15 Co 30/2016 z 28. júna 2016 6 Co 275/2016 z 29. júla 2016 6 Co 170/2016 z 29. júla 2016 6 Co 173/2016 z 29. júla 2016 5 Co 40/2016 z 29. júla 2016 6 Co 164/2016 z 29. júla 2016 5 Co 457/2016 z 29. júna 2016 10</w:t>
      </w:r>
    </w:p>
    <w:p>
      <w:r>
        <w:t>308. 309. 310. 311. 312. 313. 314. 315. 316. 317. 318. 319. 320. 321. 322. 323. 324. 325. 326. 327. 328. 329. 330. 331. 332. 333. 334. 335. 336. 337. 338. 339. 340. 341. 342. 343. 344. 345. 346. 347. 348. 349. 350. 351. 352.</w:t>
      </w:r>
    </w:p>
    <w:p>
      <w:r>
        <w:t>Rvp 13540/2016 Rvp 13541/2016 Rvp 13542/2016 Rvp 13543/2016 Rvp 13544/2016 Rvp 13545/2016 Rvp 13546/2016 Rvp 13547/2016 Rvp 13548/2016 Rvp 13549/2016 Rvp 13550/2016 Rvp 13551/2016 Rvp 13552/2016 Rvp 13553/2016 Rvp 13790/2016 Rvp 13791/2016 Rvp 13792/2016 Rvp 13793/2016 Rvp 13794/2016 Rvp 13795/2016 Rvp 13796/2016 Rvp 13797/2016 Rvp 13798/2016 Rvp 13799/2016 Rvp 13800/2016 Rvp 13801/2016 Rvp 13802/2016 Rvp 13803/2016 Rvp 13804/2016 Rvp 13805/2016 Rvp 13806/2016 Rvp 13807/2016 Rvp 13808/2016 Rvp 13809/2016 Rvp 13810/2016 Rvp 13811/2016 Rvp 13812/2016 Rvp 13813/2016 Rvp 13814/2016 Rvp 13815/2016 Rvp 13816/2016 Rvp 13817/2016 Rvp 13818/2016 Rvp 13819/2016 Rvp 13820/2016</w:t>
      </w:r>
    </w:p>
    <w:p>
      <w:r>
        <w:t>8 Co 248/2016 z 31. mája 2016 25 Co 275/2016 z 30. júna 2016 5 Co 293/2016 z 29. júna 2016 5 Co 319/2016 z 29. júna 2016 8 Co 293/2016 z 30. júna 2016 5 Co 212/2015 z 23. marca 2016 9 Co 441/2016 z 18. júla 2016 26 Co 41/2016 z 31. mája 2016 15 Co 721/2015 z 31. mája 2016 11 Co 256/2015 z 29. júna 2016 11 Co 394/2015 z 29. júna 2016 5 Co 353/2016 z 29. júna 2016 15 Co 594/2015 z 31. mája 2016 5 Co 487/2016 z 29. júla 2016 8 Co 70/2016 z 29. apríla 2016 6 Co 165/2016 z 30. júna 2016 5 Co 354/2016 z 31. mája 2016 5 Co 301/2016 z 31. mája 2016 26 Co 31/2016 z 31. mája 2016 26 Co 34/2016 z 31. mája 2016 7 Co 410/2016 z 30. júna 2016 25 Co 39/2016 z 18. mája 2016 8 Co 404/2016 z 30. júna 2016 9 Co 1029/2015 zo 14. júla 2016 5 Co 755/2015 z 25. mája 2016 15 Co 513/2015 z 29. apríla 2016 26 Co 49/2016 z 31. mája 2016 8 Co 354/2016 z 30. júna 2016 8 Co 303/2016 z 30. júna 2016 15 Co 694/2015 z 31. mája 2016 15 Co 717/2015 z 31. mája 2016 26 Co 32/2016 z 31. mája 2016 7 Co 392/2016 z 30. júna 2016 11 Co 101/2015 z 29. apríla 2016 25 Co 299/2016 z 30. júna 2016 15 Co 15/2016 z 31. mája 2016 8 Co 452/2016 z 30. júna 2016 8 Co 401/2016 z 30. júna 2016 7 Co 322/2016 z 2. júna 2016 15 Co 20/2016 z 31. mája 2016 5 Co 64/2016 z 29. februára 2016 15 Co 525/2015 z 31. mája 2016 9 Co 476/2016 zo 4. augusta 2016 15 Co 521/2015 z 31. mája 2016 9 Co 942/2015 zo 14. júla 2016 11</w:t>
      </w:r>
    </w:p>
    <w:p>
      <w:r>
        <w:t>353. 354. 355. 356. 357. 358. 359. 360. 361. 362. 363. 364. 365. 366. 367. 368. 369. 370. 371. 372. 373. 374. 375. 376. 377. 378. 379. 380. 381. 382. 383. 384. 385. 386. 387. 388. 389. 390. 391. 392. 393. 394. 395. 396. 397.</w:t>
      </w:r>
    </w:p>
    <w:p>
      <w:r>
        <w:t>Rvp 14285/2016 Rvp 14286/2016 Rvp 14287/2016 Rvp 14288/2016 Rvp 14289/2016 Rvp 14290/2016 Rvp 14291/2016 Rvp 14292/2016 Rvp 14293/2016 Rvp 14294/2016 Rvp 14295/2016 Rvp 14296/2016 Rvp 14297/2016 Rvp 14298/2016 Rvp 14299/2016 Rvp 14300/2016 Rvp 14301/2016 Rvp 14302/2016 Rvp 14303/2016 Rvp 14304/2016 Rvp 14305/2016 Rvp 14601/2016 Rvp 14602/2016 Rvp 14603/2016 Rvp 14604/2016 Rvp 14605/2016 Rvp 14606/2016 Rvp 14607/2016 Rvp 14608/2016 Rvp 14609/2016 Rvp 14610/2016 Rvp 14611/2016 Rvp 14612/2016 Rvp 14613/2016 Rvp 14614/2016 Rvp 14615/2016 Rvp 14616/2016 Rvp 14617/2016 Rvp 14801/2016 Rvp 14802/2016 Rvp 14803/2016 Rvp 14804/2016 Rvp 14805/2016 Rvp 14806/2016 Rvp 14807/2016</w:t>
      </w:r>
    </w:p>
    <w:p>
      <w:r>
        <w:t>26 Co 11/2016 z 2. júna 2016 11 Co 486/2015 z 29. júna 2016 8 Co 376/2016 z 29. júla 2016 11 Co 52/2016 z 28. júla 2016 6 Co 230/2016 z 29. júla 2016 9 Co 526/2016 z 25. augusta 2016 15 Co 535/2015 z 31. mája 2016 15 Co 698/2015 z 31. mája 2016 15 Co 703/2015 z 31. mája 2016 11 Co 348/2015 z 29. júna 2016 11 Co 561/2015 z 27. júla 2016 11 Co 247/2015 z 29. júna 2016 5 Co 118/2016 z 29. júla 2016 5 Co 175/2016 z 29. júla 2016 15 Co 21/2016 z 28. júna 2016 11 Co 45/2016 z 28. júla 2016 15 Co 17/2016 z 28. júna 2016 11 Co 46/2016 z 28. júla 2016 11 Co 44/2016 z 28. júla 2016 11 Co 42/2016 z 28. júla 2016 5 Co 45/2016 z 29. júla 2016 25Co 282/2016 zo 16. augusta 2016 15 Co 2/2016 z 28. júna 2016 5 Co 489/2016 z 29. júla 2016 11 Co 32/2016 z 28. júla 2016 5 Co 412/2016 z 29. júla 2016 5 Co 332/2016 z 29. júla 2016 5 Co 65/2016 z 29. júla 2016 5 Co 330/2016 z 29. júla 2016 25 Co 302/2016 zo 16. augusta 2016 15 Co 1/2016 z 28. júna 2016 15 Co 24/2016 z 28. júla 2016 11 Co 303/2015 z 27. júla 2016 11 Co 65/2016 z 27. júla 2016 26 Co 495/2015 z 2. júna 2016 26 Co 472/2015 z 2. júna 2016 11 Co 372/2015 z 29. júna 2016 26 Co 412/2015 zo 16. júna 2016 11 Co 484/2015 z 27. júla 2016 11 Co 331/2015 z 27. júla 2016 6 Co 271/2016 z 29. júla 2016 11 Co 48/2016 z 28. júla 2016 11 Co 55/2016 z 24. augusta 2016 11 Co 56/2016 z 24. augusta 2016 11 Co 54/2016 z 24. augusta 2016 12</w:t>
      </w:r>
    </w:p>
    <w:p>
      <w:r>
        <w:t>398. 399. 400. 401. 402. 403. 404. 405. 406.</w:t>
      </w:r>
    </w:p>
    <w:p>
      <w:r>
        <w:t>Rvp 14808/2016 Rvp 14809/2016 Rvp 14810/2016 Rvp 14811/2016 Rvp 14812/2016 Rvp 14813/2016 Rvp 14814/2016 Rvp 14815/2016 Rvp 14816/2016</w:t>
      </w:r>
    </w:p>
    <w:p>
      <w:r>
        <w:t>26 Co 379/2015 z 29. júna 2016 26 Co 503/2015 z 29. júna 2016 11 Co 30/2016 z 24. augusta 2016 11 Co 569/2015 z 24. augusta 2016 15 Co 11/2016 z 28. júna 2016 26 Co 641/2015 z 2. júna 2016 26 Co 566/2015 z 29. júna 2016 15 Co 6/2016 z 28. júna 2016 11 Co 418/2015 z 27. júla 2016</w:t>
      </w:r>
    </w:p>
    <w:p>
      <w:r>
        <w:t>13</w:t>
      </w:r>
    </w:p>
    <w:p/>
    <w:p>
      <w:r>
        <w:t>Zdroj: KAUZIS.SK – https://www.kauzis.sk/judikatura/r/ECLI:SK:USSR:2017:1.US.65.2017.2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