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I. ÚS 718/2016 z 8. 3. 2017</w:t>
      </w:r>
    </w:p>
    <w:p>
      <w:r>
        <w:t>Uznesenie Ústavného súdu SR z 8. marca 2017, sp. zn. I. ÚS 718/2016, ECLI:SK:USSR:2017:1.US.718.2016.2</w:t>
      </w:r>
    </w:p>
    <w:p>
      <w:r>
        <w:t>Súd: Ústavný súd Slovenskej republiky</w:t>
      </w:r>
    </w:p>
    <w:p>
      <w:r>
        <w:t>Spisová značka: I. ÚS 718/2016</w:t>
      </w:r>
    </w:p>
    <w:p>
      <w:r>
        <w:t>ECLI: ECLI:SK:USSR:2017:1.US.718.2016.2</w:t>
      </w:r>
    </w:p>
    <w:p>
      <w:r>
        <w:t>Dátum vydania: 8. 3.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I. ÚS 718/2016-22 Ústavný súd Slovenskej republiky na neverejnom zasadnutí senátu 8. marca 2017 v právnej veci obchodnej spoločnosti zastúpenej advokátom</w:t>
      </w:r>
    </w:p>
    <w:p>
      <w:r>
        <w:t>,</w:t>
      </w:r>
    </w:p>
    <w:p>
      <w:r>
        <w:t>, ,</w:t>
      </w:r>
    </w:p>
    <w:p>
      <w:r>
        <w:t>,</w:t>
      </w:r>
    </w:p>
    <w:p>
      <w:r>
        <w:t>, týkajúcej sa namietaného porušenia základného práva podľa čl. 46 ods. 1 Ústavy Slovenskej republiky a práva podľa čl. 6 ods. 1 Dohovoru o ochrane ľudských práv a základných slobôd uznesením Najvyššieho súdu Slovenskej republiky sp. zn. 1 Cdo 106/2015 z 27. januára 2016 takto rozhodol: Konanie z a s t a v u j e . Odôvodnenie: 1. Ústavný súd Slovenskej republiky (ďalej len „ústavný súd“) uznesením č. k. I. ÚS 718/2016-10 z 23. novembra 2016 rozhodol o spojení sťažností vedených pod sp. zn. Rvp 5433/2016 ‒ sp. zn. Rvp 5518/2016 na spoločné konanie vedené pod sp. zn. Rvp 5433/2016 a zároveň uložil obchodnej spoločnosti</w:t>
      </w:r>
    </w:p>
    <w:p>
      <w:r>
        <w:t>,</w:t>
      </w:r>
    </w:p>
    <w:p>
      <w:r>
        <w:t>(ďalej len „sťažovateľka“), povinnosť zaplatiť súdny poplatok v sume 2 580 € za podané ústavné sťažnosti, ktorými namietala porušenie základného práva podľa čl. 46 ods. 1 Ústavy Slovenskej republiky a práva podľa čl. 6 ods. 1 Dohovoru o ochrane ľudských práv a základných slobôd postupom a uzneseniami Najvyššieho súdu Slovenskej republiky uvedenými v jednotlivých podaných sťažnostiach.</w:t>
      </w:r>
    </w:p>
    <w:p>
      <w:r>
        <w:t>2. Súdny poplatok bol sťažovateľke vyrubený v súlade s § 35 ods. 2 zákona Národnej rady Slovenskej republiky č. 38/1993 Z. z. o organizácii Ústavného súdu Slovenskej republiky, o konaní pred ním a o postavení jeho sudcov v znení neskorších predpisov (ďalej len ,,zákon o ústavnom súde“), keďže išlo v kalendárnom roku 2016 o jej viac ako desiatu sťažnosť s rovnakým skutkovým a právnym základom, v ktorých bola sťažovateľka predtým neúspešná. Sťažovateľka bola podľa uvedeného uznesenia povinná zaplatiť súdny poplatok v lehote 7 dní odo dňa jeho doručenia. 3. Z poštovej doručenky, ktorá je súčasťou spisu sp. zn. I. ÚS 718/2016, ústavný súd zistil, že uznesenie o vyrubení súdneho poplatku bolo sťažovateľke prostredníctvom právneho zástupcu doručené 3. februára 2017. Sťažovateľka súdny poplatok za podané ústavné sťažnosti v stanovenej lehote nezaplatila. 4. Ak tento zákon neustanovuje inak a povaha veci to nevylučuje, použijú sa na konanie pred ústavným súdom primerane ustanovenia Civilného sporového poriadku (ďalej len „CSP“) alebo Trestného poriadku (§ 31a ods. 1 zákona o ústavnom súde). 5. Ak má strana zástupcu so splnomocnením na celé konanie, doručuje sa písomnosť len tomuto zástupcovi. Písomnosť sa doručuje aj strane, ak strana má osobne v konaní niečo vykonať alebo ak o tom súd rozhodne s ohľadom na povahu veci. Výzva na zaplatenie súdneho poplatku, ako aj procesné poučenia vydané súdom sa doručujú iba zástupcovi (§ 110 ods. 1 CSP). 6. Podľa § 35 ods. 4 zákona o ústavnom súde v prípade, ak súdny poplatok nebude v ustanovenej lehote uhradený, ústavný súd uznesením konanie zastaví. 7. V súlade s citovanými zákonnými ustanoveniami ústavný súd konanie zastavil, keďže sťažovateľka napriek riadne doručenému uzneseniu nezaplatila súdny poplatok za podané ústavné sťažnosti.</w:t>
      </w:r>
    </w:p>
    <w:p>
      <w:r>
        <w:t>2</w:t>
      </w:r>
    </w:p>
    <w:p>
      <w:r>
        <w:t>P o u č e n i e : Proti tomuto uzneseniu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V Košiciach 8. marca 2017</w:t>
      </w:r>
    </w:p>
    <w:p>
      <w:r>
        <w:t>3</w:t>
      </w:r>
    </w:p>
    <w:p/>
    <w:p>
      <w:r>
        <w:t>Zdroj: KAUZIS.SK – https://www.kauzis.sk/judikatura/r/ECLI:SK:USSR:2017:1.US.718.2016.2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