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120/2017 z 23. 3. 2017</w:t>
      </w:r>
    </w:p>
    <w:p>
      <w:r>
        <w:t>Uznesenie Ústavného súdu SR z 23. marca 2017, sp. zn. II. ÚS 120/2017, ECLI:SK:USSR:2017:2.US.120.2017.2</w:t>
      </w:r>
    </w:p>
    <w:p>
      <w:r>
        <w:t>Súd: Ústavný súd Slovenskej republiky</w:t>
      </w:r>
    </w:p>
    <w:p>
      <w:r>
        <w:t>Spisová značka: II. ÚS 120/2017</w:t>
      </w:r>
    </w:p>
    <w:p>
      <w:r>
        <w:t>ECLI: ECLI:SK:USSR:2017:2.US.120.2017.2</w:t>
      </w:r>
    </w:p>
    <w:p>
      <w:r>
        <w:t>Dátum vydania: 23.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120/2017-26 Ústavný súd Slovenskej republiky na neverejnom zasadnutí 23. marca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Krajského súdu v Prešove uvedenými v prílohe tohto rozhodnutia, ako aj postupom, ktorý predchádzal ich vydaniu, takto rozhodol: Konanie o sťažnostiach obchodnej spoločnosti POHOTOVOSŤ, s. r. o., vedené pod sp. zn. II. ÚS 120/2017 z a s t a v u j e . Odôvodnenie: 1. Ústavný súd Slovenskej republiky (ďalej len „ústavný súd“) uznesením č. k. II. ÚS 120/2017-8 zo 14. februára 2017 (ďalej aj „uznesenie“) uložil obchodnej spoločnosti POHOTOVOSŤ, s. r. o. (ďalej len „sťažovateľka“), povinnosť zaplatiť súdny poplatok</w:t>
      </w:r>
    </w:p>
    <w:p>
      <w:r>
        <w:t>vo výške 6 630 € do 7 dní odo dňa doručenia uznesenia na účet Kancelárie ústavného súdu za 221 uznesením spojených sťažností sťažovateľky.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120/2017 zastavil. P o u č e n i e : Proti tomuto uzneseniu nemožno podať opravný prostriedok. V Košiciach 23. marca 2017</w:t>
      </w:r>
    </w:p>
    <w:p>
      <w:r>
        <w:t>2</w:t>
      </w:r>
    </w:p>
    <w:p>
      <w:r>
        <w:t>Príloha k uzneseniu Ústavného súdu Slovenskej republiky sp. zn. II. ÚS 120/2017 p. č.</w:t>
      </w:r>
    </w:p>
    <w:p>
      <w:r>
        <w:t>sp. zn. sťažností vedených</w:t>
      </w:r>
    </w:p>
    <w:p>
      <w:r>
        <w:t>sp. zn. uznesení Krajského súdu v Prešove</w:t>
      </w:r>
    </w:p>
    <w:p>
      <w:r>
        <w:t>ústavným súdom (Rvp) 1.</w:t>
      </w:r>
    </w:p>
    <w:p>
      <w:r>
        <w:t>Rvp 165/2016</w:t>
      </w:r>
    </w:p>
    <w:p>
      <w:r>
        <w:t>8 Co 315/2015 z 28. septembra 2015</w:t>
      </w:r>
    </w:p>
    <w:p>
      <w:r>
        <w:t>2.</w:t>
      </w:r>
    </w:p>
    <w:p>
      <w:r>
        <w:t>Rvp 166/2016</w:t>
      </w:r>
    </w:p>
    <w:p>
      <w:r>
        <w:t>5 Co 333/2015 zo 6. októbra 2015</w:t>
      </w:r>
    </w:p>
    <w:p>
      <w:r>
        <w:t>3.</w:t>
      </w:r>
    </w:p>
    <w:p>
      <w:r>
        <w:t>Rvp 167/2016</w:t>
      </w:r>
    </w:p>
    <w:p>
      <w:r>
        <w:t>12 Co 178/2015 z 30. septembra 2015</w:t>
      </w:r>
    </w:p>
    <w:p>
      <w:r>
        <w:t>4.</w:t>
      </w:r>
    </w:p>
    <w:p>
      <w:r>
        <w:t>Rvp 168/2016</w:t>
      </w:r>
    </w:p>
    <w:p>
      <w:r>
        <w:t>5 Co 271/2015 zo 6. októbra 2015</w:t>
      </w:r>
    </w:p>
    <w:p>
      <w:r>
        <w:t>5.</w:t>
      </w:r>
    </w:p>
    <w:p>
      <w:r>
        <w:t>Rvp 335/2016</w:t>
      </w:r>
    </w:p>
    <w:p>
      <w:r>
        <w:t>12 Co 154/2015 z 1. októbra 2015</w:t>
      </w:r>
    </w:p>
    <w:p>
      <w:r>
        <w:t>6.</w:t>
      </w:r>
    </w:p>
    <w:p>
      <w:r>
        <w:t>Rvp 336/2016</w:t>
      </w:r>
    </w:p>
    <w:p>
      <w:r>
        <w:t>20 Co 24/2015 z 30. júna 2015</w:t>
      </w:r>
    </w:p>
    <w:p>
      <w:r>
        <w:t>7.</w:t>
      </w:r>
    </w:p>
    <w:p>
      <w:r>
        <w:t>Rvp 337/2016</w:t>
      </w:r>
    </w:p>
    <w:p>
      <w:r>
        <w:t>5 Co 355/2015 z 15. októbra 2015</w:t>
      </w:r>
    </w:p>
    <w:p>
      <w:r>
        <w:t>8.</w:t>
      </w:r>
    </w:p>
    <w:p>
      <w:r>
        <w:t>Rvp 338/2016</w:t>
      </w:r>
    </w:p>
    <w:p>
      <w:r>
        <w:t>13 Co 92/2015 z 24. septembra 2015</w:t>
      </w:r>
    </w:p>
    <w:p>
      <w:r>
        <w:t>9.</w:t>
      </w:r>
    </w:p>
    <w:p>
      <w:r>
        <w:t>Rvp 339/2016</w:t>
      </w:r>
    </w:p>
    <w:p>
      <w:r>
        <w:t>17 Co 304/2015 z 20. októbra 2015</w:t>
      </w:r>
    </w:p>
    <w:p>
      <w:r>
        <w:t>10. Rvp 727/2016</w:t>
      </w:r>
    </w:p>
    <w:p>
      <w:r>
        <w:t>13 Co 129/2015 zo 6. októbra 2015</w:t>
      </w:r>
    </w:p>
    <w:p>
      <w:r>
        <w:t>11. Rvp 728/2016</w:t>
      </w:r>
    </w:p>
    <w:p>
      <w:r>
        <w:t>14 Co 111/2015 zo 14. októbra 2015</w:t>
      </w:r>
    </w:p>
    <w:p>
      <w:r>
        <w:t>12. Rvp 729/2016</w:t>
      </w:r>
    </w:p>
    <w:p>
      <w:r>
        <w:t>11 Co 179/2015 zo 6. októbra 2015</w:t>
      </w:r>
    </w:p>
    <w:p>
      <w:r>
        <w:t>13. Rvp 730/2016</w:t>
      </w:r>
    </w:p>
    <w:p>
      <w:r>
        <w:t>16 Co 91/2015 z 26. októbra 2015</w:t>
      </w:r>
    </w:p>
    <w:p>
      <w:r>
        <w:t>14. Rvp 731/2016</w:t>
      </w:r>
    </w:p>
    <w:p>
      <w:r>
        <w:t>19 Co 291/2015 zo 6. októbra 2015</w:t>
      </w:r>
    </w:p>
    <w:p>
      <w:r>
        <w:t>15. Rvp 732/2016</w:t>
      </w:r>
    </w:p>
    <w:p>
      <w:r>
        <w:t>3 Co 143/2015 z 11. novembra 2015</w:t>
      </w:r>
    </w:p>
    <w:p>
      <w:r>
        <w:t>16. Rvp 733/2016</w:t>
      </w:r>
    </w:p>
    <w:p>
      <w:r>
        <w:t>5 Co 300/2015 zo 6. októbra 2015</w:t>
      </w:r>
    </w:p>
    <w:p>
      <w:r>
        <w:t>17. Rvp 734/2016</w:t>
      </w:r>
    </w:p>
    <w:p>
      <w:r>
        <w:t>5 Co 303/2015 zo 6. októbra 2015</w:t>
      </w:r>
    </w:p>
    <w:p>
      <w:r>
        <w:t>18. Rvp 735/2016</w:t>
      </w:r>
    </w:p>
    <w:p>
      <w:r>
        <w:t>5 Co 237/2015 z 8. septembra 2015</w:t>
      </w:r>
    </w:p>
    <w:p>
      <w:r>
        <w:t>19. Rvp 1065/2016</w:t>
      </w:r>
    </w:p>
    <w:p>
      <w:r>
        <w:t>21 Co 320/2015 z 28. októbra 2015</w:t>
      </w:r>
    </w:p>
    <w:p>
      <w:r>
        <w:t>20. Rvp 1066/2016</w:t>
      </w:r>
    </w:p>
    <w:p>
      <w:r>
        <w:t>8 Co 273/2015 z 26. októbra 2015</w:t>
      </w:r>
    </w:p>
    <w:p>
      <w:r>
        <w:t>21. Rvp 1067/2016</w:t>
      </w:r>
    </w:p>
    <w:p>
      <w:r>
        <w:t>7 Co 313/2015 z 27. októbra 2015</w:t>
      </w:r>
    </w:p>
    <w:p>
      <w:r>
        <w:t>22. Rvp 1068/2016</w:t>
      </w:r>
    </w:p>
    <w:p>
      <w:r>
        <w:t>15 Co 248/2015 z 21. októbra 2015</w:t>
      </w:r>
    </w:p>
    <w:p>
      <w:r>
        <w:t>23. Rvp 1069/2016</w:t>
      </w:r>
    </w:p>
    <w:p>
      <w:r>
        <w:t>3 Co 153/2015 z 11. novembra 2015</w:t>
      </w:r>
    </w:p>
    <w:p>
      <w:r>
        <w:t>24. Rvp 1070/2016</w:t>
      </w:r>
    </w:p>
    <w:p>
      <w:r>
        <w:t>3 Co 151/2015 z 11. novembra 2015</w:t>
      </w:r>
    </w:p>
    <w:p>
      <w:r>
        <w:t>25. Rvp 1071/2016</w:t>
      </w:r>
    </w:p>
    <w:p>
      <w:r>
        <w:t>16 Co 87/2015 z 26. októbra 2015</w:t>
      </w:r>
    </w:p>
    <w:p>
      <w:r>
        <w:t>26. Rvp 1072/2016</w:t>
      </w:r>
    </w:p>
    <w:p>
      <w:r>
        <w:t>12 Co 180/2015 z 13. októbra 2015</w:t>
      </w:r>
    </w:p>
    <w:p>
      <w:r>
        <w:t>3</w:t>
      </w:r>
    </w:p>
    <w:p>
      <w:r>
        <w:t>27. Rvp 1073/2016</w:t>
      </w:r>
    </w:p>
    <w:p>
      <w:r>
        <w:t>21 Co 325/2015 z 28. októbra 2015</w:t>
      </w:r>
    </w:p>
    <w:p>
      <w:r>
        <w:t>28. Rvp 1074/2016</w:t>
      </w:r>
    </w:p>
    <w:p>
      <w:r>
        <w:t>14 Co 78/2015 z 22. októbra 2015</w:t>
      </w:r>
    </w:p>
    <w:p>
      <w:r>
        <w:t>29. Rvp 1075/2016</w:t>
      </w:r>
    </w:p>
    <w:p>
      <w:r>
        <w:t>19 Co 235/2015 z 20. októbra 2015</w:t>
      </w:r>
    </w:p>
    <w:p>
      <w:r>
        <w:t>30. Rvp 1076/2016</w:t>
      </w:r>
    </w:p>
    <w:p>
      <w:r>
        <w:t>17 Co 247/2015 zo 17. septembra 2015</w:t>
      </w:r>
    </w:p>
    <w:p>
      <w:r>
        <w:t>31. Rvp 1077/2016</w:t>
      </w:r>
    </w:p>
    <w:p>
      <w:r>
        <w:t>6 Co 286/2015 z 28. októbra 2015</w:t>
      </w:r>
    </w:p>
    <w:p>
      <w:r>
        <w:t>32. Rvp 1078/2016</w:t>
      </w:r>
    </w:p>
    <w:p>
      <w:r>
        <w:t>7 Co 315/2015 z 27. októbra 2015</w:t>
      </w:r>
    </w:p>
    <w:p>
      <w:r>
        <w:t>33. Rvp 1321/2016</w:t>
      </w:r>
    </w:p>
    <w:p>
      <w:r>
        <w:t>12 Co 188/2015 z 27. októbra 2015</w:t>
      </w:r>
    </w:p>
    <w:p>
      <w:r>
        <w:t>34. Rvp 1322/2016</w:t>
      </w:r>
    </w:p>
    <w:p>
      <w:r>
        <w:t>11 Co 161/2015 zo 6. októbra 2015</w:t>
      </w:r>
    </w:p>
    <w:p>
      <w:r>
        <w:t>35. Rvp 1323/2016</w:t>
      </w:r>
    </w:p>
    <w:p>
      <w:r>
        <w:t>17 Co 307/2015 z 20. októbra 2015</w:t>
      </w:r>
    </w:p>
    <w:p>
      <w:r>
        <w:t>36. Rvp 1324/2016</w:t>
      </w:r>
    </w:p>
    <w:p>
      <w:r>
        <w:t>s9 Co 235/2015 z 29. októbra 2015</w:t>
      </w:r>
    </w:p>
    <w:p>
      <w:r>
        <w:t>37. Rvp 1325/2016</w:t>
      </w:r>
    </w:p>
    <w:p>
      <w:r>
        <w:t>7 Co 320/2015 z 27. októbra 2015</w:t>
      </w:r>
    </w:p>
    <w:p>
      <w:r>
        <w:t>38. Rvp 1326/2016</w:t>
      </w:r>
    </w:p>
    <w:p>
      <w:r>
        <w:t>4 Co 130/2015 z 11. novembra 2015</w:t>
      </w:r>
    </w:p>
    <w:p>
      <w:r>
        <w:t>39. Rvp 1327/2016</w:t>
      </w:r>
    </w:p>
    <w:p>
      <w:r>
        <w:t>4 Co 138/2015 z 11. novembra 2015</w:t>
      </w:r>
    </w:p>
    <w:p>
      <w:r>
        <w:t>40. Rvp 1328/2016</w:t>
      </w:r>
    </w:p>
    <w:p>
      <w:r>
        <w:t>15 Co 277/2015 z 28. októbra 2015</w:t>
      </w:r>
    </w:p>
    <w:p>
      <w:r>
        <w:t>41. Rvp 1329/2016</w:t>
      </w:r>
    </w:p>
    <w:p>
      <w:r>
        <w:t>17 Co 47/2015 z 22. októbra 2015</w:t>
      </w:r>
    </w:p>
    <w:p>
      <w:r>
        <w:t>42. Rvp 1330/2016</w:t>
      </w:r>
    </w:p>
    <w:p>
      <w:r>
        <w:t>13 Co 58/2014 z 13. októbra 2015</w:t>
      </w:r>
    </w:p>
    <w:p>
      <w:r>
        <w:t>43. Rvp 1331/2016</w:t>
      </w:r>
    </w:p>
    <w:p>
      <w:r>
        <w:t>8 Co 117/2015 z 26. októbra 2015</w:t>
      </w:r>
    </w:p>
    <w:p>
      <w:r>
        <w:t>44. Rvp 1332/2016</w:t>
      </w:r>
    </w:p>
    <w:p>
      <w:r>
        <w:t>8 Co 281/2015 z 26. októbra 2015</w:t>
      </w:r>
    </w:p>
    <w:p>
      <w:r>
        <w:t>45. Rvp 1333/2016</w:t>
      </w:r>
    </w:p>
    <w:p>
      <w:r>
        <w:t>8 Co 139/2015 z 26. Októbra 2015</w:t>
      </w:r>
    </w:p>
    <w:p>
      <w:r>
        <w:t>46. Rvp 1334/2016</w:t>
      </w:r>
    </w:p>
    <w:p>
      <w:r>
        <w:t>8 Co 318/2015 z 26. októbra 2015</w:t>
      </w:r>
    </w:p>
    <w:p>
      <w:r>
        <w:t>47. Rvp 1335/2016</w:t>
      </w:r>
    </w:p>
    <w:p>
      <w:r>
        <w:t>15 Co 274/2015 z 28. októbra 2015</w:t>
      </w:r>
    </w:p>
    <w:p>
      <w:r>
        <w:t>48. Rvp 1336/2016</w:t>
      </w:r>
    </w:p>
    <w:p>
      <w:r>
        <w:t>21 Co 296/2015 z 28. októbra 2015</w:t>
      </w:r>
    </w:p>
    <w:p>
      <w:r>
        <w:t>49. Rvp 1337/2016</w:t>
      </w:r>
    </w:p>
    <w:p>
      <w:r>
        <w:t>6 Co 296/2015 z 28. októbra 2015</w:t>
      </w:r>
    </w:p>
    <w:p>
      <w:r>
        <w:t>50. Rvp 1338/2016</w:t>
      </w:r>
    </w:p>
    <w:p>
      <w:r>
        <w:t>8 Co 288/2015 z 26. októbra 2015</w:t>
      </w:r>
    </w:p>
    <w:p>
      <w:r>
        <w:t>51. Rvp 1339/2016</w:t>
      </w:r>
    </w:p>
    <w:p>
      <w:r>
        <w:t>6 Co 273/2015 z 28. októbra 2015</w:t>
      </w:r>
    </w:p>
    <w:p>
      <w:r>
        <w:t>52. Rvp 1340/2016</w:t>
      </w:r>
    </w:p>
    <w:p>
      <w:r>
        <w:t>13 Co 192/2015 z 28. októbra 2015</w:t>
      </w:r>
    </w:p>
    <w:p>
      <w:r>
        <w:t>53. Rvp 1667/2016</w:t>
      </w:r>
    </w:p>
    <w:p>
      <w:r>
        <w:t>16 Co 109/2015 zo 16. novembra 2015</w:t>
      </w:r>
    </w:p>
    <w:p>
      <w:r>
        <w:t>54. Rvp 1668/2016</w:t>
      </w:r>
    </w:p>
    <w:p>
      <w:r>
        <w:t>4 Co 150/2015 z 11. novembra 2015</w:t>
      </w:r>
    </w:p>
    <w:p>
      <w:r>
        <w:t>55. Rvp 1669/2016</w:t>
      </w:r>
    </w:p>
    <w:p>
      <w:r>
        <w:t>19 Co 367/2015 z 12. novembra 2015</w:t>
      </w:r>
    </w:p>
    <w:p>
      <w:r>
        <w:t>56. Rvp 1670/2016</w:t>
      </w:r>
    </w:p>
    <w:p>
      <w:r>
        <w:t>4 Co 154/2015 z 11. novembra 2015</w:t>
      </w:r>
    </w:p>
    <w:p>
      <w:r>
        <w:t>4</w:t>
      </w:r>
    </w:p>
    <w:p>
      <w:r>
        <w:t>57. Rvp 2128/2016</w:t>
      </w:r>
    </w:p>
    <w:p>
      <w:r>
        <w:t>14 Co 106/2015 z 12. novembra 2015</w:t>
      </w:r>
    </w:p>
    <w:p>
      <w:r>
        <w:t>58. Rvp 2129/2016</w:t>
      </w:r>
    </w:p>
    <w:p>
      <w:r>
        <w:t>12 Co 201/2015 z 11. novembra 2015</w:t>
      </w:r>
    </w:p>
    <w:p>
      <w:r>
        <w:t>59. Rvp 2130/2016</w:t>
      </w:r>
    </w:p>
    <w:p>
      <w:r>
        <w:t>19 Co 365/2015 z 12. novembra 2015</w:t>
      </w:r>
    </w:p>
    <w:p>
      <w:r>
        <w:t>60. Rvp 2131/2016</w:t>
      </w:r>
    </w:p>
    <w:p>
      <w:r>
        <w:t>18 Co 228/2015 z 30. novembra 2015</w:t>
      </w:r>
    </w:p>
    <w:p>
      <w:r>
        <w:t>61. Rvp 2132/2016</w:t>
      </w:r>
    </w:p>
    <w:p>
      <w:r>
        <w:t>4 Co 115/2015 z 11. novembra 2015</w:t>
      </w:r>
    </w:p>
    <w:p>
      <w:r>
        <w:t>62. Rvp 2133/2016</w:t>
      </w:r>
    </w:p>
    <w:p>
      <w:r>
        <w:t>2 Co 368/2015 z 10. decembra 2015</w:t>
      </w:r>
    </w:p>
    <w:p>
      <w:r>
        <w:t>63. Rvp 2134/2016</w:t>
      </w:r>
    </w:p>
    <w:p>
      <w:r>
        <w:t>17 Co 368/2015 z 10. decembra 2015</w:t>
      </w:r>
    </w:p>
    <w:p>
      <w:r>
        <w:t>64. Rvp 2135/2016</w:t>
      </w:r>
    </w:p>
    <w:p>
      <w:r>
        <w:t>7 Co 177/2015 z 29. októbra 2015</w:t>
      </w:r>
    </w:p>
    <w:p>
      <w:r>
        <w:t>65. Rvp 2136/2016</w:t>
      </w:r>
    </w:p>
    <w:p>
      <w:r>
        <w:t>7 Co 224/2015 z 19. novembra 2015</w:t>
      </w:r>
    </w:p>
    <w:p>
      <w:r>
        <w:t>66. Rvp 2137/2016</w:t>
      </w:r>
    </w:p>
    <w:p>
      <w:r>
        <w:t>13 Co 220/2015 z 18. novembra 2015</w:t>
      </w:r>
    </w:p>
    <w:p>
      <w:r>
        <w:t>67. Rvp 2138/2016</w:t>
      </w:r>
    </w:p>
    <w:p>
      <w:r>
        <w:t>5 Co 408/2015 z 1. decembra 2015</w:t>
      </w:r>
    </w:p>
    <w:p>
      <w:r>
        <w:t>68. Rvp 2139/2016</w:t>
      </w:r>
    </w:p>
    <w:p>
      <w:r>
        <w:t>16 Co 112/2015 zo 16. novembra 2015</w:t>
      </w:r>
    </w:p>
    <w:p>
      <w:r>
        <w:t>69. Rvp 2140/2016</w:t>
      </w:r>
    </w:p>
    <w:p>
      <w:r>
        <w:t>2 Co 213/2015 z 23. novembra 2015</w:t>
      </w:r>
    </w:p>
    <w:p>
      <w:r>
        <w:t>70. Rvp 2141/2016</w:t>
      </w:r>
    </w:p>
    <w:p>
      <w:r>
        <w:t>7 Co 230/2015 z 19. novembra 2015</w:t>
      </w:r>
    </w:p>
    <w:p>
      <w:r>
        <w:t>71. Rvp 2142/2016</w:t>
      </w:r>
    </w:p>
    <w:p>
      <w:r>
        <w:t>9 Co 211/2015 z 12. novembra 2015</w:t>
      </w:r>
    </w:p>
    <w:p>
      <w:r>
        <w:t>72. Rvp 2143/2016</w:t>
      </w:r>
    </w:p>
    <w:p>
      <w:r>
        <w:t>13 Co 102/2015 z 5. novembra 2015</w:t>
      </w:r>
    </w:p>
    <w:p>
      <w:r>
        <w:t>73. Rvp 2144/2016</w:t>
      </w:r>
    </w:p>
    <w:p>
      <w:r>
        <w:t>14 Co 96/2015 z 12. novembra 2015</w:t>
      </w:r>
    </w:p>
    <w:p>
      <w:r>
        <w:t>74. Rvp 2145/2016</w:t>
      </w:r>
    </w:p>
    <w:p>
      <w:r>
        <w:t>15 Co 299/2015 z 28. októbra 2015</w:t>
      </w:r>
    </w:p>
    <w:p>
      <w:r>
        <w:t>75. Rvp 2146/2016</w:t>
      </w:r>
    </w:p>
    <w:p>
      <w:r>
        <w:t>6 Co 5/2015 z 10. novembra 2015</w:t>
      </w:r>
    </w:p>
    <w:p>
      <w:r>
        <w:t>76. Rvp 2561/2016</w:t>
      </w:r>
    </w:p>
    <w:p>
      <w:r>
        <w:t>19 Co 398/2015 z 1. decembra 2015</w:t>
      </w:r>
    </w:p>
    <w:p>
      <w:r>
        <w:t>77. Rvp 2562/2016</w:t>
      </w:r>
    </w:p>
    <w:p>
      <w:r>
        <w:t>6 Co 15/2015 z 10. novembra 2015</w:t>
      </w:r>
    </w:p>
    <w:p>
      <w:r>
        <w:t>78. Rvp 2563/2016</w:t>
      </w:r>
    </w:p>
    <w:p>
      <w:r>
        <w:t>19 Co 387/2015 z 1. decembra 2015</w:t>
      </w:r>
    </w:p>
    <w:p>
      <w:r>
        <w:t>79. Rvp 2564/2016</w:t>
      </w:r>
    </w:p>
    <w:p>
      <w:r>
        <w:t>19 Co 389/2016 z 1. decembra 2015</w:t>
      </w:r>
    </w:p>
    <w:p>
      <w:r>
        <w:t>80. Rvp 2565/2016</w:t>
      </w:r>
    </w:p>
    <w:p>
      <w:r>
        <w:t>2 Co 271/2015 zo 16. decembra 2015</w:t>
      </w:r>
    </w:p>
    <w:p>
      <w:r>
        <w:t>81. Rvp 2566/2016</w:t>
      </w:r>
    </w:p>
    <w:p>
      <w:r>
        <w:t>7 Co 203/2015 z 19. novembra 2015</w:t>
      </w:r>
    </w:p>
    <w:p>
      <w:r>
        <w:t>82. Rvp 2567/2016</w:t>
      </w:r>
    </w:p>
    <w:p>
      <w:r>
        <w:t>8 Co 249/2015 z 30. novembra 2015</w:t>
      </w:r>
    </w:p>
    <w:p>
      <w:r>
        <w:t>83. Rvp 2568/2016</w:t>
      </w:r>
    </w:p>
    <w:p>
      <w:r>
        <w:t>18 Co 131/2015 zo 7. decembra 2015</w:t>
      </w:r>
    </w:p>
    <w:p>
      <w:r>
        <w:t>84. Rvp 2569/2016</w:t>
      </w:r>
    </w:p>
    <w:p>
      <w:r>
        <w:t>19 Co 263/2015 z 8. decembra 2015</w:t>
      </w:r>
    </w:p>
    <w:p>
      <w:r>
        <w:t>85. Rvp 2570/2016</w:t>
      </w:r>
    </w:p>
    <w:p>
      <w:r>
        <w:t>8 Co 331/2015 z 30. novembra 2015</w:t>
      </w:r>
    </w:p>
    <w:p>
      <w:r>
        <w:t>86. Rvp 2571/2016</w:t>
      </w:r>
    </w:p>
    <w:p>
      <w:r>
        <w:t>17 Co 354/2015 z 10. decembra 2015</w:t>
      </w:r>
    </w:p>
    <w:p>
      <w:r>
        <w:t>5</w:t>
      </w:r>
    </w:p>
    <w:p>
      <w:r>
        <w:t>87. Rvp 2718/2016</w:t>
      </w:r>
    </w:p>
    <w:p>
      <w:r>
        <w:t>21 Co 306/2015 z 28. októbra 2015</w:t>
      </w:r>
    </w:p>
    <w:p>
      <w:r>
        <w:t>88. Rvp 2719/2016</w:t>
      </w:r>
    </w:p>
    <w:p>
      <w:r>
        <w:t>14 Co 108/2015 z 28. októbra 2015</w:t>
      </w:r>
    </w:p>
    <w:p>
      <w:r>
        <w:t>89. Rvp 2720/2016</w:t>
      </w:r>
    </w:p>
    <w:p>
      <w:r>
        <w:t>17 Co 306/2015 z 20. októbra 2015</w:t>
      </w:r>
    </w:p>
    <w:p>
      <w:r>
        <w:t>90. Rvp 2721/2016</w:t>
      </w:r>
    </w:p>
    <w:p>
      <w:r>
        <w:t>13 Co 183/2015 z 1. októbra 2015</w:t>
      </w:r>
    </w:p>
    <w:p>
      <w:r>
        <w:t>91. Rvp 2722/2016</w:t>
      </w:r>
    </w:p>
    <w:p>
      <w:r>
        <w:t>21 Co 342/2015 z 30. novembra 2015</w:t>
      </w:r>
    </w:p>
    <w:p>
      <w:r>
        <w:t>92. Rvp 2723/2016</w:t>
      </w:r>
    </w:p>
    <w:p>
      <w:r>
        <w:t>8 Co 353/2015 z 30. novembra 2015</w:t>
      </w:r>
    </w:p>
    <w:p>
      <w:r>
        <w:t>93. Rvp 2724/2016</w:t>
      </w:r>
    </w:p>
    <w:p>
      <w:r>
        <w:t>19 Co 409/2015 z 1. decembra 2015</w:t>
      </w:r>
    </w:p>
    <w:p>
      <w:r>
        <w:t>94. Rvp 2725/2016</w:t>
      </w:r>
    </w:p>
    <w:p>
      <w:r>
        <w:t>8 Co 354/2015 z 30. novembra 2015</w:t>
      </w:r>
    </w:p>
    <w:p>
      <w:r>
        <w:t>95. Rvp 2726/2016</w:t>
      </w:r>
    </w:p>
    <w:p>
      <w:r>
        <w:t>8 Co 251/2015 z 30. novembra 2015</w:t>
      </w:r>
    </w:p>
    <w:p>
      <w:r>
        <w:t>96. Rvp 2727/2016</w:t>
      </w:r>
    </w:p>
    <w:p>
      <w:r>
        <w:t>8 Co 246/2015 z 30. novembra 2015</w:t>
      </w:r>
    </w:p>
    <w:p>
      <w:r>
        <w:t>97. Rvp 2728/2016</w:t>
      </w:r>
    </w:p>
    <w:p>
      <w:r>
        <w:t>8 Co 340/2015 z 30. novembra 2015</w:t>
      </w:r>
    </w:p>
    <w:p>
      <w:r>
        <w:t>98. Rvp 3093/2016</w:t>
      </w:r>
    </w:p>
    <w:p>
      <w:r>
        <w:t>21 Co 362/2015 z 30. novembra 2015</w:t>
      </w:r>
    </w:p>
    <w:p>
      <w:r>
        <w:t>99. Rvp 3094/2016</w:t>
      </w:r>
    </w:p>
    <w:p>
      <w:r>
        <w:t>15 Co 320/2015 z 9. decembra 2015</w:t>
      </w:r>
    </w:p>
    <w:p>
      <w:r>
        <w:t>100. Rvp 3095/2016</w:t>
      </w:r>
    </w:p>
    <w:p>
      <w:r>
        <w:t>18 Co 93/2015 zo 7. decembra 2015</w:t>
      </w:r>
    </w:p>
    <w:p>
      <w:r>
        <w:t>101. Rvp 3096/2016</w:t>
      </w:r>
    </w:p>
    <w:p>
      <w:r>
        <w:t>7 Co 348/2015 z 30. novembra 2015</w:t>
      </w:r>
    </w:p>
    <w:p>
      <w:r>
        <w:t>102. Rvp 3097/2016</w:t>
      </w:r>
    </w:p>
    <w:p>
      <w:r>
        <w:t>23 Co 114/2015 zo 14. decembra 2015</w:t>
      </w:r>
    </w:p>
    <w:p>
      <w:r>
        <w:t>103. Rvp 3098/2016</w:t>
      </w:r>
    </w:p>
    <w:p>
      <w:r>
        <w:t>2 Co 257/2015 zo 16. decembra 2015</w:t>
      </w:r>
    </w:p>
    <w:p>
      <w:r>
        <w:t>104. Rvp 3099/2016</w:t>
      </w:r>
    </w:p>
    <w:p>
      <w:r>
        <w:t>2 Co 222/2015 z 23. novembra 2015</w:t>
      </w:r>
    </w:p>
    <w:p>
      <w:r>
        <w:t>105. Rvp 3100/2016</w:t>
      </w:r>
    </w:p>
    <w:p>
      <w:r>
        <w:t>23 Co 117/2015 zo 14. decembra 2015</w:t>
      </w:r>
    </w:p>
    <w:p>
      <w:r>
        <w:t>106. Rvp 3101/2016</w:t>
      </w:r>
    </w:p>
    <w:p>
      <w:r>
        <w:t>23 Co 92/2015 zo 14. decembra 2015</w:t>
      </w:r>
    </w:p>
    <w:p>
      <w:r>
        <w:t>107. Rvp 3545/2016</w:t>
      </w:r>
    </w:p>
    <w:p>
      <w:r>
        <w:t>23 Co 104/2015 zo 14. decembra 2015</w:t>
      </w:r>
    </w:p>
    <w:p>
      <w:r>
        <w:t>108. Rvp 3546/2016</w:t>
      </w:r>
    </w:p>
    <w:p>
      <w:r>
        <w:t>7 Co 387/2015 zo 17. decembra 2015</w:t>
      </w:r>
    </w:p>
    <w:p>
      <w:r>
        <w:t>109. Rvp 3547/2016</w:t>
      </w:r>
    </w:p>
    <w:p>
      <w:r>
        <w:t>3 Co 271/2015 z 13. januára 2016</w:t>
      </w:r>
    </w:p>
    <w:p>
      <w:r>
        <w:t>110. Rvp 3548/2016</w:t>
      </w:r>
    </w:p>
    <w:p>
      <w:r>
        <w:t>7 Co 283/2015 zo 17. decembra 2015</w:t>
      </w:r>
    </w:p>
    <w:p>
      <w:r>
        <w:t>111. Rvp 3549/2016</w:t>
      </w:r>
    </w:p>
    <w:p>
      <w:r>
        <w:t>5 Co 152/2015 z 10. decembra 2015</w:t>
      </w:r>
    </w:p>
    <w:p>
      <w:r>
        <w:t>112. Rvp 3550/2016</w:t>
      </w:r>
    </w:p>
    <w:p>
      <w:r>
        <w:t>23 Co 96/2015 zo 14. decembra 2015</w:t>
      </w:r>
    </w:p>
    <w:p>
      <w:r>
        <w:t>113. Rvp 3551/2016</w:t>
      </w:r>
    </w:p>
    <w:p>
      <w:r>
        <w:t>15 Co 286/2015 zo 16. decembra 2015</w:t>
      </w:r>
    </w:p>
    <w:p>
      <w:r>
        <w:t>114. Rvp 3552/2016</w:t>
      </w:r>
    </w:p>
    <w:p>
      <w:r>
        <w:t>3 Co 297/2015 z 13. januára 2016</w:t>
      </w:r>
    </w:p>
    <w:p>
      <w:r>
        <w:t>115. Rvp 3553/2016</w:t>
      </w:r>
    </w:p>
    <w:p>
      <w:r>
        <w:t>3 Co 370/2015 z 13. januára 2016</w:t>
      </w:r>
    </w:p>
    <w:p>
      <w:r>
        <w:t>116. Rvp 3554/2016</w:t>
      </w:r>
    </w:p>
    <w:p>
      <w:r>
        <w:t>3 Co 371/2015 z 13. januára 2016</w:t>
      </w:r>
    </w:p>
    <w:p>
      <w:r>
        <w:t>6</w:t>
      </w:r>
    </w:p>
    <w:p>
      <w:r>
        <w:t>117. Rvp 3555/2016</w:t>
      </w:r>
    </w:p>
    <w:p>
      <w:r>
        <w:t>3 Co 361/2015 z 13. januára 2016</w:t>
      </w:r>
    </w:p>
    <w:p>
      <w:r>
        <w:t>118. Rvp 3556/2016</w:t>
      </w:r>
    </w:p>
    <w:p>
      <w:r>
        <w:t>7 Co 379/2015 zo 17. decembra 2015</w:t>
      </w:r>
    </w:p>
    <w:p>
      <w:r>
        <w:t>119. Rvp 3557/2016</w:t>
      </w:r>
    </w:p>
    <w:p>
      <w:r>
        <w:t>20 Co 234/2015 z 28. októbra 2015</w:t>
      </w:r>
    </w:p>
    <w:p>
      <w:r>
        <w:t>120. Rvp 3558/2016</w:t>
      </w:r>
    </w:p>
    <w:p>
      <w:r>
        <w:t>7 Co 245/2015 zo 17. decembra 2015</w:t>
      </w:r>
    </w:p>
    <w:p>
      <w:r>
        <w:t>121. Rvp 3559/2016</w:t>
      </w:r>
    </w:p>
    <w:p>
      <w:r>
        <w:t>21 Co 159/2015 zo 17. decembra 2015</w:t>
      </w:r>
    </w:p>
    <w:p>
      <w:r>
        <w:t>122. Rvp 3560/2016</w:t>
      </w:r>
    </w:p>
    <w:p>
      <w:r>
        <w:t>21 Co 170/2015 zo 17. decembra 2015</w:t>
      </w:r>
    </w:p>
    <w:p>
      <w:r>
        <w:t>123. Rvp 3561/2016</w:t>
      </w:r>
    </w:p>
    <w:p>
      <w:r>
        <w:t>3 Co 369/2015 z 13. januára 2016</w:t>
      </w:r>
    </w:p>
    <w:p>
      <w:r>
        <w:t>124. Rvp 3562/2016</w:t>
      </w:r>
    </w:p>
    <w:p>
      <w:r>
        <w:t>21 Co 114/2015 zo 17. decembra 2015</w:t>
      </w:r>
    </w:p>
    <w:p>
      <w:r>
        <w:t>125. Rvp 3563/2016</w:t>
      </w:r>
    </w:p>
    <w:p>
      <w:r>
        <w:t>21 Co 155/2015 zo 17. decembra 2015</w:t>
      </w:r>
    </w:p>
    <w:p>
      <w:r>
        <w:t>126. Rvp 4673/2016</w:t>
      </w:r>
    </w:p>
    <w:p>
      <w:r>
        <w:t>6 Co 6/2016 z 29. januára 2016</w:t>
      </w:r>
    </w:p>
    <w:p>
      <w:r>
        <w:t>127. Rvp 4674/2016</w:t>
      </w:r>
    </w:p>
    <w:p>
      <w:r>
        <w:t>5 Co 435/2015 z 26. januára 2016</w:t>
      </w:r>
    </w:p>
    <w:p>
      <w:r>
        <w:t>128. Rvp 4675/2016</w:t>
      </w:r>
    </w:p>
    <w:p>
      <w:r>
        <w:t>11 Co 166/2015 z 22. decembra 2015</w:t>
      </w:r>
    </w:p>
    <w:p>
      <w:r>
        <w:t>129. Rvp 4676/2016</w:t>
      </w:r>
    </w:p>
    <w:p>
      <w:r>
        <w:t>11 Co 184/2015 z 22. decembra 2015</w:t>
      </w:r>
    </w:p>
    <w:p>
      <w:r>
        <w:t>130. Rvp 5114/2016</w:t>
      </w:r>
    </w:p>
    <w:p>
      <w:r>
        <w:t>6 Co 64/2015 z 26. januára 2016</w:t>
      </w:r>
    </w:p>
    <w:p>
      <w:r>
        <w:t>131. Rvp 5115/2016</w:t>
      </w:r>
    </w:p>
    <w:p>
      <w:r>
        <w:t>4 Co 347/2015 z 10. februára 2016</w:t>
      </w:r>
    </w:p>
    <w:p>
      <w:r>
        <w:t>132. Rvp 5116/2016</w:t>
      </w:r>
    </w:p>
    <w:p>
      <w:r>
        <w:t>12 Co 7/2016 z 28. januára 2016</w:t>
      </w:r>
    </w:p>
    <w:p>
      <w:r>
        <w:t>133. Rvp 5117/2016</w:t>
      </w:r>
    </w:p>
    <w:p>
      <w:r>
        <w:t>6 Co 93/2015 z 26. januára 2016</w:t>
      </w:r>
    </w:p>
    <w:p>
      <w:r>
        <w:t>134. Rvp 5118/2016</w:t>
      </w:r>
    </w:p>
    <w:p>
      <w:r>
        <w:t>6 Co 75/2015 z 26. januára 2016</w:t>
      </w:r>
    </w:p>
    <w:p>
      <w:r>
        <w:t>135. Rvp 5119/2016</w:t>
      </w:r>
    </w:p>
    <w:p>
      <w:r>
        <w:t>6 Co 95/2015 z 26. januára 2016</w:t>
      </w:r>
    </w:p>
    <w:p>
      <w:r>
        <w:t>136. Rvp 5120/2016</w:t>
      </w:r>
    </w:p>
    <w:p>
      <w:r>
        <w:t>4 Co 286/2015 z 27. januára 2016</w:t>
      </w:r>
    </w:p>
    <w:p>
      <w:r>
        <w:t>137. Rvp 5121/2016</w:t>
      </w:r>
    </w:p>
    <w:p>
      <w:r>
        <w:t>4 Co 271/2015 z 27. januára 2016</w:t>
      </w:r>
    </w:p>
    <w:p>
      <w:r>
        <w:t>138. Rvp 5122/2016</w:t>
      </w:r>
    </w:p>
    <w:p>
      <w:r>
        <w:t>4 Co 219/2015 z 27. januára 2016</w:t>
      </w:r>
    </w:p>
    <w:p>
      <w:r>
        <w:t>139. Rvp 5123/2016</w:t>
      </w:r>
    </w:p>
    <w:p>
      <w:r>
        <w:t>4 Co 333/2015 z 20. februára 2016</w:t>
      </w:r>
    </w:p>
    <w:p>
      <w:r>
        <w:t>140. Rvp 5124/2016</w:t>
      </w:r>
    </w:p>
    <w:p>
      <w:r>
        <w:t>8 Co 385/2015 z 28. januára 2016</w:t>
      </w:r>
    </w:p>
    <w:p>
      <w:r>
        <w:t>141. Rvp 5125/2016</w:t>
      </w:r>
    </w:p>
    <w:p>
      <w:r>
        <w:t>17 Co 371/2015 z 19. januára 2016</w:t>
      </w:r>
    </w:p>
    <w:p>
      <w:r>
        <w:t>142. Rvp 5126/2016</w:t>
      </w:r>
    </w:p>
    <w:p>
      <w:r>
        <w:t>19 Co 442/2015 z 26. januára 2016</w:t>
      </w:r>
    </w:p>
    <w:p>
      <w:r>
        <w:t>143. Rvp 5127/2016</w:t>
      </w:r>
    </w:p>
    <w:p>
      <w:r>
        <w:t>8 Co 396/2015 z 28. januára 2016</w:t>
      </w:r>
    </w:p>
    <w:p>
      <w:r>
        <w:t>144. Rvp 5128/2016</w:t>
      </w:r>
    </w:p>
    <w:p>
      <w:r>
        <w:t>7 Co 390/2015 z 28. januára 2016</w:t>
      </w:r>
    </w:p>
    <w:p>
      <w:r>
        <w:t>145. Rvp 5129/2016</w:t>
      </w:r>
    </w:p>
    <w:p>
      <w:r>
        <w:t>20 Co 271/2015 zo 17. decembra 2015</w:t>
      </w:r>
    </w:p>
    <w:p>
      <w:r>
        <w:t>146. Rvp 5130/2016</w:t>
      </w:r>
    </w:p>
    <w:p>
      <w:r>
        <w:t>7 Co 396/2015 z 28. januára 2016</w:t>
      </w:r>
    </w:p>
    <w:p>
      <w:r>
        <w:t>7</w:t>
      </w:r>
    </w:p>
    <w:p>
      <w:r>
        <w:t>147. Rvp 5131/2016</w:t>
      </w:r>
    </w:p>
    <w:p>
      <w:r>
        <w:t>6 Co 324/2015 z 29. januára 2016</w:t>
      </w:r>
    </w:p>
    <w:p>
      <w:r>
        <w:t>148. Rvp 5132/2016</w:t>
      </w:r>
    </w:p>
    <w:p>
      <w:r>
        <w:t>11 Co 9/2016 z 11. februára 2016</w:t>
      </w:r>
    </w:p>
    <w:p>
      <w:r>
        <w:t>149. Rvp 5133/2016</w:t>
      </w:r>
    </w:p>
    <w:p>
      <w:r>
        <w:t>11 Co 222/2015 z 1. februára 2016</w:t>
      </w:r>
    </w:p>
    <w:p>
      <w:r>
        <w:t>150. Rvp 5271/2016</w:t>
      </w:r>
    </w:p>
    <w:p>
      <w:r>
        <w:t>4 Co 342/2015 z 10. februára 2016</w:t>
      </w:r>
    </w:p>
    <w:p>
      <w:r>
        <w:t>151. Rvp 5272/2016</w:t>
      </w:r>
    </w:p>
    <w:p>
      <w:r>
        <w:t>4 Co 247/2015 z 27. januára 2016</w:t>
      </w:r>
    </w:p>
    <w:p>
      <w:r>
        <w:t>152. Rvp 5273/2016</w:t>
      </w:r>
    </w:p>
    <w:p>
      <w:r>
        <w:t>8 Co 388/2015 z 25. januára 2016</w:t>
      </w:r>
    </w:p>
    <w:p>
      <w:r>
        <w:t>153. Rvp 5274/2016</w:t>
      </w:r>
    </w:p>
    <w:p>
      <w:r>
        <w:t>7 Co 939/2015 z 28. januára 2016</w:t>
      </w:r>
    </w:p>
    <w:p>
      <w:r>
        <w:t>154. Rvp 5275/2016</w:t>
      </w:r>
    </w:p>
    <w:p>
      <w:r>
        <w:t>5 Co 428/2015 zo 4. februára 2016</w:t>
      </w:r>
    </w:p>
    <w:p>
      <w:r>
        <w:t>155. Rvp 5276/2016</w:t>
      </w:r>
    </w:p>
    <w:p>
      <w:r>
        <w:t>7 Co 372/2015 z 28. januára 2016</w:t>
      </w:r>
    </w:p>
    <w:p>
      <w:r>
        <w:t>156. Rvp 5277/2016</w:t>
      </w:r>
    </w:p>
    <w:p>
      <w:r>
        <w:t>11 Co 137/2015 z 22. decembra 2015</w:t>
      </w:r>
    </w:p>
    <w:p>
      <w:r>
        <w:t>157. Rvp 5278/2016</w:t>
      </w:r>
    </w:p>
    <w:p>
      <w:r>
        <w:t>4 Co 354/2015 z 10. februára 2016</w:t>
      </w:r>
    </w:p>
    <w:p>
      <w:r>
        <w:t>158. Rvp 5279/2016</w:t>
      </w:r>
    </w:p>
    <w:p>
      <w:r>
        <w:t>19 Co 432/2015 z 26. januára 2016</w:t>
      </w:r>
    </w:p>
    <w:p>
      <w:r>
        <w:t>159. Rvp 5280/2016</w:t>
      </w:r>
    </w:p>
    <w:p>
      <w:r>
        <w:t>11 Co 1/2016 z 26. januára 2016</w:t>
      </w:r>
    </w:p>
    <w:p>
      <w:r>
        <w:t>160. Rvp 5281/2016</w:t>
      </w:r>
    </w:p>
    <w:p>
      <w:r>
        <w:t>6 Co 325/2015 z 29. januára 2016</w:t>
      </w:r>
    </w:p>
    <w:p>
      <w:r>
        <w:t>161. Rvp 5282/2016</w:t>
      </w:r>
    </w:p>
    <w:p>
      <w:r>
        <w:t>4 Co 369/2015 z 10. februára 2016</w:t>
      </w:r>
    </w:p>
    <w:p>
      <w:r>
        <w:t>162. Rvp 5283/2016</w:t>
      </w:r>
    </w:p>
    <w:p>
      <w:r>
        <w:t>10 Co 5/2016 z 21. januára 2016</w:t>
      </w:r>
    </w:p>
    <w:p>
      <w:r>
        <w:t>163. Rvp 5284/2016</w:t>
      </w:r>
    </w:p>
    <w:p>
      <w:r>
        <w:t>7 Co 371/2015 z 28. januára 2016</w:t>
      </w:r>
    </w:p>
    <w:p>
      <w:r>
        <w:t>164. Rvp 5285/2016</w:t>
      </w:r>
    </w:p>
    <w:p>
      <w:r>
        <w:t>4 Co 296/2015 z 10. februára 2016</w:t>
      </w:r>
    </w:p>
    <w:p>
      <w:r>
        <w:t>165. Rvp 5286/2016</w:t>
      </w:r>
    </w:p>
    <w:p>
      <w:r>
        <w:t>3 Co 285/2015 z 10. februára 2016</w:t>
      </w:r>
    </w:p>
    <w:p>
      <w:r>
        <w:t>166. Rvp 5687/2016</w:t>
      </w:r>
    </w:p>
    <w:p>
      <w:r>
        <w:t>17 Co 8/2016 z 28. januára 2016</w:t>
      </w:r>
    </w:p>
    <w:p>
      <w:r>
        <w:t>167. Rvp 5688/2016</w:t>
      </w:r>
    </w:p>
    <w:p>
      <w:r>
        <w:t>12 Co 10/2016 z 3. februára 2016</w:t>
      </w:r>
    </w:p>
    <w:p>
      <w:r>
        <w:t>168. Rvp 5689/2016</w:t>
      </w:r>
    </w:p>
    <w:p>
      <w:r>
        <w:t>4 Co 13/2016 zo 17. februára 2016</w:t>
      </w:r>
    </w:p>
    <w:p>
      <w:r>
        <w:t>169. Rvp 5690/2016</w:t>
      </w:r>
    </w:p>
    <w:p>
      <w:r>
        <w:t>20 Co 338/2015 zo 17. decembra 2015</w:t>
      </w:r>
    </w:p>
    <w:p>
      <w:r>
        <w:t>170. Rvp 5691/2016</w:t>
      </w:r>
    </w:p>
    <w:p>
      <w:r>
        <w:t>4 Co 361/2015 z 10. februára 2016</w:t>
      </w:r>
    </w:p>
    <w:p>
      <w:r>
        <w:t>171. Rvp 5692/2016</w:t>
      </w:r>
    </w:p>
    <w:p>
      <w:r>
        <w:t>21 Co 392/2015 z 28. januára 2016</w:t>
      </w:r>
    </w:p>
    <w:p>
      <w:r>
        <w:t>172. Rvp 5693/2016</w:t>
      </w:r>
    </w:p>
    <w:p>
      <w:r>
        <w:t>15 Co 376/2015 z 27. januára 2016</w:t>
      </w:r>
    </w:p>
    <w:p>
      <w:r>
        <w:t>173. Rvp 5694/2016</w:t>
      </w:r>
    </w:p>
    <w:p>
      <w:r>
        <w:t>21 Co 11/2016 z 28. januára 2016</w:t>
      </w:r>
    </w:p>
    <w:p>
      <w:r>
        <w:t>174. Rvp 5695/2016</w:t>
      </w:r>
    </w:p>
    <w:p>
      <w:r>
        <w:t>13 Co 5/2016 z 20. januára 2016</w:t>
      </w:r>
    </w:p>
    <w:p>
      <w:r>
        <w:t>175. Rvp 5696/2016</w:t>
      </w:r>
    </w:p>
    <w:p>
      <w:r>
        <w:t>5 Co 418/2015 z 26. januára 2016</w:t>
      </w:r>
    </w:p>
    <w:p>
      <w:r>
        <w:t>176. Rvp 5697/2016</w:t>
      </w:r>
    </w:p>
    <w:p>
      <w:r>
        <w:t>13 Co 225/2015 z 20. januára 2016</w:t>
      </w:r>
    </w:p>
    <w:p>
      <w:r>
        <w:t>8</w:t>
      </w:r>
    </w:p>
    <w:p>
      <w:r>
        <w:t>177. Rvp 5698/2016</w:t>
      </w:r>
    </w:p>
    <w:p>
      <w:r>
        <w:t>8 Co 377/2015 z 28. januára 2016</w:t>
      </w:r>
    </w:p>
    <w:p>
      <w:r>
        <w:t>178. Rvp 5699/2016</w:t>
      </w:r>
    </w:p>
    <w:p>
      <w:r>
        <w:t>21 Co 9/2016 z 28. januára 2016</w:t>
      </w:r>
    </w:p>
    <w:p>
      <w:r>
        <w:t>179. Rvp 5700/2016</w:t>
      </w:r>
    </w:p>
    <w:p>
      <w:r>
        <w:t>15 Co 3/2016 z 27. januára 2016</w:t>
      </w:r>
    </w:p>
    <w:p>
      <w:r>
        <w:t>180. Rvp 5701/2016</w:t>
      </w:r>
    </w:p>
    <w:p>
      <w:r>
        <w:t>7 Co 2/2016 z 28. januára 2016</w:t>
      </w:r>
    </w:p>
    <w:p>
      <w:r>
        <w:t>181. Rvp 5702/2016</w:t>
      </w:r>
    </w:p>
    <w:p>
      <w:r>
        <w:t>8 Co 383/2015 z 25. januára 2016</w:t>
      </w:r>
    </w:p>
    <w:p>
      <w:r>
        <w:t>182. Rvp 5703/2016</w:t>
      </w:r>
    </w:p>
    <w:p>
      <w:r>
        <w:t>23 Co 192/2015 z 13. januára 2016</w:t>
      </w:r>
    </w:p>
    <w:p>
      <w:r>
        <w:t>183. Rvp 5985/2016</w:t>
      </w:r>
    </w:p>
    <w:p>
      <w:r>
        <w:t>23 Co 299/2015 z 29. februára 2016</w:t>
      </w:r>
    </w:p>
    <w:p>
      <w:r>
        <w:t>184. Rvp 5986/2016</w:t>
      </w:r>
    </w:p>
    <w:p>
      <w:r>
        <w:t>20 Co 297/2015 zo 17. decembra 2015</w:t>
      </w:r>
    </w:p>
    <w:p>
      <w:r>
        <w:t>185. Rvp 5987/2016</w:t>
      </w:r>
    </w:p>
    <w:p>
      <w:r>
        <w:t>16 Co 2/2016 z 25. januára 2016</w:t>
      </w:r>
    </w:p>
    <w:p>
      <w:r>
        <w:t>186. Rvp 5988/2016</w:t>
      </w:r>
    </w:p>
    <w:p>
      <w:r>
        <w:t>4 Co 7/2016 zo 17. februára 2016</w:t>
      </w:r>
    </w:p>
    <w:p>
      <w:r>
        <w:t>187. Rvp 5989/2016</w:t>
      </w:r>
    </w:p>
    <w:p>
      <w:r>
        <w:t>4 Co 5/2016 zo 17. februára 2016</w:t>
      </w:r>
    </w:p>
    <w:p>
      <w:r>
        <w:t>188. Rvp 5990/2016</w:t>
      </w:r>
    </w:p>
    <w:p>
      <w:r>
        <w:t>15 Co 354/2015 z 27. januára 2016</w:t>
      </w:r>
    </w:p>
    <w:p>
      <w:r>
        <w:t>189. Rvp 5991/2016</w:t>
      </w:r>
    </w:p>
    <w:p>
      <w:r>
        <w:t>3 Co 190/2015 z 2. marca 2016</w:t>
      </w:r>
    </w:p>
    <w:p>
      <w:r>
        <w:t>190. Rvp 5992/2016</w:t>
      </w:r>
    </w:p>
    <w:p>
      <w:r>
        <w:t>10 Co 16/2015 z 21. januára 2016</w:t>
      </w:r>
    </w:p>
    <w:p>
      <w:r>
        <w:t>191. Rvp 5993/2016</w:t>
      </w:r>
    </w:p>
    <w:p>
      <w:r>
        <w:t>23 Co 317/2015 z 29. februára 2016</w:t>
      </w:r>
    </w:p>
    <w:p>
      <w:r>
        <w:t>192. Rvp 5994/2016</w:t>
      </w:r>
    </w:p>
    <w:p>
      <w:r>
        <w:t>23 Co 242/2015 z 29. februára 2016</w:t>
      </w:r>
    </w:p>
    <w:p>
      <w:r>
        <w:t>193. Rvp 5995/2016</w:t>
      </w:r>
    </w:p>
    <w:p>
      <w:r>
        <w:t>15 Co 1/2016 z 27. januára 2016</w:t>
      </w:r>
    </w:p>
    <w:p>
      <w:r>
        <w:t>194. Rvp 5996/2016</w:t>
      </w:r>
    </w:p>
    <w:p>
      <w:r>
        <w:t>23 Co 1/2016 z 29. februára 2016</w:t>
      </w:r>
    </w:p>
    <w:p>
      <w:r>
        <w:t>195. Rvp 5997/2016</w:t>
      </w:r>
    </w:p>
    <w:p>
      <w:r>
        <w:t>3 Co 217/2015 z 2. marca 2016</w:t>
      </w:r>
    </w:p>
    <w:p>
      <w:r>
        <w:t>196. Rvp 6259/2016</w:t>
      </w:r>
    </w:p>
    <w:p>
      <w:r>
        <w:t>3 Co 212/2015 z 2. marca 2016</w:t>
      </w:r>
    </w:p>
    <w:p>
      <w:r>
        <w:t>197. Rvp 6260/2016</w:t>
      </w:r>
    </w:p>
    <w:p>
      <w:r>
        <w:t>18 Co 274/2015 z 29. februára 2016</w:t>
      </w:r>
    </w:p>
    <w:p>
      <w:r>
        <w:t>198. Rvp 6261/2016</w:t>
      </w:r>
    </w:p>
    <w:p>
      <w:r>
        <w:t>18 Co 211/2015 z 29. februára 2016</w:t>
      </w:r>
    </w:p>
    <w:p>
      <w:r>
        <w:t>199. Rvp 6262/2016</w:t>
      </w:r>
    </w:p>
    <w:p>
      <w:r>
        <w:t>18 Co 243/2015 z 29. februára 2016</w:t>
      </w:r>
    </w:p>
    <w:p>
      <w:r>
        <w:t>200. Rvp 6263/2016</w:t>
      </w:r>
    </w:p>
    <w:p>
      <w:r>
        <w:t>20 Co 362/2015 zo 17. decembra 2015</w:t>
      </w:r>
    </w:p>
    <w:p>
      <w:r>
        <w:t>201. Rvp 6264/2016</w:t>
      </w:r>
    </w:p>
    <w:p>
      <w:r>
        <w:t>23 Co 315/2015 z 29. februára 2016</w:t>
      </w:r>
    </w:p>
    <w:p>
      <w:r>
        <w:t>202. Rvp 6265/2016</w:t>
      </w:r>
    </w:p>
    <w:p>
      <w:r>
        <w:t>12 Co 5/2016 zo 4. februára 2016</w:t>
      </w:r>
    </w:p>
    <w:p>
      <w:r>
        <w:t>203. Rvp 6266/2016</w:t>
      </w:r>
    </w:p>
    <w:p>
      <w:r>
        <w:t>23 Co 283/2015 z 29. februára 2016</w:t>
      </w:r>
    </w:p>
    <w:p>
      <w:r>
        <w:t>204. Rvp 6267/2016</w:t>
      </w:r>
    </w:p>
    <w:p>
      <w:r>
        <w:t>23 Co 324/2015 z 29. februára 2016</w:t>
      </w:r>
    </w:p>
    <w:p>
      <w:r>
        <w:t>205. Rvp 6268/2016</w:t>
      </w:r>
    </w:p>
    <w:p>
      <w:r>
        <w:t>2 Co 319/2015 z 29. februára 2016</w:t>
      </w:r>
    </w:p>
    <w:p>
      <w:r>
        <w:t>206. Rvp 6269/2016</w:t>
      </w:r>
    </w:p>
    <w:p>
      <w:r>
        <w:t>23 Co 5/2016 z 29. februára 2016</w:t>
      </w:r>
    </w:p>
    <w:p>
      <w:r>
        <w:t>9</w:t>
      </w:r>
    </w:p>
    <w:p>
      <w:r>
        <w:t>207. Rvp 6270/2016</w:t>
      </w:r>
    </w:p>
    <w:p>
      <w:r>
        <w:t>23 Co 22/2016 z 29. februára 2016</w:t>
      </w:r>
    </w:p>
    <w:p>
      <w:r>
        <w:t>208. Rvp 6271/2016</w:t>
      </w:r>
    </w:p>
    <w:p>
      <w:r>
        <w:t>23 Co 12/2016 z 29. februára 2016</w:t>
      </w:r>
    </w:p>
    <w:p>
      <w:r>
        <w:t>209. Rvp 6272/2016</w:t>
      </w:r>
    </w:p>
    <w:p>
      <w:r>
        <w:t>13 Co 18/2016 zo 4. februára 2016</w:t>
      </w:r>
    </w:p>
    <w:p>
      <w:r>
        <w:t>210. Rvp 6273/2016</w:t>
      </w:r>
    </w:p>
    <w:p>
      <w:r>
        <w:t>23 Co 314/2015 z 29. februára 2016</w:t>
      </w:r>
    </w:p>
    <w:p>
      <w:r>
        <w:t>211. Rvp 6274/2016</w:t>
      </w:r>
    </w:p>
    <w:p>
      <w:r>
        <w:t>23 Co 217/2015 z 29. februára 2016</w:t>
      </w:r>
    </w:p>
    <w:p>
      <w:r>
        <w:t>212. Rvp 6275/2016</w:t>
      </w:r>
    </w:p>
    <w:p>
      <w:r>
        <w:t>3 Co 322/2015 z 2. marca 2016</w:t>
      </w:r>
    </w:p>
    <w:p>
      <w:r>
        <w:t>213. Rvp 6276/2016</w:t>
      </w:r>
    </w:p>
    <w:p>
      <w:r>
        <w:t>3 Co 5/2016 z 2. marca 2016</w:t>
      </w:r>
    </w:p>
    <w:p>
      <w:r>
        <w:t>214. Rvp 6277/2016</w:t>
      </w:r>
    </w:p>
    <w:p>
      <w:r>
        <w:t>18 Co 343/2015 z 29. februára 2016</w:t>
      </w:r>
    </w:p>
    <w:p>
      <w:r>
        <w:t>215. Rvp 6278/2016</w:t>
      </w:r>
    </w:p>
    <w:p>
      <w:r>
        <w:t>18 Co 247/2015 z 29. februára 2016</w:t>
      </w:r>
    </w:p>
    <w:p>
      <w:r>
        <w:t>216. Rvp 6279/2016</w:t>
      </w:r>
    </w:p>
    <w:p>
      <w:r>
        <w:t>18 Co 302/2015 z 29. februára 2016</w:t>
      </w:r>
    </w:p>
    <w:p>
      <w:r>
        <w:t>217. Rvp 6280/2016</w:t>
      </w:r>
    </w:p>
    <w:p>
      <w:r>
        <w:t>18 Co 153/2015 z 20. januára 2016</w:t>
      </w:r>
    </w:p>
    <w:p>
      <w:r>
        <w:t>218. Rvp 6564/2016</w:t>
      </w:r>
    </w:p>
    <w:p>
      <w:r>
        <w:t>10 Co 20/2016 z 24. februára 2016</w:t>
      </w:r>
    </w:p>
    <w:p>
      <w:r>
        <w:t>219. Rvp 6565/2016</w:t>
      </w:r>
    </w:p>
    <w:p>
      <w:r>
        <w:t>23 Co 282/2015 z 29. februára 2016</w:t>
      </w:r>
    </w:p>
    <w:p>
      <w:r>
        <w:t>220. Rvp 6566/2016</w:t>
      </w:r>
    </w:p>
    <w:p>
      <w:r>
        <w:t>23 Co 281/2015 z 29. februára 2016</w:t>
      </w:r>
    </w:p>
    <w:p>
      <w:r>
        <w:t>221. Rvp 6567/2016</w:t>
      </w:r>
    </w:p>
    <w:p>
      <w:r>
        <w:t>19 Co 320/2015 zo 4. februára 2016</w:t>
      </w:r>
    </w:p>
    <w:p>
      <w:r>
        <w:t>10</w:t>
      </w:r>
    </w:p>
    <w:p/>
    <w:p>
      <w:r>
        <w:t>Zdroj: KAUZIS.SK – https://www.kauzis.sk/judikatura/r/ECLI:SK:USSR:2017:2.US.120.2017.2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