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121/2017 z 23. 3. 2017</w:t>
      </w:r>
    </w:p>
    <w:p>
      <w:r>
        <w:t>Uznesenie Ústavného súdu SR z 23. marca 2017, sp. zn. II. ÚS 121/2017, ECLI:SK:USSR:2017:2.US.121.2017.2</w:t>
      </w:r>
    </w:p>
    <w:p>
      <w:r>
        <w:t>Súd: Ústavný súd Slovenskej republiky</w:t>
      </w:r>
    </w:p>
    <w:p>
      <w:r>
        <w:t>Spisová značka: II. ÚS 121/2017</w:t>
      </w:r>
    </w:p>
    <w:p>
      <w:r>
        <w:t>ECLI: ECLI:SK:USSR:2017:2.US.121.2017.2</w:t>
      </w:r>
    </w:p>
    <w:p>
      <w:r>
        <w:t>Dátum vydania: 23. 3.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121/2017-24 Ústavný súd Slovenskej republiky na neverejnom zasadnutí 23. marca 2017 v senáte zloženom z predsedu Ladislava Orosza, zo sudkyne Ľudmily Gajdošíkovej (sudkyňa spravodajkyňa) a sudcu Lajosa Mészárosa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uzneseniami Krajského súdu v Nitre uvedenými v prílohe tohto rozhodnutia, ako aj postupom, ktorý predchádzal ich vydaniu, takto rozhodol: Konanie o sťažnostiach obchodnej spoločnosti POHOTOVOSŤ, s. r. o., vedené pod sp. zn. II. ÚS 121/2017 z a s t a v u j e . Odôvodnenie: 1. Ústavný súd Slovenskej republiky (ďalej len „ústavný súd“) uznesením č. k. II. ÚS 121/2017-8 zo 14. februára 2017 (ďalej aj „uznesenie“) uložil obchodnej spoločnosti POHOTOVOSŤ, s. r. o. (ďalej len „sťažovateľka“), povinnosť zaplatiť súdny poplatok</w:t>
      </w:r>
    </w:p>
    <w:p>
      <w:r>
        <w:t>vo výške 5 700 € do 7 dní odo dňa doručenia uznesenia na účet Kancelárie ústavného súdu za 190 uznesením spojených sťažností sťažovateľky. 2.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121/2017 zastavil. P o u č e n i e : Proti tomuto uzneseniu nemožno podať opravný prostriedok. V Košiciach 23. marca 2017</w:t>
      </w:r>
    </w:p>
    <w:p>
      <w:r>
        <w:t>2</w:t>
      </w:r>
    </w:p>
    <w:p>
      <w:r>
        <w:t>Príloha k uzneseniu Ústavného súdu Slovenskej republiky sp. zn. II. ÚS 121/2017</w:t>
      </w:r>
    </w:p>
    <w:p>
      <w:r>
        <w:t>p. č.</w:t>
      </w:r>
    </w:p>
    <w:p>
      <w:r>
        <w:t>sp. zn. sťažností vedených</w:t>
      </w:r>
    </w:p>
    <w:p>
      <w:r>
        <w:t>sp. zn. uznesení Krajského súdu v Nitre</w:t>
      </w:r>
    </w:p>
    <w:p>
      <w:r>
        <w:t>ústavným súdom (Rvp) 1.</w:t>
      </w:r>
    </w:p>
    <w:p>
      <w:r>
        <w:t>Rvp 3267/2016</w:t>
      </w:r>
    </w:p>
    <w:p>
      <w:r>
        <w:t>11 Co 499/2015 z 30. novembra 2015</w:t>
      </w:r>
    </w:p>
    <w:p>
      <w:r>
        <w:t>2.</w:t>
      </w:r>
    </w:p>
    <w:p>
      <w:r>
        <w:t>Rvp 3268/2016</w:t>
      </w:r>
    </w:p>
    <w:p>
      <w:r>
        <w:t>11 Co 531/2015 zo 17. decembra 2015</w:t>
      </w:r>
    </w:p>
    <w:p>
      <w:r>
        <w:t>3.</w:t>
      </w:r>
    </w:p>
    <w:p>
      <w:r>
        <w:t>Rvp 3269/2016</w:t>
      </w:r>
    </w:p>
    <w:p>
      <w:r>
        <w:t>2 Co 219/2015 z 13. januára 2016</w:t>
      </w:r>
    </w:p>
    <w:p>
      <w:r>
        <w:t>4.</w:t>
      </w:r>
    </w:p>
    <w:p>
      <w:r>
        <w:t>Rvp 3270/2016</w:t>
      </w:r>
    </w:p>
    <w:p>
      <w:r>
        <w:t>4 Co 265/2015 z 30. decembra 2015</w:t>
      </w:r>
    </w:p>
    <w:p>
      <w:r>
        <w:t>5.</w:t>
      </w:r>
    </w:p>
    <w:p>
      <w:r>
        <w:t>Rvp 3271/2016</w:t>
      </w:r>
    </w:p>
    <w:p>
      <w:r>
        <w:t>2 Co 213/2015 z 30. decembra 2015</w:t>
      </w:r>
    </w:p>
    <w:p>
      <w:r>
        <w:t>6.</w:t>
      </w:r>
    </w:p>
    <w:p>
      <w:r>
        <w:t>Rvp 3272/2016</w:t>
      </w:r>
    </w:p>
    <w:p>
      <w:r>
        <w:t>4 Co 274/2015 z 30. decembra 2015</w:t>
      </w:r>
    </w:p>
    <w:p>
      <w:r>
        <w:t>7.</w:t>
      </w:r>
    </w:p>
    <w:p>
      <w:r>
        <w:t>Rvp 3273/2016</w:t>
      </w:r>
    </w:p>
    <w:p>
      <w:r>
        <w:t>4 Co 348/2015 z 30. decembra 2015</w:t>
      </w:r>
    </w:p>
    <w:p>
      <w:r>
        <w:t>8.</w:t>
      </w:r>
    </w:p>
    <w:p>
      <w:r>
        <w:t>Rvp 3274/2016</w:t>
      </w:r>
    </w:p>
    <w:p>
      <w:r>
        <w:t>4 Co 245/2015 z 30. decembra 2015</w:t>
      </w:r>
    </w:p>
    <w:p>
      <w:r>
        <w:t>9.</w:t>
      </w:r>
    </w:p>
    <w:p>
      <w:r>
        <w:t>Rvp 3275/2016</w:t>
      </w:r>
    </w:p>
    <w:p>
      <w:r>
        <w:t>11 Co 439/2015 z 30. novembra 2015</w:t>
      </w:r>
    </w:p>
    <w:p>
      <w:r>
        <w:t>10. Rvp 3276/2016</w:t>
      </w:r>
    </w:p>
    <w:p>
      <w:r>
        <w:t>11 Co 557/2015 zo 17. decembra 2015</w:t>
      </w:r>
    </w:p>
    <w:p>
      <w:r>
        <w:t>11. Rvp 3277/2016</w:t>
      </w:r>
    </w:p>
    <w:p>
      <w:r>
        <w:t>11 Co 551/2015 zo 17. decembra 2015</w:t>
      </w:r>
    </w:p>
    <w:p>
      <w:r>
        <w:t>12. Rvp 3278/2016</w:t>
      </w:r>
    </w:p>
    <w:p>
      <w:r>
        <w:t>15 Co 92/2015 z 13. októbra 2015</w:t>
      </w:r>
    </w:p>
    <w:p>
      <w:r>
        <w:t>13. Rvp 3279/2016</w:t>
      </w:r>
    </w:p>
    <w:p>
      <w:r>
        <w:t>15 Co 515/2015 z 30. októbra 2015</w:t>
      </w:r>
    </w:p>
    <w:p>
      <w:r>
        <w:t>14. Rvp 3280/2016</w:t>
      </w:r>
    </w:p>
    <w:p>
      <w:r>
        <w:t>11 Co 491/2015 z 30. novembra 2015</w:t>
      </w:r>
    </w:p>
    <w:p>
      <w:r>
        <w:t>15. Rvp 3281/2016</w:t>
      </w:r>
    </w:p>
    <w:p>
      <w:r>
        <w:t>26 Co 497/2015 z 30. septembra 2015</w:t>
      </w:r>
    </w:p>
    <w:p>
      <w:r>
        <w:t>16. Rvp 3282/2016</w:t>
      </w:r>
    </w:p>
    <w:p>
      <w:r>
        <w:t>7 Co 364/2015 z 30. septembra 2015</w:t>
      </w:r>
    </w:p>
    <w:p>
      <w:r>
        <w:t>17. Rvp 3283/2016</w:t>
      </w:r>
    </w:p>
    <w:p>
      <w:r>
        <w:t>2 Co 210/2015 z 30. decembra 2015</w:t>
      </w:r>
    </w:p>
    <w:p>
      <w:r>
        <w:t>18. Rvp 3284/2016</w:t>
      </w:r>
    </w:p>
    <w:p>
      <w:r>
        <w:t>4 Co 256/2015 z 30. decembra 2015</w:t>
      </w:r>
    </w:p>
    <w:p>
      <w:r>
        <w:t>19. Rvp 3285/2016</w:t>
      </w:r>
    </w:p>
    <w:p>
      <w:r>
        <w:t>4 Co 319/2015 z 30. decembra 2015</w:t>
      </w:r>
    </w:p>
    <w:p>
      <w:r>
        <w:t>20. Rvp 3286/2016</w:t>
      </w:r>
    </w:p>
    <w:p>
      <w:r>
        <w:t>4 Co 269/2015 z 30. decembra 2015</w:t>
      </w:r>
    </w:p>
    <w:p>
      <w:r>
        <w:t>21. Rvp 3287/2016</w:t>
      </w:r>
    </w:p>
    <w:p>
      <w:r>
        <w:t>4 Co 186/2015 z 30. decembra 2015</w:t>
      </w:r>
    </w:p>
    <w:p>
      <w:r>
        <w:t>22. Rvp 3288/2016</w:t>
      </w:r>
    </w:p>
    <w:p>
      <w:r>
        <w:t>4 Co 212/2015 z 30. decembra 2015</w:t>
      </w:r>
    </w:p>
    <w:p>
      <w:r>
        <w:t>23. Rvp 3289/2016</w:t>
      </w:r>
    </w:p>
    <w:p>
      <w:r>
        <w:t>25 Co 602/2015 z 30. novembra 2015</w:t>
      </w:r>
    </w:p>
    <w:p>
      <w:r>
        <w:t>24. Rvp 3290/2016</w:t>
      </w:r>
    </w:p>
    <w:p>
      <w:r>
        <w:t>25 Co 604/2015 z 30. novembra 2015</w:t>
      </w:r>
    </w:p>
    <w:p>
      <w:r>
        <w:t>25. Rvp 3291/2016</w:t>
      </w:r>
    </w:p>
    <w:p>
      <w:r>
        <w:t>11 Co 474/2015 zo 17. decembra 2015</w:t>
      </w:r>
    </w:p>
    <w:p>
      <w:r>
        <w:t>3</w:t>
      </w:r>
    </w:p>
    <w:p>
      <w:r>
        <w:t>26. Rvp 3292/2016</w:t>
      </w:r>
    </w:p>
    <w:p>
      <w:r>
        <w:t>26 Co 218/2015 z 5. novembra 2015</w:t>
      </w:r>
    </w:p>
    <w:p>
      <w:r>
        <w:t>27. Rvp 3293/2016</w:t>
      </w:r>
    </w:p>
    <w:p>
      <w:r>
        <w:t>15 Co 531/2015 z 30. októbra 2015</w:t>
      </w:r>
    </w:p>
    <w:p>
      <w:r>
        <w:t>28. Rvp 3294/2016</w:t>
      </w:r>
    </w:p>
    <w:p>
      <w:r>
        <w:t>4 Co 251/2015 z 30. decembra 2015</w:t>
      </w:r>
    </w:p>
    <w:p>
      <w:r>
        <w:t>29. Rvp 3295/2016</w:t>
      </w:r>
    </w:p>
    <w:p>
      <w:r>
        <w:t>4 Co 317/2015 z 30. decembra 2015</w:t>
      </w:r>
    </w:p>
    <w:p>
      <w:r>
        <w:t>30. Rvp 3296/2016</w:t>
      </w:r>
    </w:p>
    <w:p>
      <w:r>
        <w:t>1 Co 288/2015 z 12. januára 2016</w:t>
      </w:r>
    </w:p>
    <w:p>
      <w:r>
        <w:t>31. Rvp 3297/2016</w:t>
      </w:r>
    </w:p>
    <w:p>
      <w:r>
        <w:t>9 Co 923/2015 z 30. novembra 2015</w:t>
      </w:r>
    </w:p>
    <w:p>
      <w:r>
        <w:t>32. Rvp 3298/2016</w:t>
      </w:r>
    </w:p>
    <w:p>
      <w:r>
        <w:t>9 Co 987/2015 z 30. novembra 2015</w:t>
      </w:r>
    </w:p>
    <w:p>
      <w:r>
        <w:t>33. Rvp 3299/2016</w:t>
      </w:r>
    </w:p>
    <w:p>
      <w:r>
        <w:t>26 Co 609/2015 z 29. októbra 2015</w:t>
      </w:r>
    </w:p>
    <w:p>
      <w:r>
        <w:t>34. Rvp 3300/2016</w:t>
      </w:r>
    </w:p>
    <w:p>
      <w:r>
        <w:t>11 Co 441/2015 z 30. novembra 2015</w:t>
      </w:r>
    </w:p>
    <w:p>
      <w:r>
        <w:t>35. Rvp 3301/2016</w:t>
      </w:r>
    </w:p>
    <w:p>
      <w:r>
        <w:t>11 Co 202/2014 z 18. novembra 2015</w:t>
      </w:r>
    </w:p>
    <w:p>
      <w:r>
        <w:t>36. Rvp 3302/2016</w:t>
      </w:r>
    </w:p>
    <w:p>
      <w:r>
        <w:t>11 Co 204/2014 z 27. októbra 2015</w:t>
      </w:r>
    </w:p>
    <w:p>
      <w:r>
        <w:t>37. Rvp 3303/2016</w:t>
      </w:r>
    </w:p>
    <w:p>
      <w:r>
        <w:t>11 Co 196/2014 z 18. novembra 2015</w:t>
      </w:r>
    </w:p>
    <w:p>
      <w:r>
        <w:t>38. Rvp 3304/2016</w:t>
      </w:r>
    </w:p>
    <w:p>
      <w:r>
        <w:t>11 Co 220/2014 z 27. októbra 2015</w:t>
      </w:r>
    </w:p>
    <w:p>
      <w:r>
        <w:t>39. Rvp 3305/2016</w:t>
      </w:r>
    </w:p>
    <w:p>
      <w:r>
        <w:t>11 Co 216/2014 z 27. októbra 2015</w:t>
      </w:r>
    </w:p>
    <w:p>
      <w:r>
        <w:t>40. Rvp 3306/2016</w:t>
      </w:r>
    </w:p>
    <w:p>
      <w:r>
        <w:t>11 Co 210/2014 z 27. októbra 2015</w:t>
      </w:r>
    </w:p>
    <w:p>
      <w:r>
        <w:t>41. Rvp 3307/2016</w:t>
      </w:r>
    </w:p>
    <w:p>
      <w:r>
        <w:t>5 Co 1017/2014 z 5. augusta 2015</w:t>
      </w:r>
    </w:p>
    <w:p>
      <w:r>
        <w:t>42. Rvp 3308/2016</w:t>
      </w:r>
    </w:p>
    <w:p>
      <w:r>
        <w:t>25 Co 771/2015 z 30. decembra 2015</w:t>
      </w:r>
    </w:p>
    <w:p>
      <w:r>
        <w:t>43. Rvp 3309/2016</w:t>
      </w:r>
    </w:p>
    <w:p>
      <w:r>
        <w:t>15 Co 244/2015 z 30. októbra 2015</w:t>
      </w:r>
    </w:p>
    <w:p>
      <w:r>
        <w:t>44. Rvp 3310/2016</w:t>
      </w:r>
    </w:p>
    <w:p>
      <w:r>
        <w:t>7 Co 895/2015 z 28. decembra 2015</w:t>
      </w:r>
    </w:p>
    <w:p>
      <w:r>
        <w:t>45. Rvp 3311/2016</w:t>
      </w:r>
    </w:p>
    <w:p>
      <w:r>
        <w:t>26 Co 450/2015 z 30. novembra 2015</w:t>
      </w:r>
    </w:p>
    <w:p>
      <w:r>
        <w:t>46. Rvp 3312/2016</w:t>
      </w:r>
    </w:p>
    <w:p>
      <w:r>
        <w:t>15 Co 595/2015 z 30. októbra 2015</w:t>
      </w:r>
    </w:p>
    <w:p>
      <w:r>
        <w:t>47. Rvp 3313/2016</w:t>
      </w:r>
    </w:p>
    <w:p>
      <w:r>
        <w:t>11 Co 457/2015 z 30. novembra 2015</w:t>
      </w:r>
    </w:p>
    <w:p>
      <w:r>
        <w:t>48. Rvp 3667/2016</w:t>
      </w:r>
    </w:p>
    <w:p>
      <w:r>
        <w:t>8 Co 560/2015 z 10. decembra 2015</w:t>
      </w:r>
    </w:p>
    <w:p>
      <w:r>
        <w:t>49. Rvp 3668/2016</w:t>
      </w:r>
    </w:p>
    <w:p>
      <w:r>
        <w:t>26 Co 218/2015 z 5. novembra 2015</w:t>
      </w:r>
    </w:p>
    <w:p>
      <w:r>
        <w:t>50. Rvp 3669/2016</w:t>
      </w:r>
    </w:p>
    <w:p>
      <w:r>
        <w:t>25 Co 784/2015 z 30. decembra 2015</w:t>
      </w:r>
    </w:p>
    <w:p>
      <w:r>
        <w:t>51. Rvp 3670/2016</w:t>
      </w:r>
    </w:p>
    <w:p>
      <w:r>
        <w:t>15 Co 258/2015 z 30. októbra 2015</w:t>
      </w:r>
    </w:p>
    <w:p>
      <w:r>
        <w:t>52. Rvp 3671/2016</w:t>
      </w:r>
    </w:p>
    <w:p>
      <w:r>
        <w:t>4 Co 192/2015 z 30. decembra 2015</w:t>
      </w:r>
    </w:p>
    <w:p>
      <w:r>
        <w:t>53. Rvp 3672/2016</w:t>
      </w:r>
    </w:p>
    <w:p>
      <w:r>
        <w:t>2 Co 244/2015 z 13. januára 2016</w:t>
      </w:r>
    </w:p>
    <w:p>
      <w:r>
        <w:t>54. Rvp 3673/2016</w:t>
      </w:r>
    </w:p>
    <w:p>
      <w:r>
        <w:t>11 Co 545/2015 zo 17. decembra 2015</w:t>
      </w:r>
    </w:p>
    <w:p>
      <w:r>
        <w:t>55. Rvp 3674/2016</w:t>
      </w:r>
    </w:p>
    <w:p>
      <w:r>
        <w:t>9 Co 1070/2015 z 21. decembra 2015</w:t>
      </w:r>
    </w:p>
    <w:p>
      <w:r>
        <w:t>4</w:t>
      </w:r>
    </w:p>
    <w:p>
      <w:r>
        <w:t>56. Rvp 3675/2016</w:t>
      </w:r>
    </w:p>
    <w:p>
      <w:r>
        <w:t>2 Co 1/2016 z 13. januára 2016</w:t>
      </w:r>
    </w:p>
    <w:p>
      <w:r>
        <w:t>57. Rvp 3676/2016</w:t>
      </w:r>
    </w:p>
    <w:p>
      <w:r>
        <w:t>25 Co 899/2015 z 30. decembra 2015</w:t>
      </w:r>
    </w:p>
    <w:p>
      <w:r>
        <w:t>58. Rvp 3677/2016</w:t>
      </w:r>
    </w:p>
    <w:p>
      <w:r>
        <w:t>11 Co 580/2015 zo 17. decembra 2015</w:t>
      </w:r>
    </w:p>
    <w:p>
      <w:r>
        <w:t>59. Rvp 3678/2016</w:t>
      </w:r>
    </w:p>
    <w:p>
      <w:r>
        <w:t>11 Co 476/205 z 30. septembra 2015</w:t>
      </w:r>
    </w:p>
    <w:p>
      <w:r>
        <w:t>60. Rvp 3679/2016</w:t>
      </w:r>
    </w:p>
    <w:p>
      <w:r>
        <w:t>25 Co 904/2015 z 30. novembra 2015</w:t>
      </w:r>
    </w:p>
    <w:p>
      <w:r>
        <w:t>61. Rvp 3680/2016</w:t>
      </w:r>
    </w:p>
    <w:p>
      <w:r>
        <w:t>2 Co 48/2015 z 27. októbra 2015</w:t>
      </w:r>
    </w:p>
    <w:p>
      <w:r>
        <w:t>62. Rvp 3681/2016</w:t>
      </w:r>
    </w:p>
    <w:p>
      <w:r>
        <w:t>8 Co 889/2015 zo 7. októbra 2015</w:t>
      </w:r>
    </w:p>
    <w:p>
      <w:r>
        <w:t>63. Rvp 3682/2016</w:t>
      </w:r>
    </w:p>
    <w:p>
      <w:r>
        <w:t>9 Co 249/2015 z 10. decembra 2015</w:t>
      </w:r>
    </w:p>
    <w:p>
      <w:r>
        <w:t>64. Rvp 3683/2016</w:t>
      </w:r>
    </w:p>
    <w:p>
      <w:r>
        <w:t>26 Co 589/2015 z 29. októbra 2015</w:t>
      </w:r>
    </w:p>
    <w:p>
      <w:r>
        <w:t>65. Rvp 3684/2016</w:t>
      </w:r>
    </w:p>
    <w:p>
      <w:r>
        <w:t>6 Co 427/2015 z 30. novembra 2015</w:t>
      </w:r>
    </w:p>
    <w:p>
      <w:r>
        <w:t>66. Rvp 3685/2016</w:t>
      </w:r>
    </w:p>
    <w:p>
      <w:r>
        <w:t>11 Co 546/2015 z 30. novembra 2015</w:t>
      </w:r>
    </w:p>
    <w:p>
      <w:r>
        <w:t>67. Rvp 3686/2016</w:t>
      </w:r>
    </w:p>
    <w:p>
      <w:r>
        <w:t>11 Co 548/2015 z 30. novembra 2015</w:t>
      </w:r>
    </w:p>
    <w:p>
      <w:r>
        <w:t>68. Rvp 3687/2016</w:t>
      </w:r>
    </w:p>
    <w:p>
      <w:r>
        <w:t>7 Co 906/2015 z 30. októbra 2015</w:t>
      </w:r>
    </w:p>
    <w:p>
      <w:r>
        <w:t>69. Rvp 3688/2016</w:t>
      </w:r>
    </w:p>
    <w:p>
      <w:r>
        <w:t>11 Co 562/2015 z 30. novembra 2015</w:t>
      </w:r>
    </w:p>
    <w:p>
      <w:r>
        <w:t>70. Rvp 3689/2016</w:t>
      </w:r>
    </w:p>
    <w:p>
      <w:r>
        <w:t>11 Co 470/2015 z 30. septembra 2015</w:t>
      </w:r>
    </w:p>
    <w:p>
      <w:r>
        <w:t>71. Rvp 3690/2016</w:t>
      </w:r>
    </w:p>
    <w:p>
      <w:r>
        <w:t>9 Co 1069/2015 z 21. decembra 2015</w:t>
      </w:r>
    </w:p>
    <w:p>
      <w:r>
        <w:t>72. Rvp 3691/2016</w:t>
      </w:r>
    </w:p>
    <w:p>
      <w:r>
        <w:t>7 Co 574/2014 z 26. novembra 2015</w:t>
      </w:r>
    </w:p>
    <w:p>
      <w:r>
        <w:t>73. Rvp 3692/2016</w:t>
      </w:r>
    </w:p>
    <w:p>
      <w:r>
        <w:t>4 Co 312/2015 z 30. decembra 2015</w:t>
      </w:r>
    </w:p>
    <w:p>
      <w:r>
        <w:t>74. Rvp 3693/2016</w:t>
      </w:r>
    </w:p>
    <w:p>
      <w:r>
        <w:t>11 Co 570/2015 zo 17. decembra 2015</w:t>
      </w:r>
    </w:p>
    <w:p>
      <w:r>
        <w:t>75. Rvp 3694/2016</w:t>
      </w:r>
    </w:p>
    <w:p>
      <w:r>
        <w:t>2 Co 177/2015 z 30. decembra 2015</w:t>
      </w:r>
    </w:p>
    <w:p>
      <w:r>
        <w:t>76. Rvp 3695/2016</w:t>
      </w:r>
    </w:p>
    <w:p>
      <w:r>
        <w:t>9 Co 214/2015 z 19. novembra 2015</w:t>
      </w:r>
    </w:p>
    <w:p>
      <w:r>
        <w:t>77. Rvp 3696/2016</w:t>
      </w:r>
    </w:p>
    <w:p>
      <w:r>
        <w:t>1 Co 163/2015 z 29. decembra 2015</w:t>
      </w:r>
    </w:p>
    <w:p>
      <w:r>
        <w:t>78. Rvp 3697/2016</w:t>
      </w:r>
    </w:p>
    <w:p>
      <w:r>
        <w:t>11 Co 246/2014 z 25. novembra 2015</w:t>
      </w:r>
    </w:p>
    <w:p>
      <w:r>
        <w:t>79. Rvp 3698/2016</w:t>
      </w:r>
    </w:p>
    <w:p>
      <w:r>
        <w:t>9 Co 1064/2015 z 10. decembra 2015</w:t>
      </w:r>
    </w:p>
    <w:p>
      <w:r>
        <w:t>80. Rvp 3699/2016</w:t>
      </w:r>
    </w:p>
    <w:p>
      <w:r>
        <w:t>26 Co 262/2014 z 29. októbra 2015</w:t>
      </w:r>
    </w:p>
    <w:p>
      <w:r>
        <w:t>81. Rvp 3700/2016</w:t>
      </w:r>
    </w:p>
    <w:p>
      <w:r>
        <w:t>9 Co 975/2015 z 30. novembra 2015</w:t>
      </w:r>
    </w:p>
    <w:p>
      <w:r>
        <w:t>82. Rvp 3701/2016</w:t>
      </w:r>
    </w:p>
    <w:p>
      <w:r>
        <w:t>4 Co 347/2015 z 30. decembra 2015</w:t>
      </w:r>
    </w:p>
    <w:p>
      <w:r>
        <w:t>83. Rvp 3702/2016</w:t>
      </w:r>
    </w:p>
    <w:p>
      <w:r>
        <w:t>26 Co 243/2014 z 5. novembra 2015</w:t>
      </w:r>
    </w:p>
    <w:p>
      <w:r>
        <w:t>84. Rvp 3703/2016</w:t>
      </w:r>
    </w:p>
    <w:p>
      <w:r>
        <w:t>2 Co 149/2015 z 30. decembra 2015</w:t>
      </w:r>
    </w:p>
    <w:p>
      <w:r>
        <w:t>85. Rvp 3704/2016</w:t>
      </w:r>
    </w:p>
    <w:p>
      <w:r>
        <w:t>7 Co 336/2015 z 30. septembra 2015</w:t>
      </w:r>
    </w:p>
    <w:p>
      <w:r>
        <w:t>5</w:t>
      </w:r>
    </w:p>
    <w:p>
      <w:r>
        <w:t>86. Rvp 3705/2016</w:t>
      </w:r>
    </w:p>
    <w:p>
      <w:r>
        <w:t>26 Co 458/2015 z 30. novembra 2015</w:t>
      </w:r>
    </w:p>
    <w:p>
      <w:r>
        <w:t>87. Rvp 3706/2016</w:t>
      </w:r>
    </w:p>
    <w:p>
      <w:r>
        <w:t>9 Co 1046/2015 z 21. decembra 2015</w:t>
      </w:r>
    </w:p>
    <w:p>
      <w:r>
        <w:t>88. Rvp 3707/2016</w:t>
      </w:r>
    </w:p>
    <w:p>
      <w:r>
        <w:t>25 Co 831/2015 z 30. decembra 2015</w:t>
      </w:r>
    </w:p>
    <w:p>
      <w:r>
        <w:t>89. Rvp 3708/2016</w:t>
      </w:r>
    </w:p>
    <w:p>
      <w:r>
        <w:t>11 Co 503/2015 zo 17. decembra 2015</w:t>
      </w:r>
    </w:p>
    <w:p>
      <w:r>
        <w:t>90. Rvp 3709/2016</w:t>
      </w:r>
    </w:p>
    <w:p>
      <w:r>
        <w:t>15 Co 164/2015 z 20. októbra 015</w:t>
      </w:r>
    </w:p>
    <w:p>
      <w:r>
        <w:t>91. Rvp 3710/2016</w:t>
      </w:r>
    </w:p>
    <w:p>
      <w:r>
        <w:t>4 Co 326/2015 z 30. decembra 2015</w:t>
      </w:r>
    </w:p>
    <w:p>
      <w:r>
        <w:t>92. Rvp 3966/2016</w:t>
      </w:r>
    </w:p>
    <w:p>
      <w:r>
        <w:t>15 Co 318/2015 z 24. novembra 2015</w:t>
      </w:r>
    </w:p>
    <w:p>
      <w:r>
        <w:t>93. Rvp 3967/2016</w:t>
      </w:r>
    </w:p>
    <w:p>
      <w:r>
        <w:t>15 Co 6/2015 z 24. novembra 2015</w:t>
      </w:r>
    </w:p>
    <w:p>
      <w:r>
        <w:t>94. Rvp 3968/2016</w:t>
      </w:r>
    </w:p>
    <w:p>
      <w:r>
        <w:t>2 Co 247/2015 z 13. januára 2016</w:t>
      </w:r>
    </w:p>
    <w:p>
      <w:r>
        <w:t>95. Rvp 3969/2016</w:t>
      </w:r>
    </w:p>
    <w:p>
      <w:r>
        <w:t>2 Co 217/2015 z 13. januára 2016</w:t>
      </w:r>
    </w:p>
    <w:p>
      <w:r>
        <w:t>96. Rvp 3970/2016</w:t>
      </w:r>
    </w:p>
    <w:p>
      <w:r>
        <w:t>11 Co 282/2014 z 2. decembra 2015</w:t>
      </w:r>
    </w:p>
    <w:p>
      <w:r>
        <w:t>97. Rvp 3971/2016</w:t>
      </w:r>
    </w:p>
    <w:p>
      <w:r>
        <w:t>26 Co 54/2015 z 19. novembra 2015</w:t>
      </w:r>
    </w:p>
    <w:p>
      <w:r>
        <w:t>98. Rvp 3972/2016</w:t>
      </w:r>
    </w:p>
    <w:p>
      <w:r>
        <w:t>26 Co 37/2015 z 19. novembra 2015</w:t>
      </w:r>
    </w:p>
    <w:p>
      <w:r>
        <w:t>99. Rvp 3973/2016</w:t>
      </w:r>
    </w:p>
    <w:p>
      <w:r>
        <w:t>26 Co 45/2015 z 19. novembra 2015</w:t>
      </w:r>
    </w:p>
    <w:p>
      <w:r>
        <w:t>100. Rvp 3974/2016</w:t>
      </w:r>
    </w:p>
    <w:p>
      <w:r>
        <w:t>15 Co 181/2015 z 27. októbra 2015</w:t>
      </w:r>
    </w:p>
    <w:p>
      <w:r>
        <w:t>101. Rvp 3975/2016</w:t>
      </w:r>
    </w:p>
    <w:p>
      <w:r>
        <w:t>1 Co 42/2015 z 12. januára 2016</w:t>
      </w:r>
    </w:p>
    <w:p>
      <w:r>
        <w:t>102. Rvp 3976/2016</w:t>
      </w:r>
    </w:p>
    <w:p>
      <w:r>
        <w:t>15 Co 189/2015 z 27. októbra 2015</w:t>
      </w:r>
    </w:p>
    <w:p>
      <w:r>
        <w:t>103. Rvp 3977/2016</w:t>
      </w:r>
    </w:p>
    <w:p>
      <w:r>
        <w:t>11 Co 52/2015 z 9. decembra 2015</w:t>
      </w:r>
    </w:p>
    <w:p>
      <w:r>
        <w:t>104. Rvp 3978/2016</w:t>
      </w:r>
    </w:p>
    <w:p>
      <w:r>
        <w:t>7 Co 1125/2015 z 30. novembra 2015</w:t>
      </w:r>
    </w:p>
    <w:p>
      <w:r>
        <w:t>105. Rvp 3979/2016</w:t>
      </w:r>
    </w:p>
    <w:p>
      <w:r>
        <w:t>1 Co 289/2015 z 12. januára 2016</w:t>
      </w:r>
    </w:p>
    <w:p>
      <w:r>
        <w:t>106. Rvp 3980/2016</w:t>
      </w:r>
    </w:p>
    <w:p>
      <w:r>
        <w:t>2 Co 252/2015 z 13. januára 2016</w:t>
      </w:r>
    </w:p>
    <w:p>
      <w:r>
        <w:t>107. Rvp 4512/2016</w:t>
      </w:r>
    </w:p>
    <w:p>
      <w:r>
        <w:t>11 Co 9/2015 z 20. januára 2016</w:t>
      </w:r>
    </w:p>
    <w:p>
      <w:r>
        <w:t>108. Rvp 4513/2016</w:t>
      </w:r>
    </w:p>
    <w:p>
      <w:r>
        <w:t>15 Co 237/2015 z 3. novembra 2015</w:t>
      </w:r>
    </w:p>
    <w:p>
      <w:r>
        <w:t>109. Rvp 4514/2016</w:t>
      </w:r>
    </w:p>
    <w:p>
      <w:r>
        <w:t>11 Co 536/2015 z 28. januára 2016</w:t>
      </w:r>
    </w:p>
    <w:p>
      <w:r>
        <w:t>110. Rvp 4515/2016</w:t>
      </w:r>
    </w:p>
    <w:p>
      <w:r>
        <w:t>11 Co 258/2014 z 20. januára 2016</w:t>
      </w:r>
    </w:p>
    <w:p>
      <w:r>
        <w:t>111. Rvp 4516/2016</w:t>
      </w:r>
    </w:p>
    <w:p>
      <w:r>
        <w:t>15 Co 315/2014 z 24. novembra 2015</w:t>
      </w:r>
    </w:p>
    <w:p>
      <w:r>
        <w:t>112. Rvp 4517/2016</w:t>
      </w:r>
    </w:p>
    <w:p>
      <w:r>
        <w:t>2 Co 250/2015 z 13. januára 2016</w:t>
      </w:r>
    </w:p>
    <w:p>
      <w:r>
        <w:t>113. Rvp 4518/2016</w:t>
      </w:r>
    </w:p>
    <w:p>
      <w:r>
        <w:t>2 Co 249/2015 z 13. januára 2016</w:t>
      </w:r>
    </w:p>
    <w:p>
      <w:r>
        <w:t>114. Rvp 4519/2016</w:t>
      </w:r>
    </w:p>
    <w:p>
      <w:r>
        <w:t>11 Co 7/2015 z 20. januára 2016</w:t>
      </w:r>
    </w:p>
    <w:p>
      <w:r>
        <w:t>115. Rvp 4520/2016</w:t>
      </w:r>
    </w:p>
    <w:p>
      <w:r>
        <w:t>2 Co 2/2016 z 3. februára 2016</w:t>
      </w:r>
    </w:p>
    <w:p>
      <w:r>
        <w:t>6</w:t>
      </w:r>
    </w:p>
    <w:p>
      <w:r>
        <w:t>116. Rvp 4521/2016</w:t>
      </w:r>
    </w:p>
    <w:p>
      <w:r>
        <w:t>15 Co 250/2015 z 3. novembra 2015</w:t>
      </w:r>
    </w:p>
    <w:p>
      <w:r>
        <w:t>117. Rvp 4522/2016</w:t>
      </w:r>
    </w:p>
    <w:p>
      <w:r>
        <w:t>8 Co 227/2015 zo 7. mája 2015</w:t>
      </w:r>
    </w:p>
    <w:p>
      <w:r>
        <w:t>118. Rvp 4523/2016</w:t>
      </w:r>
    </w:p>
    <w:p>
      <w:r>
        <w:t>25 Co 720/2015 z 20. januára 2016</w:t>
      </w:r>
    </w:p>
    <w:p>
      <w:r>
        <w:t>119. Rvp 4524/2016</w:t>
      </w:r>
    </w:p>
    <w:p>
      <w:r>
        <w:t>15 Co 288/2014 z 10. novembra 2015</w:t>
      </w:r>
    </w:p>
    <w:p>
      <w:r>
        <w:t>120. Rvp 4525/2016</w:t>
      </w:r>
    </w:p>
    <w:p>
      <w:r>
        <w:t>15 Co 336/2015 z 10. novembra 2015</w:t>
      </w:r>
    </w:p>
    <w:p>
      <w:r>
        <w:t>121. Rvp 4526/2016</w:t>
      </w:r>
    </w:p>
    <w:p>
      <w:r>
        <w:t>7 Co 686/2014 z 30. novembra 2015</w:t>
      </w:r>
    </w:p>
    <w:p>
      <w:r>
        <w:t>122. Rvp 4527/2016</w:t>
      </w:r>
    </w:p>
    <w:p>
      <w:r>
        <w:t>2 Co 255/2015 z 13. januára 2016</w:t>
      </w:r>
    </w:p>
    <w:p>
      <w:r>
        <w:t>123. Rvp 4528/2016</w:t>
      </w:r>
    </w:p>
    <w:p>
      <w:r>
        <w:t>15 Co 331/2015 z 3. novembra 2015</w:t>
      </w:r>
    </w:p>
    <w:p>
      <w:r>
        <w:t>124. Rvp 4529/2016</w:t>
      </w:r>
    </w:p>
    <w:p>
      <w:r>
        <w:t>11 Co 35/2015 z 9. decembra 2015</w:t>
      </w:r>
    </w:p>
    <w:p>
      <w:r>
        <w:t>125. Rvp 4530/2016</w:t>
      </w:r>
    </w:p>
    <w:p>
      <w:r>
        <w:t>11 Co 478/2015 z 28. januára 2016</w:t>
      </w:r>
    </w:p>
    <w:p>
      <w:r>
        <w:t>126. Rvp 4531/2016</w:t>
      </w:r>
    </w:p>
    <w:p>
      <w:r>
        <w:t>4 Co 1/2016 z 28. januára 2016</w:t>
      </w:r>
    </w:p>
    <w:p>
      <w:r>
        <w:t>127. Rvp 4532/2016</w:t>
      </w:r>
    </w:p>
    <w:p>
      <w:r>
        <w:t>8 Co 942/2015 z 21. decembra 2015</w:t>
      </w:r>
    </w:p>
    <w:p>
      <w:r>
        <w:t>128. Rvp 4533/2016</w:t>
      </w:r>
    </w:p>
    <w:p>
      <w:r>
        <w:t>15 Co 271/2015 z 3. novembra 2015</w:t>
      </w:r>
    </w:p>
    <w:p>
      <w:r>
        <w:t>129. Rvp 4534/2016</w:t>
      </w:r>
    </w:p>
    <w:p>
      <w:r>
        <w:t>1 Co 138/2015 z 29. decembra 2015</w:t>
      </w:r>
    </w:p>
    <w:p>
      <w:r>
        <w:t>130. Rvp 4535/2016</w:t>
      </w:r>
    </w:p>
    <w:p>
      <w:r>
        <w:t>1 Co 140/2015 z 29. decembra 2015</w:t>
      </w:r>
    </w:p>
    <w:p>
      <w:r>
        <w:t>131. Rvp 4536/2016</w:t>
      </w:r>
    </w:p>
    <w:p>
      <w:r>
        <w:t>1 Co 214/2015 z 29. decembra 2015</w:t>
      </w:r>
    </w:p>
    <w:p>
      <w:r>
        <w:t>132. Rvp 4537/2016</w:t>
      </w:r>
    </w:p>
    <w:p>
      <w:r>
        <w:t>15 Co 313/2014 z 10. novembra 2015</w:t>
      </w:r>
    </w:p>
    <w:p>
      <w:r>
        <w:t>133. Rvp 4538/2016</w:t>
      </w:r>
    </w:p>
    <w:p>
      <w:r>
        <w:t>15 Co 318/2014 z 24. novembra 2015</w:t>
      </w:r>
    </w:p>
    <w:p>
      <w:r>
        <w:t>134. Rvp 4539/2016</w:t>
      </w:r>
    </w:p>
    <w:p>
      <w:r>
        <w:t>5 Co 832/2014 z 11. novembra 2015</w:t>
      </w:r>
    </w:p>
    <w:p>
      <w:r>
        <w:t>135. Rvp 4540/2016</w:t>
      </w:r>
    </w:p>
    <w:p>
      <w:r>
        <w:t>26 Co 270/2014 z 12. novembra 2015</w:t>
      </w:r>
    </w:p>
    <w:p>
      <w:r>
        <w:t>136. Rvp 4541/2016</w:t>
      </w:r>
    </w:p>
    <w:p>
      <w:r>
        <w:t>11 Co 276/2014 zo 16. decembra 2015</w:t>
      </w:r>
    </w:p>
    <w:p>
      <w:r>
        <w:t>137. Rvp 4542/2016</w:t>
      </w:r>
    </w:p>
    <w:p>
      <w:r>
        <w:t>25 Co 853/2015 z 30. decembra 2015</w:t>
      </w:r>
    </w:p>
    <w:p>
      <w:r>
        <w:t>138. Rvp 4543/2016</w:t>
      </w:r>
    </w:p>
    <w:p>
      <w:r>
        <w:t>11 Co 285/2014 z 2. decembra 2015</w:t>
      </w:r>
    </w:p>
    <w:p>
      <w:r>
        <w:t>139. Rvp 4544/2016</w:t>
      </w:r>
    </w:p>
    <w:p>
      <w:r>
        <w:t>4 Co 282/2015 z 10. decembra 2015</w:t>
      </w:r>
    </w:p>
    <w:p>
      <w:r>
        <w:t>140. Rvp 4545/2016</w:t>
      </w:r>
    </w:p>
    <w:p>
      <w:r>
        <w:t>26 Co 309/2015 z 19. novembra 2015</w:t>
      </w:r>
    </w:p>
    <w:p>
      <w:r>
        <w:t>141. Rvp 4546/2016</w:t>
      </w:r>
    </w:p>
    <w:p>
      <w:r>
        <w:t>15 Co 295/2014 z 10. novembra 2015</w:t>
      </w:r>
    </w:p>
    <w:p>
      <w:r>
        <w:t>142. Rvp 4547/2016</w:t>
      </w:r>
    </w:p>
    <w:p>
      <w:r>
        <w:t>7 Co 574/2015 z 26. novembra 2015</w:t>
      </w:r>
    </w:p>
    <w:p>
      <w:r>
        <w:t>143. Rvp 4548/2016</w:t>
      </w:r>
    </w:p>
    <w:p>
      <w:r>
        <w:t>4 Co 3/2016 z 28. januára 2016</w:t>
      </w:r>
    </w:p>
    <w:p>
      <w:r>
        <w:t>144. Rvp 4549/2016</w:t>
      </w:r>
    </w:p>
    <w:p>
      <w:r>
        <w:t>8 Co 731/2015 z 21. decembra 2015</w:t>
      </w:r>
    </w:p>
    <w:p>
      <w:r>
        <w:t>145. Rvp 4550/2016</w:t>
      </w:r>
    </w:p>
    <w:p>
      <w:r>
        <w:t>15 Co 625/2015 z 30. novembra 2015</w:t>
      </w:r>
    </w:p>
    <w:p>
      <w:r>
        <w:t>7</w:t>
      </w:r>
    </w:p>
    <w:p>
      <w:r>
        <w:t>146. Rvp 4551/2016</w:t>
      </w:r>
    </w:p>
    <w:p>
      <w:r>
        <w:t>11 Co 474/2015 zo 17. decembra 2015</w:t>
      </w:r>
    </w:p>
    <w:p>
      <w:r>
        <w:t>147. Rvp 4552/2016</w:t>
      </w:r>
    </w:p>
    <w:p>
      <w:r>
        <w:t>11 Co 242/2014 z 20. januára 2016</w:t>
      </w:r>
    </w:p>
    <w:p>
      <w:r>
        <w:t>148. Rvp 4553/2016</w:t>
      </w:r>
    </w:p>
    <w:p>
      <w:r>
        <w:t>11 Co 482/2015 z 28. januára 2016</w:t>
      </w:r>
    </w:p>
    <w:p>
      <w:r>
        <w:t>149. Rvp 4554/2016</w:t>
      </w:r>
    </w:p>
    <w:p>
      <w:r>
        <w:t>26 Co 521/2015 z 30. novembra 2015</w:t>
      </w:r>
    </w:p>
    <w:p>
      <w:r>
        <w:t>150. Rvp 4555/2016</w:t>
      </w:r>
    </w:p>
    <w:p>
      <w:r>
        <w:t>26 Co 525/2015 z 30. novembra 2015</w:t>
      </w:r>
    </w:p>
    <w:p>
      <w:r>
        <w:t>151. Rvp 4556/2016</w:t>
      </w:r>
    </w:p>
    <w:p>
      <w:r>
        <w:t>26 Co 500/2015 z 30. novembra 2015</w:t>
      </w:r>
    </w:p>
    <w:p>
      <w:r>
        <w:t>152. Rvp 4677/2016</w:t>
      </w:r>
    </w:p>
    <w:p>
      <w:r>
        <w:t>8 Co 928/2015 z 21. decembra 2015</w:t>
      </w:r>
    </w:p>
    <w:p>
      <w:r>
        <w:t>153. Rvp 4678/2016</w:t>
      </w:r>
    </w:p>
    <w:p>
      <w:r>
        <w:t>26 Co 526/2015 z 30. novembra 2015</w:t>
      </w:r>
    </w:p>
    <w:p>
      <w:r>
        <w:t>154. Rvp 4679/2016</w:t>
      </w:r>
    </w:p>
    <w:p>
      <w:r>
        <w:t>26 Co 480/2015 z 30. novembra 2015</w:t>
      </w:r>
    </w:p>
    <w:p>
      <w:r>
        <w:t>155. Rvp 4680/2016</w:t>
      </w:r>
    </w:p>
    <w:p>
      <w:r>
        <w:t>15 Co 610/2015 z 30. novembra 2015</w:t>
      </w:r>
    </w:p>
    <w:p>
      <w:r>
        <w:t>156. Rvp 4681/2016</w:t>
      </w:r>
    </w:p>
    <w:p>
      <w:r>
        <w:t>5 Co 818/2015 z 30. októbra 2015</w:t>
      </w:r>
    </w:p>
    <w:p>
      <w:r>
        <w:t>157. Rvp 4682/2016</w:t>
      </w:r>
    </w:p>
    <w:p>
      <w:r>
        <w:t>1 Co 247/2015 z 26. januára 2016</w:t>
      </w:r>
    </w:p>
    <w:p>
      <w:r>
        <w:t>158. Rvp 4683/2016</w:t>
      </w:r>
    </w:p>
    <w:p>
      <w:r>
        <w:t>15 Co 50/2015 z 30. novembra 2015</w:t>
      </w:r>
    </w:p>
    <w:p>
      <w:r>
        <w:t>159. Rvp 4684/2016</w:t>
      </w:r>
    </w:p>
    <w:p>
      <w:r>
        <w:t>15 Co 271/2014 z 30. novembra 2015</w:t>
      </w:r>
    </w:p>
    <w:p>
      <w:r>
        <w:t>160. Rvp 4685/2016</w:t>
      </w:r>
    </w:p>
    <w:p>
      <w:r>
        <w:t>15 Co 129/2015 z 30. novembra 2015</w:t>
      </w:r>
    </w:p>
    <w:p>
      <w:r>
        <w:t>161. Rvp 4686/2016</w:t>
      </w:r>
    </w:p>
    <w:p>
      <w:r>
        <w:t>8 Co 901/2015 z 21. decembra 2015</w:t>
      </w:r>
    </w:p>
    <w:p>
      <w:r>
        <w:t>162. Rvp 4687/2016</w:t>
      </w:r>
    </w:p>
    <w:p>
      <w:r>
        <w:t>15 Co 104/2015 z 30. novembra 2015</w:t>
      </w:r>
    </w:p>
    <w:p>
      <w:r>
        <w:t>163. Rvp 4688/2016</w:t>
      </w:r>
    </w:p>
    <w:p>
      <w:r>
        <w:t>15 Co 89/2015 z 30. novembra 2015</w:t>
      </w:r>
    </w:p>
    <w:p>
      <w:r>
        <w:t>164. Rvp 4689/2016</w:t>
      </w:r>
    </w:p>
    <w:p>
      <w:r>
        <w:t>6 Co 553/2015 z 30. decembra 2015</w:t>
      </w:r>
    </w:p>
    <w:p>
      <w:r>
        <w:t>165. Rvp 4690/2016</w:t>
      </w:r>
    </w:p>
    <w:p>
      <w:r>
        <w:t>8 Co 937/2015 z 21. decembra 2015</w:t>
      </w:r>
    </w:p>
    <w:p>
      <w:r>
        <w:t>166. Rvp 4691/2016</w:t>
      </w:r>
    </w:p>
    <w:p>
      <w:r>
        <w:t>8 Co 729/2015 z 30. novembra 2015</w:t>
      </w:r>
    </w:p>
    <w:p>
      <w:r>
        <w:t>167. Rvp 4692/2016</w:t>
      </w:r>
    </w:p>
    <w:p>
      <w:r>
        <w:t>11 Co 252/2014 z 20. januára 2016</w:t>
      </w:r>
    </w:p>
    <w:p>
      <w:r>
        <w:t>168. Rvp 4693/2016</w:t>
      </w:r>
    </w:p>
    <w:p>
      <w:r>
        <w:t>6 Co 405/2015 z 11. novembra 2015</w:t>
      </w:r>
    </w:p>
    <w:p>
      <w:r>
        <w:t>169. Rvp 4694/2016</w:t>
      </w:r>
    </w:p>
    <w:p>
      <w:r>
        <w:t>15 Co 117/2015 z 30. novembra 2015</w:t>
      </w:r>
    </w:p>
    <w:p>
      <w:r>
        <w:t>170. Rvp 4695/2016</w:t>
      </w:r>
    </w:p>
    <w:p>
      <w:r>
        <w:t>26 Co 642/2015 z 30. novembra 2015</w:t>
      </w:r>
    </w:p>
    <w:p>
      <w:r>
        <w:t>171. Rvp 4696/2016</w:t>
      </w:r>
    </w:p>
    <w:p>
      <w:r>
        <w:t>26 Co 637/2015 z 30. novembra 2015</w:t>
      </w:r>
    </w:p>
    <w:p>
      <w:r>
        <w:t>172. Rvp 4697/2016</w:t>
      </w:r>
    </w:p>
    <w:p>
      <w:r>
        <w:t>7 Co 939/2014 z 26. novembra 2015</w:t>
      </w:r>
    </w:p>
    <w:p>
      <w:r>
        <w:t>173. Rvp 4698/2016</w:t>
      </w:r>
    </w:p>
    <w:p>
      <w:r>
        <w:t>11 Co 37/2015 z 3. februára 2016</w:t>
      </w:r>
    </w:p>
    <w:p>
      <w:r>
        <w:t>174. Rvp 4699/2016</w:t>
      </w:r>
    </w:p>
    <w:p>
      <w:r>
        <w:t>26 Co 485/2015 z 30. novembra 2015</w:t>
      </w:r>
    </w:p>
    <w:p>
      <w:r>
        <w:t>175. Rvp 4700/2016</w:t>
      </w:r>
    </w:p>
    <w:p>
      <w:r>
        <w:t>25 Co 688/2015 z 27. januára 2016</w:t>
      </w:r>
    </w:p>
    <w:p>
      <w:r>
        <w:t>8</w:t>
      </w:r>
    </w:p>
    <w:p>
      <w:r>
        <w:t>176. Rvp 4701/2016</w:t>
      </w:r>
    </w:p>
    <w:p>
      <w:r>
        <w:t>8 Co 608/2015 z 10. decembra 2015</w:t>
      </w:r>
    </w:p>
    <w:p>
      <w:r>
        <w:t>177. Rvp 4702/2016</w:t>
      </w:r>
    </w:p>
    <w:p>
      <w:r>
        <w:t>11 Co 238/2014 z 2. decembra 2015</w:t>
      </w:r>
    </w:p>
    <w:p>
      <w:r>
        <w:t>178. Rvp 4703/2016</w:t>
      </w:r>
    </w:p>
    <w:p>
      <w:r>
        <w:t>7 Co 1170/2015 zo 17. decembra 2015</w:t>
      </w:r>
    </w:p>
    <w:p>
      <w:r>
        <w:t>179. Rvp 4704/2016</w:t>
      </w:r>
    </w:p>
    <w:p>
      <w:r>
        <w:t>26 Co 501/2015 z 30. novembra 2015</w:t>
      </w:r>
    </w:p>
    <w:p>
      <w:r>
        <w:t>180. Rvp 4705/2016</w:t>
      </w:r>
    </w:p>
    <w:p>
      <w:r>
        <w:t>5 Co 1076/2015 zo 17. decembra 2015</w:t>
      </w:r>
    </w:p>
    <w:p>
      <w:r>
        <w:t>181. Rvp 4706/2016</w:t>
      </w:r>
    </w:p>
    <w:p>
      <w:r>
        <w:t>26 Co 619/2015 z 30. novembra 2015</w:t>
      </w:r>
    </w:p>
    <w:p>
      <w:r>
        <w:t>182. Rvp 4707/2016</w:t>
      </w:r>
    </w:p>
    <w:p>
      <w:r>
        <w:t>6 Co 488/2015 z 11. novembra 2015</w:t>
      </w:r>
    </w:p>
    <w:p>
      <w:r>
        <w:t>183. Rvp 4708/2016</w:t>
      </w:r>
    </w:p>
    <w:p>
      <w:r>
        <w:t>26 Co 636/2015 z 30. novembra 2015</w:t>
      </w:r>
    </w:p>
    <w:p>
      <w:r>
        <w:t>184. Rvp 5134/2016</w:t>
      </w:r>
    </w:p>
    <w:p>
      <w:r>
        <w:t>1 Co 112/2015 z 29. decembra 2015</w:t>
      </w:r>
    </w:p>
    <w:p>
      <w:r>
        <w:t>185. Rvp 5135/2016</w:t>
      </w:r>
    </w:p>
    <w:p>
      <w:r>
        <w:t>6 Co 410/2015 z 11. novembra 2015</w:t>
      </w:r>
    </w:p>
    <w:p>
      <w:r>
        <w:t>186. Rvp 5136/2016</w:t>
      </w:r>
    </w:p>
    <w:p>
      <w:r>
        <w:t>26 Co 72/2015 z 3. decembra 2015</w:t>
      </w:r>
    </w:p>
    <w:p>
      <w:r>
        <w:t>187. Rvp 5137/2016</w:t>
      </w:r>
    </w:p>
    <w:p>
      <w:r>
        <w:t>25 Co 660/2015 z 27. januára 2016</w:t>
      </w:r>
    </w:p>
    <w:p>
      <w:r>
        <w:t>188. Rvp 5138/2016</w:t>
      </w:r>
    </w:p>
    <w:p>
      <w:r>
        <w:t>9 Co 980/2015 z 28. januára 2016</w:t>
      </w:r>
    </w:p>
    <w:p>
      <w:r>
        <w:t>189. Rvp 5139/2016</w:t>
      </w:r>
    </w:p>
    <w:p>
      <w:r>
        <w:t>7 Co 795/2015 zo 17. decembra 2015</w:t>
      </w:r>
    </w:p>
    <w:p>
      <w:r>
        <w:t>190. Rvp 5140/2016</w:t>
      </w:r>
    </w:p>
    <w:p>
      <w:r>
        <w:t>8 Co 896/2015 z 21. decembra 2015</w:t>
      </w:r>
    </w:p>
    <w:p>
      <w:r>
        <w:t>9</w:t>
      </w:r>
    </w:p>
    <w:p/>
    <w:p>
      <w:r>
        <w:t>Zdroj: KAUZIS.SK – https://www.kauzis.sk/judikatura/r/ECLI:SK:USSR:2017:2.US.121.2017.2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