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249/2017 z 18. 5. 2017</w:t>
      </w:r>
    </w:p>
    <w:p>
      <w:r>
        <w:t>Uznesenie Ústavného súdu SR z 18. mája 2017, sp. zn. II. ÚS 249/2017, ECLI:SK:USSR:2017:2.US.249.2017.2</w:t>
      </w:r>
    </w:p>
    <w:p>
      <w:r>
        <w:t>Súd: Ústavný súd Slovenskej republiky</w:t>
      </w:r>
    </w:p>
    <w:p>
      <w:r>
        <w:t>Spisová značka: II. ÚS 249/2017</w:t>
      </w:r>
    </w:p>
    <w:p>
      <w:r>
        <w:t>ECLI: ECLI:SK:USSR:2017:2.US.249.2017.2</w:t>
      </w:r>
    </w:p>
    <w:p>
      <w:r>
        <w:t>Dátum vydania: 18. 5.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249/2017-20 Ústavný súd Slovenskej republiky na neverejnom zasadnutí 18. mája 2017 v senáte zloženom z predsedu Ladislava Orosza (sudca spravodajca), zo sudkyne Ľudmily Gajdošíkovej a sudcu Lajosa Mészárosa,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základných práv podľa čl. 20 ods. 1 a čl. 46 ods. 1 Ústavy Slovenskej republiky, práva podľa čl. 6 ods. 1 Dohovoru o ochrane ľudských práv a základných slobôd, práva podľa čl. 1 Dodatkového protokolu k Dohovoru o ochrane ľudských práv a základných slobôd, ako aj namietaného porušenia čl. 12 ods. 2 Ústavy Slovenskej republiky a čl. 14 Dohovoru o ochrane ľudských práv a základných slobôd, a zároveň namietaného porušenia čl. 47 Charty základných práv Európskej únie uznesením Okresného súdu Dunajská Streda sp. zn. 1 Er 1177/2015 z 1. februára 2016, ako aj postupom, ktorý predchádzal jeho vydaniu, takto rozhodol: Konanie o sťažnosti obchodnej spoločnosti POHOTOVOSŤ, s. r. o., vedené pod sp. zn. II. ÚS 249/2017 z a s t a v u j e .</w:t>
      </w:r>
    </w:p>
    <w:p>
      <w:r>
        <w:t>Odôvodnenie: 1. Ústavný súd Slovenskej republiky (ďalej len „ústavný súd“) uznesením č. k. II. ÚS 249/2017-12 zo 4. apríla 2017 (ďalej aj „uznesenie“) uložil obchodnej spoločnosti POHOTOVOSŤ, s. r. o, (ďalej len „sťažovateľka“) povinnosť zaplatiť súdny poplatok vo výške 30 € do 7 dní odo dňa doručenia uznesenia na účet Kancelárie Ústavného súdu Slovenskej republiky. 2. Podľa § 35 ods. 4 zákona o ústavnom súde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</w:t>
      </w:r>
    </w:p>
    <w:p>
      <w:r>
        <w:t>ústavného</w:t>
      </w:r>
    </w:p>
    <w:p>
      <w:r>
        <w:t>pre nezaplatenie</w:t>
      </w:r>
    </w:p>
    <w:p>
      <w:r>
        <w:t>súdu.</w:t>
      </w:r>
    </w:p>
    <w:p>
      <w:r>
        <w:t>súdneho</w:t>
      </w:r>
    </w:p>
    <w:p>
      <w:r>
        <w:t>Právoplatnosťou</w:t>
      </w:r>
    </w:p>
    <w:p>
      <w:r>
        <w:t>poplatku</w:t>
      </w:r>
    </w:p>
    <w:p>
      <w:r>
        <w:t>poplatková</w:t>
      </w:r>
    </w:p>
    <w:p>
      <w:r>
        <w:t>uznesenia povinnosť</w:t>
      </w:r>
    </w:p>
    <w:p>
      <w:r>
        <w:t>o</w:t>
      </w:r>
    </w:p>
    <w:p>
      <w:r>
        <w:t>zastavení uložená</w:t>
      </w:r>
    </w:p>
    <w:p>
      <w:r>
        <w:t>konania uznesením</w:t>
      </w:r>
    </w:p>
    <w:p>
      <w:r>
        <w:t>podľa odseku 2, zaniká. 3. Keďže sťažovateľka v lehote uloženej ústavným súdom na splnenie povinnosti uhradiť súdny poplatok za podanú sťažnosť tento poplatok neuhradila, ústavný súd v zmysle § 35 ods. 4 zákona o ústavnom súde konanie o sťažnosti sťažovateľky vedené pod sp. zn. II. ÚS 249/2017 zastavil. P o u č e n i e : Proti tomuto uzneseniu nemožno podať opravný prostriedok. V Košiciach 18. mája 2017</w:t>
      </w:r>
    </w:p>
    <w:p>
      <w:r>
        <w:t>2</w:t>
      </w:r>
    </w:p>
    <w:p/>
    <w:p>
      <w:r>
        <w:t>Zdroj: KAUZIS.SK – https://www.kauzis.sk/judikatura/r/ECLI:SK:USSR:2017:2.US.249.2017.2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