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273/2017 z 15. 6. 2017</w:t>
      </w:r>
    </w:p>
    <w:p>
      <w:r>
        <w:t>Uznesenie Ústavného súdu SR z 15. júna 2017, sp. zn. II. ÚS 273/2017, ECLI:SK:USSR:2017:2.US.273.2017.2</w:t>
      </w:r>
    </w:p>
    <w:p>
      <w:r>
        <w:t>Súd: Ústavný súd Slovenskej republiky</w:t>
      </w:r>
    </w:p>
    <w:p>
      <w:r>
        <w:t>Spisová značka: II. ÚS 273/2017</w:t>
      </w:r>
    </w:p>
    <w:p>
      <w:r>
        <w:t>ECLI: ECLI:SK:USSR:2017:2.US.273.2017.2</w:t>
      </w:r>
    </w:p>
    <w:p>
      <w:r>
        <w:t>Dátum vydania: 15. 6.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273/2017-40 Ústavný súd Slovenskej republiky na neverejnom zasadnutí 15. júna 2017 v senáte zloženom z predsedu Ladislava Orosza, zo sudkyne Ľudmily Gajdošíkovej (sudkyňa spravodajkyňa) a sudcu Lajosa Mészárosa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základného práva podľa čl. 46 ods. 1 Ústavy Slovenskej republiky a práva podľa čl. 6 ods. 1 Dohovoru o ochrane ľudských práv a základných slobôd uzneseniami Najvyššieho súdu Slovenskej republiky uvedenými v prílohe tohto rozhodnutia, ako aj postupom, ktorý predchádzal ich vydaniu, takto rozhodol: Konanie o sťažnostiach obchodnej spoločnosti POHOTOVOSŤ, s. r. o., vedené pod sp. zn. II. ÚS 273/2017 z a s t a v u j e . Odôvodnenie: 1. Ústavný súd Slovenskej republiky (ďalej aj „ústavný súd“) uznesením č. k. II. ÚS 273/2017-10 z 26. apríla 2017 uložil obchodnej spoločnosti POHOTOVOSŤ, s. r. o. (ďalej len „sťažovateľka“), povinnosť zaplatiť súdny poplatok vo výške 19 800 €</w:t>
      </w:r>
    </w:p>
    <w:p>
      <w:r>
        <w:t>do 7 dní odo dňa doručenia uznesenia na účet Kancelárie Ústavného súdu Slovenskej republiky za 660 uznesením spojených sťažností sťažovateľky. 2. Podľa § 35 ods. 4 zákona Národnej rady Slovenskej republiky č. 38/1993 Z. z. o organizácii Ústavného súdu Slovenskej republiky, o konaní pred ním a o postavení jeho sudcov v znení neskorších predpisov (ďalej len „zákon o ústavnom súde“)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</w:t>
      </w:r>
    </w:p>
    <w:p>
      <w:r>
        <w:t>súdneho</w:t>
      </w:r>
    </w:p>
    <w:p>
      <w:r>
        <w:t>poplatku</w:t>
      </w:r>
    </w:p>
    <w:p>
      <w:r>
        <w:t>poplatková</w:t>
      </w:r>
    </w:p>
    <w:p>
      <w:r>
        <w:t>povinnosť</w:t>
      </w:r>
    </w:p>
    <w:p>
      <w:r>
        <w:t>uložená</w:t>
      </w:r>
    </w:p>
    <w:p>
      <w:r>
        <w:t>uznesením</w:t>
      </w:r>
    </w:p>
    <w:p>
      <w:r>
        <w:t>podľa odseku 2, zaniká. 3. Keďže sťažovateľka v lehote uloženej ústavným súdom na splnenie povinnosti uhradiť súdny poplatok za podané sťažnosti tento poplatok neuhradila, ústavný súd v zmysle § 35 ods. 4 zákona o ústavnom súde konanie o sťažnostiach sťažovateľky vedené pod sp. zn. II. ÚS 273/2017 zastavil. P o u č e n i e : Proti tomuto uzneseniu nemožno podať opravný prostriedok. V Košiciach 15. júna 2017</w:t>
      </w:r>
    </w:p>
    <w:p>
      <w:r>
        <w:t>2</w:t>
      </w:r>
    </w:p>
    <w:p>
      <w:r>
        <w:t>Príloha k uzneseniu Ústavného súdu Slovenskej republiky sp. zn. II. ÚS 273/2017 Por. č.</w:t>
      </w:r>
    </w:p>
    <w:p>
      <w:r>
        <w:t>sp. zn. sťažností vedených</w:t>
      </w:r>
    </w:p>
    <w:p>
      <w:r>
        <w:t>sp. zn. uznesení Najvyššieho súdu Slovenskej</w:t>
      </w:r>
    </w:p>
    <w:p>
      <w:r>
        <w:t>1.</w:t>
      </w:r>
    </w:p>
    <w:p>
      <w:r>
        <w:t>ústavným súdom (Rvp) Rvp 8990/2016</w:t>
      </w:r>
    </w:p>
    <w:p>
      <w:r>
        <w:t>republiky sp. zn. 8 Cdo 1010/2015 z 23. marca 2016</w:t>
      </w:r>
    </w:p>
    <w:p>
      <w:r>
        <w:t>2.</w:t>
      </w:r>
    </w:p>
    <w:p>
      <w:r>
        <w:t>Rvp 8991/2016</w:t>
      </w:r>
    </w:p>
    <w:p>
      <w:r>
        <w:t>sp. zn. 11 XCdo 126/2016 z 26. apríla 2016</w:t>
      </w:r>
    </w:p>
    <w:p>
      <w:r>
        <w:t>3.</w:t>
      </w:r>
    </w:p>
    <w:p>
      <w:r>
        <w:t>Rvp 8992/2016</w:t>
      </w:r>
    </w:p>
    <w:p>
      <w:r>
        <w:t>sp. zn. 3 XCdo 9/2016 z 25. apríla 2016</w:t>
      </w:r>
    </w:p>
    <w:p>
      <w:r>
        <w:t>4.</w:t>
      </w:r>
    </w:p>
    <w:p>
      <w:r>
        <w:t>Rvp 8993/2016</w:t>
      </w:r>
    </w:p>
    <w:p>
      <w:r>
        <w:t>sp. zn. 5 Cdo 835/2015 z 13. apríla 2016</w:t>
      </w:r>
    </w:p>
    <w:p>
      <w:r>
        <w:t>5.</w:t>
      </w:r>
    </w:p>
    <w:p>
      <w:r>
        <w:t>Rvp 8994/2016</w:t>
      </w:r>
    </w:p>
    <w:p>
      <w:r>
        <w:t>sp. zn. 2 Cdo 835/2015 z 29. apríla 2016</w:t>
      </w:r>
    </w:p>
    <w:p>
      <w:r>
        <w:t>6.</w:t>
      </w:r>
    </w:p>
    <w:p>
      <w:r>
        <w:t>Rvp 8995/2016</w:t>
      </w:r>
    </w:p>
    <w:p>
      <w:r>
        <w:t>sp. zn. 4 Cdo 725/2015 z 26. apríla 2016</w:t>
      </w:r>
    </w:p>
    <w:p>
      <w:r>
        <w:t>7.</w:t>
      </w:r>
    </w:p>
    <w:p>
      <w:r>
        <w:t>Rvp 8996/2016</w:t>
      </w:r>
    </w:p>
    <w:p>
      <w:r>
        <w:t>sp. zn. 7 Cdo 703/2015 z 26. apríla 2016</w:t>
      </w:r>
    </w:p>
    <w:p>
      <w:r>
        <w:t>8.</w:t>
      </w:r>
    </w:p>
    <w:p>
      <w:r>
        <w:t>Rvp 8997/2016</w:t>
      </w:r>
    </w:p>
    <w:p>
      <w:r>
        <w:t>sp. zn. 2 Cdo 751/2015 z 31. marca 2016</w:t>
      </w:r>
    </w:p>
    <w:p>
      <w:r>
        <w:t>9.</w:t>
      </w:r>
    </w:p>
    <w:p>
      <w:r>
        <w:t>Rvp 8998/2016</w:t>
      </w:r>
    </w:p>
    <w:p>
      <w:r>
        <w:t>sp. zn. 2 Cdo 752/2015 z 31. marca 2016</w:t>
      </w:r>
    </w:p>
    <w:p>
      <w:r>
        <w:t>10.</w:t>
      </w:r>
    </w:p>
    <w:p>
      <w:r>
        <w:t>Rvp 8999/2016</w:t>
      </w:r>
    </w:p>
    <w:p>
      <w:r>
        <w:t>sp. zn. 7 Cdo 699/2015 z 26. apríla 2016</w:t>
      </w:r>
    </w:p>
    <w:p>
      <w:r>
        <w:t>11.</w:t>
      </w:r>
    </w:p>
    <w:p>
      <w:r>
        <w:t>Rvp 9000/2016</w:t>
      </w:r>
    </w:p>
    <w:p>
      <w:r>
        <w:t>sp. zn. 7 Cdo 765/2015 z 26. apríla 2016</w:t>
      </w:r>
    </w:p>
    <w:p>
      <w:r>
        <w:t>12.</w:t>
      </w:r>
    </w:p>
    <w:p>
      <w:r>
        <w:t>Rvp 9001/2016</w:t>
      </w:r>
    </w:p>
    <w:p>
      <w:r>
        <w:t>sp. zn. 2 Cdo 754/2015 z 31. marca 2016</w:t>
      </w:r>
    </w:p>
    <w:p>
      <w:r>
        <w:t>13.</w:t>
      </w:r>
    </w:p>
    <w:p>
      <w:r>
        <w:t>Rvp 9002/2016</w:t>
      </w:r>
    </w:p>
    <w:p>
      <w:r>
        <w:t>sp. zn. 5 Cdo 838/2015 z 26. apríla 2016</w:t>
      </w:r>
    </w:p>
    <w:p>
      <w:r>
        <w:t>14.</w:t>
      </w:r>
    </w:p>
    <w:p>
      <w:r>
        <w:t>Rvp 9003/2016</w:t>
      </w:r>
    </w:p>
    <w:p>
      <w:r>
        <w:t>sp. zn. 18 XCdo 66/2016 z 13. apríla 2016</w:t>
      </w:r>
    </w:p>
    <w:p>
      <w:r>
        <w:t>15.</w:t>
      </w:r>
    </w:p>
    <w:p>
      <w:r>
        <w:t>Rvp 9004/2016</w:t>
      </w:r>
    </w:p>
    <w:p>
      <w:r>
        <w:t>sp. zn. 18 XCdo 104/2016 z 28. apríla 2016</w:t>
      </w:r>
    </w:p>
    <w:p>
      <w:r>
        <w:t>16.</w:t>
      </w:r>
    </w:p>
    <w:p>
      <w:r>
        <w:t>Rvp 9005/2016</w:t>
      </w:r>
    </w:p>
    <w:p>
      <w:r>
        <w:t>sp. zn. 8 Cdo 1330/2015 zo 14. apríla 2016</w:t>
      </w:r>
    </w:p>
    <w:p>
      <w:r>
        <w:t>17.</w:t>
      </w:r>
    </w:p>
    <w:p>
      <w:r>
        <w:t>Rvp 9006/2016</w:t>
      </w:r>
    </w:p>
    <w:p>
      <w:r>
        <w:t>sp. zn. 11 XCdo 48/2016 zo 7. apríla 2016</w:t>
      </w:r>
    </w:p>
    <w:p>
      <w:r>
        <w:t>18.</w:t>
      </w:r>
    </w:p>
    <w:p>
      <w:r>
        <w:t>Rvp 9007/2016</w:t>
      </w:r>
    </w:p>
    <w:p>
      <w:r>
        <w:t>sp. zn. 6 Cdo 508/2015 z 13. apríla 2016</w:t>
      </w:r>
    </w:p>
    <w:p>
      <w:r>
        <w:t>19.</w:t>
      </w:r>
    </w:p>
    <w:p>
      <w:r>
        <w:t>Rvp 9008/2016</w:t>
      </w:r>
    </w:p>
    <w:p>
      <w:r>
        <w:t>sp. zn. 4 Cdo 642/2015 z 26. apríla 2016</w:t>
      </w:r>
    </w:p>
    <w:p>
      <w:r>
        <w:t>20.</w:t>
      </w:r>
    </w:p>
    <w:p>
      <w:r>
        <w:t>Rvp 9009/2016</w:t>
      </w:r>
    </w:p>
    <w:p>
      <w:r>
        <w:t>sp. zn. 8 Cdo 1102/2015 z 23. marca 2016</w:t>
      </w:r>
    </w:p>
    <w:p>
      <w:r>
        <w:t>21.</w:t>
      </w:r>
    </w:p>
    <w:p>
      <w:r>
        <w:t>Rvp 9010/2016</w:t>
      </w:r>
    </w:p>
    <w:p>
      <w:r>
        <w:t>sp. zn. 11 XCdo 45/2016 zo 7. apríla 2016</w:t>
      </w:r>
    </w:p>
    <w:p>
      <w:r>
        <w:t>22.</w:t>
      </w:r>
    </w:p>
    <w:p>
      <w:r>
        <w:t>Rvp 9011/2016</w:t>
      </w:r>
    </w:p>
    <w:p>
      <w:r>
        <w:t>sp. zn. 17 XCdo 25/2016 z 29. februára 2016</w:t>
      </w:r>
    </w:p>
    <w:p>
      <w:r>
        <w:t>23.</w:t>
      </w:r>
    </w:p>
    <w:p>
      <w:r>
        <w:t>Rvp 9012/2016</w:t>
      </w:r>
    </w:p>
    <w:p>
      <w:r>
        <w:t>sp. zn. 13 XCdo 53/2015 z 29. apríla 2016</w:t>
      </w:r>
    </w:p>
    <w:p>
      <w:r>
        <w:t>24.</w:t>
      </w:r>
    </w:p>
    <w:p>
      <w:r>
        <w:t>Rvp 9013/2016</w:t>
      </w:r>
    </w:p>
    <w:p>
      <w:r>
        <w:t>sp. zn. 5 XCdo 12/2015 z 26. apríla 2016</w:t>
      </w:r>
    </w:p>
    <w:p>
      <w:r>
        <w:t>25.</w:t>
      </w:r>
    </w:p>
    <w:p>
      <w:r>
        <w:t>Rvp 9014/2016</w:t>
      </w:r>
    </w:p>
    <w:p>
      <w:r>
        <w:t>sp. zn. 7 Cdo 630/2015 z 26. apríla 2016</w:t>
      </w:r>
    </w:p>
    <w:p>
      <w:r>
        <w:t>26.</w:t>
      </w:r>
    </w:p>
    <w:p>
      <w:r>
        <w:t>Rvp 9015/2016</w:t>
      </w:r>
    </w:p>
    <w:p>
      <w:r>
        <w:t>sp. zn. 8 Cdo 906/2015 z 23. marca 2016</w:t>
      </w:r>
    </w:p>
    <w:p>
      <w:r>
        <w:t>27.</w:t>
      </w:r>
    </w:p>
    <w:p>
      <w:r>
        <w:t>Rvp 9016/2016</w:t>
      </w:r>
    </w:p>
    <w:p>
      <w:r>
        <w:t>sp. zn. 11 XCdo 62/2016 z 21. apríla 2016</w:t>
      </w:r>
    </w:p>
    <w:p>
      <w:r>
        <w:t>28.</w:t>
      </w:r>
    </w:p>
    <w:p>
      <w:r>
        <w:t>Rvp 9017/2016</w:t>
      </w:r>
    </w:p>
    <w:p>
      <w:r>
        <w:t>sp. zn. 7 Cdo 205/2015 zo 16. marca 2016</w:t>
      </w:r>
    </w:p>
    <w:p>
      <w:r>
        <w:t>29.</w:t>
      </w:r>
    </w:p>
    <w:p>
      <w:r>
        <w:t>Rvp 9018/2016</w:t>
      </w:r>
    </w:p>
    <w:p>
      <w:r>
        <w:t>sp. zn. 11 XCdo 35/2016 zo 7. apríla 2016</w:t>
      </w:r>
    </w:p>
    <w:p>
      <w:r>
        <w:t>30.</w:t>
      </w:r>
    </w:p>
    <w:p>
      <w:r>
        <w:t>Rvp 9019/2016</w:t>
      </w:r>
    </w:p>
    <w:p>
      <w:r>
        <w:t>sp. zn. 11 XCdo 97/2016 z 21. apríla 2016</w:t>
      </w:r>
    </w:p>
    <w:p>
      <w:r>
        <w:t>31.</w:t>
      </w:r>
    </w:p>
    <w:p>
      <w:r>
        <w:t>Rvp 9020/2016</w:t>
      </w:r>
    </w:p>
    <w:p>
      <w:r>
        <w:t>sp. zn. 5 Cdo 1008/2015 z 26. apríla 2016</w:t>
      </w:r>
    </w:p>
    <w:p>
      <w:r>
        <w:t>3</w:t>
      </w:r>
    </w:p>
    <w:p>
      <w:r>
        <w:t>32.</w:t>
      </w:r>
    </w:p>
    <w:p>
      <w:r>
        <w:t>Rvp 9021/2016</w:t>
      </w:r>
    </w:p>
    <w:p>
      <w:r>
        <w:t>sp. zn. 5 Cdo 488/2014 z 26. apríla 2016</w:t>
      </w:r>
    </w:p>
    <w:p>
      <w:r>
        <w:t>33.</w:t>
      </w:r>
    </w:p>
    <w:p>
      <w:r>
        <w:t>Rvp 9022/2016</w:t>
      </w:r>
    </w:p>
    <w:p>
      <w:r>
        <w:t>sp. zn. 4 Cdo 616/2015 z 26. apríla 2016</w:t>
      </w:r>
    </w:p>
    <w:p>
      <w:r>
        <w:t>34.</w:t>
      </w:r>
    </w:p>
    <w:p>
      <w:r>
        <w:t>Rvp 9023/2016</w:t>
      </w:r>
    </w:p>
    <w:p>
      <w:r>
        <w:t>sp. zn. 17 XCdo 50/2015 z 29. februára 2016</w:t>
      </w:r>
    </w:p>
    <w:p>
      <w:r>
        <w:t>35.</w:t>
      </w:r>
    </w:p>
    <w:p>
      <w:r>
        <w:t>Rvp 9024/2016</w:t>
      </w:r>
    </w:p>
    <w:p>
      <w:r>
        <w:t>sp. zn. 7 Cdo 631/2015 z 26. apríla 2016</w:t>
      </w:r>
    </w:p>
    <w:p>
      <w:r>
        <w:t>36.</w:t>
      </w:r>
    </w:p>
    <w:p>
      <w:r>
        <w:t>Rvp 9025/2016</w:t>
      </w:r>
    </w:p>
    <w:p>
      <w:r>
        <w:t>sp. zn. 11 XCdo 65/2016 z 11. mája 2016</w:t>
      </w:r>
    </w:p>
    <w:p>
      <w:r>
        <w:t>37.</w:t>
      </w:r>
    </w:p>
    <w:p>
      <w:r>
        <w:t>Rvp 9026/2016</w:t>
      </w:r>
    </w:p>
    <w:p>
      <w:r>
        <w:t>sp. zn. 7 Cdo 619/2015 z 23. februára 2016</w:t>
      </w:r>
    </w:p>
    <w:p>
      <w:r>
        <w:t>38.</w:t>
      </w:r>
    </w:p>
    <w:p>
      <w:r>
        <w:t>Rvp 9027/2016</w:t>
      </w:r>
    </w:p>
    <w:p>
      <w:r>
        <w:t>sp. zn. 12 XCdo 131/2016 zo 14. apríla 2016</w:t>
      </w:r>
    </w:p>
    <w:p>
      <w:r>
        <w:t>39.</w:t>
      </w:r>
    </w:p>
    <w:p>
      <w:r>
        <w:t>Rvp 9028/2016</w:t>
      </w:r>
    </w:p>
    <w:p>
      <w:r>
        <w:t>sp. zn. 19 XCdo 73/2016 z 27. apríla 2016</w:t>
      </w:r>
    </w:p>
    <w:p>
      <w:r>
        <w:t>40.</w:t>
      </w:r>
    </w:p>
    <w:p>
      <w:r>
        <w:t>Rvp 9029/2016</w:t>
      </w:r>
    </w:p>
    <w:p>
      <w:r>
        <w:t>sp. zn. 19 XCdo 74/2016 z 27. apríla 2016</w:t>
      </w:r>
    </w:p>
    <w:p>
      <w:r>
        <w:t>41.</w:t>
      </w:r>
    </w:p>
    <w:p>
      <w:r>
        <w:t>Rvp 9030/2016</w:t>
      </w:r>
    </w:p>
    <w:p>
      <w:r>
        <w:t>sp. zn. 19 XCdo 75/2016 z 27. apríla 2016</w:t>
      </w:r>
    </w:p>
    <w:p>
      <w:r>
        <w:t>42.</w:t>
      </w:r>
    </w:p>
    <w:p>
      <w:r>
        <w:t>Rvp 9031/2016</w:t>
      </w:r>
    </w:p>
    <w:p>
      <w:r>
        <w:t>sp. zn. 19 XCdo 76/2016 z 27. apríla 2016</w:t>
      </w:r>
    </w:p>
    <w:p>
      <w:r>
        <w:t>43.</w:t>
      </w:r>
    </w:p>
    <w:p>
      <w:r>
        <w:t>Rvp 9032/2016</w:t>
      </w:r>
    </w:p>
    <w:p>
      <w:r>
        <w:t>sp. zn. 19 XCdo 77/2016 z 27. apríla 2016</w:t>
      </w:r>
    </w:p>
    <w:p>
      <w:r>
        <w:t>44.</w:t>
      </w:r>
    </w:p>
    <w:p>
      <w:r>
        <w:t>Rvp 9033/2016</w:t>
      </w:r>
    </w:p>
    <w:p>
      <w:r>
        <w:t>sp. zn. 19 XCdo 78/2016 z 27. apríla 2016</w:t>
      </w:r>
    </w:p>
    <w:p>
      <w:r>
        <w:t>45.</w:t>
      </w:r>
    </w:p>
    <w:p>
      <w:r>
        <w:t>Rvp 9034/2016</w:t>
      </w:r>
    </w:p>
    <w:p>
      <w:r>
        <w:t>sp. zn. 19 XCdo 79/2016 z 27. apríla 2016</w:t>
      </w:r>
    </w:p>
    <w:p>
      <w:r>
        <w:t>46.</w:t>
      </w:r>
    </w:p>
    <w:p>
      <w:r>
        <w:t>Rvp 9035/2016</w:t>
      </w:r>
    </w:p>
    <w:p>
      <w:r>
        <w:t>sp. zn. 19 XCdo 80/2016 z 27. apríla 2016</w:t>
      </w:r>
    </w:p>
    <w:p>
      <w:r>
        <w:t>47.</w:t>
      </w:r>
    </w:p>
    <w:p>
      <w:r>
        <w:t>Rvp 9036/2016</w:t>
      </w:r>
    </w:p>
    <w:p>
      <w:r>
        <w:t>sp. zn. 19 XCdo 81/2016 z 27. apríla 2016</w:t>
      </w:r>
    </w:p>
    <w:p>
      <w:r>
        <w:t>48.</w:t>
      </w:r>
    </w:p>
    <w:p>
      <w:r>
        <w:t>Rvp 9037/2016</w:t>
      </w:r>
    </w:p>
    <w:p>
      <w:r>
        <w:t>sp. zn. 19 XCdo 72/2016 z 27. apríla 2016</w:t>
      </w:r>
    </w:p>
    <w:p>
      <w:r>
        <w:t>49.</w:t>
      </w:r>
    </w:p>
    <w:p>
      <w:r>
        <w:t>Rvp 9038/2016</w:t>
      </w:r>
    </w:p>
    <w:p>
      <w:r>
        <w:t>sp. zn. 17 XCdo 16/2015 z 31. marca 2016</w:t>
      </w:r>
    </w:p>
    <w:p>
      <w:r>
        <w:t>50.</w:t>
      </w:r>
    </w:p>
    <w:p>
      <w:r>
        <w:t>Rvp 9039/2016</w:t>
      </w:r>
    </w:p>
    <w:p>
      <w:r>
        <w:t>sp. zn. 17 XCdo 17/2015 z 31. marca 2016</w:t>
      </w:r>
    </w:p>
    <w:p>
      <w:r>
        <w:t>51.</w:t>
      </w:r>
    </w:p>
    <w:p>
      <w:r>
        <w:t>Rvp 9041/2016</w:t>
      </w:r>
    </w:p>
    <w:p>
      <w:r>
        <w:t>sp. zn. 17 XCdo 18/2015 z 31. marca 2016</w:t>
      </w:r>
    </w:p>
    <w:p>
      <w:r>
        <w:t>52.</w:t>
      </w:r>
    </w:p>
    <w:p>
      <w:r>
        <w:t>Rvp 9042/2016</w:t>
      </w:r>
    </w:p>
    <w:p>
      <w:r>
        <w:t>sp. zn. 17 XCdo 19/2015 z 31. marca 2016</w:t>
      </w:r>
    </w:p>
    <w:p>
      <w:r>
        <w:t>53.</w:t>
      </w:r>
    </w:p>
    <w:p>
      <w:r>
        <w:t>Rvp 9043/2016</w:t>
      </w:r>
    </w:p>
    <w:p>
      <w:r>
        <w:t>sp. zn. 2 Cdo 787/2015 z 29. apríla 2016</w:t>
      </w:r>
    </w:p>
    <w:p>
      <w:r>
        <w:t>54.</w:t>
      </w:r>
    </w:p>
    <w:p>
      <w:r>
        <w:t>Rvp 9044/2016</w:t>
      </w:r>
    </w:p>
    <w:p>
      <w:r>
        <w:t>sp. zn. 5 Cdo 240/2015 z 13. apríla 2016</w:t>
      </w:r>
    </w:p>
    <w:p>
      <w:r>
        <w:t>55.</w:t>
      </w:r>
    </w:p>
    <w:p>
      <w:r>
        <w:t>Rvp 9045/2016</w:t>
      </w:r>
    </w:p>
    <w:p>
      <w:r>
        <w:t>sp. zn. 5 Cdo 230/2015 z 13. apríla 2016</w:t>
      </w:r>
    </w:p>
    <w:p>
      <w:r>
        <w:t>56.</w:t>
      </w:r>
    </w:p>
    <w:p>
      <w:r>
        <w:t>Rvp 9046/2016</w:t>
      </w:r>
    </w:p>
    <w:p>
      <w:r>
        <w:t>sp. zn. 7 Cdo 330/2015 z 26. apríla 2016</w:t>
      </w:r>
    </w:p>
    <w:p>
      <w:r>
        <w:t>57.</w:t>
      </w:r>
    </w:p>
    <w:p>
      <w:r>
        <w:t>Rvp 9047/2016</w:t>
      </w:r>
    </w:p>
    <w:p>
      <w:r>
        <w:t>sp. zn. 4 Cdo 895/2015 z 26. apríla 2016</w:t>
      </w:r>
    </w:p>
    <w:p>
      <w:r>
        <w:t>58.</w:t>
      </w:r>
    </w:p>
    <w:p>
      <w:r>
        <w:t>Rvp 9048/2016</w:t>
      </w:r>
    </w:p>
    <w:p>
      <w:r>
        <w:t>sp. zn. 5 Cdo 754/2015 z 26. apríla 2016</w:t>
      </w:r>
    </w:p>
    <w:p>
      <w:r>
        <w:t>59.</w:t>
      </w:r>
    </w:p>
    <w:p>
      <w:r>
        <w:t>Rvp 9049/2016</w:t>
      </w:r>
    </w:p>
    <w:p>
      <w:r>
        <w:t>sp. zn. 5 Cdo 680/2015 z 10. mája 2016</w:t>
      </w:r>
    </w:p>
    <w:p>
      <w:r>
        <w:t>60.</w:t>
      </w:r>
    </w:p>
    <w:p>
      <w:r>
        <w:t>Rvp 9050/2016</w:t>
      </w:r>
    </w:p>
    <w:p>
      <w:r>
        <w:t>sp. zn. 19 XCdo 129/2016 z 25. mája 2016</w:t>
      </w:r>
    </w:p>
    <w:p>
      <w:r>
        <w:t>61.</w:t>
      </w:r>
    </w:p>
    <w:p>
      <w:r>
        <w:t>Rvp 9051/2016</w:t>
      </w:r>
    </w:p>
    <w:p>
      <w:r>
        <w:t>sp. zn. 8 Cdo 1209/2015 zo 14. apríla 2016</w:t>
      </w:r>
    </w:p>
    <w:p>
      <w:r>
        <w:t>62.</w:t>
      </w:r>
    </w:p>
    <w:p>
      <w:r>
        <w:t>Rvp 9052/2016</w:t>
      </w:r>
    </w:p>
    <w:p>
      <w:r>
        <w:t>sp. zn. 8 Cdo 1039/2015 z 23. marca 2016</w:t>
      </w:r>
    </w:p>
    <w:p>
      <w:r>
        <w:t>63.</w:t>
      </w:r>
    </w:p>
    <w:p>
      <w:r>
        <w:t>Rvp 9053/2016</w:t>
      </w:r>
    </w:p>
    <w:p>
      <w:r>
        <w:t>sp. zn. 5 Cdo 768/2015 zo 4. mája 2016</w:t>
      </w:r>
    </w:p>
    <w:p>
      <w:r>
        <w:t>64.</w:t>
      </w:r>
    </w:p>
    <w:p>
      <w:r>
        <w:t>Rvp 9054/2016</w:t>
      </w:r>
    </w:p>
    <w:p>
      <w:r>
        <w:t>sp. zn. 6 Cdo 540/2015 z 13. apríla 2016</w:t>
      </w:r>
    </w:p>
    <w:p>
      <w:r>
        <w:t>65.</w:t>
      </w:r>
    </w:p>
    <w:p>
      <w:r>
        <w:t>Rvp 9055/2016</w:t>
      </w:r>
    </w:p>
    <w:p>
      <w:r>
        <w:t>sp. zn. 11 XCdo 71/2016 z 11. mája 2016</w:t>
      </w:r>
    </w:p>
    <w:p>
      <w:r>
        <w:t>4</w:t>
      </w:r>
    </w:p>
    <w:p>
      <w:r>
        <w:t>66.</w:t>
      </w:r>
    </w:p>
    <w:p>
      <w:r>
        <w:t>Rvp 9056/2016</w:t>
      </w:r>
    </w:p>
    <w:p>
      <w:r>
        <w:t>sp. zn. 2 Cdo 765/2015 z 29. apríla 2016</w:t>
      </w:r>
    </w:p>
    <w:p>
      <w:r>
        <w:t>67.</w:t>
      </w:r>
    </w:p>
    <w:p>
      <w:r>
        <w:t>Rvp 9057/2016</w:t>
      </w:r>
    </w:p>
    <w:p>
      <w:r>
        <w:t>sp. zn. 28 XCdo 61/2016 z 18. marca 2016</w:t>
      </w:r>
    </w:p>
    <w:p>
      <w:r>
        <w:t>68.</w:t>
      </w:r>
    </w:p>
    <w:p>
      <w:r>
        <w:t>Rvp 9058/2016</w:t>
      </w:r>
    </w:p>
    <w:p>
      <w:r>
        <w:t>sp. zn. 28 XCdo 62/2016 z 18. marca 2016</w:t>
      </w:r>
    </w:p>
    <w:p>
      <w:r>
        <w:t>69.</w:t>
      </w:r>
    </w:p>
    <w:p>
      <w:r>
        <w:t>Rvp 9059/2016</w:t>
      </w:r>
    </w:p>
    <w:p>
      <w:r>
        <w:t>sp. zn. 28 XCdo 63/2016 z 18. marca 2016</w:t>
      </w:r>
    </w:p>
    <w:p>
      <w:r>
        <w:t>70.</w:t>
      </w:r>
    </w:p>
    <w:p>
      <w:r>
        <w:t>Rvp 9060/2016</w:t>
      </w:r>
    </w:p>
    <w:p>
      <w:r>
        <w:t>sp. zn. 28 XCdo 60/2016 z 18. marca 2016</w:t>
      </w:r>
    </w:p>
    <w:p>
      <w:r>
        <w:t>71.</w:t>
      </w:r>
    </w:p>
    <w:p>
      <w:r>
        <w:t>Rvp 9061/2016</w:t>
      </w:r>
    </w:p>
    <w:p>
      <w:r>
        <w:t>sp. zn. 28 XCdo 59/2016 z 18. marca 2016</w:t>
      </w:r>
    </w:p>
    <w:p>
      <w:r>
        <w:t>72.</w:t>
      </w:r>
    </w:p>
    <w:p>
      <w:r>
        <w:t>Rvp 9062/2016</w:t>
      </w:r>
    </w:p>
    <w:p>
      <w:r>
        <w:t>sp. zn. 1 Cdo 114/2015 zo 14. apríla 2016</w:t>
      </w:r>
    </w:p>
    <w:p>
      <w:r>
        <w:t>73.</w:t>
      </w:r>
    </w:p>
    <w:p>
      <w:r>
        <w:t>Rvp 9063/2016</w:t>
      </w:r>
    </w:p>
    <w:p>
      <w:r>
        <w:t>sp. zn. 11 XCdo 149/2016 z 11. mája 2016</w:t>
      </w:r>
    </w:p>
    <w:p>
      <w:r>
        <w:t>74.</w:t>
      </w:r>
    </w:p>
    <w:p>
      <w:r>
        <w:t>Rvp 9064/2016</w:t>
      </w:r>
    </w:p>
    <w:p>
      <w:r>
        <w:t>sp. zn. 8 XCdo 28/2016 z 20. apríla 2016</w:t>
      </w:r>
    </w:p>
    <w:p>
      <w:r>
        <w:t>75.</w:t>
      </w:r>
    </w:p>
    <w:p>
      <w:r>
        <w:t>Rvp 9065/2016</w:t>
      </w:r>
    </w:p>
    <w:p>
      <w:r>
        <w:t>sp. zn. 8 XCdo 29/2016 zo 14. apríla 2016</w:t>
      </w:r>
    </w:p>
    <w:p>
      <w:r>
        <w:t>76.</w:t>
      </w:r>
    </w:p>
    <w:p>
      <w:r>
        <w:t>Rvp 9066/2016</w:t>
      </w:r>
    </w:p>
    <w:p>
      <w:r>
        <w:t>sp. zn. 8 XCdo 22/2016 zo 14. apríla 2016</w:t>
      </w:r>
    </w:p>
    <w:p>
      <w:r>
        <w:t>77.</w:t>
      </w:r>
    </w:p>
    <w:p>
      <w:r>
        <w:t>Rvp 9067/2016</w:t>
      </w:r>
    </w:p>
    <w:p>
      <w:r>
        <w:t>sp. zn. 8 XCdo 26/2016 zo 14. apríla 2016</w:t>
      </w:r>
    </w:p>
    <w:p>
      <w:r>
        <w:t>78.</w:t>
      </w:r>
    </w:p>
    <w:p>
      <w:r>
        <w:t>Rvp 9068/2016</w:t>
      </w:r>
    </w:p>
    <w:p>
      <w:r>
        <w:t>sp. zn. 8 XCdo 27/2016 zo 14. apríla 2016</w:t>
      </w:r>
    </w:p>
    <w:p>
      <w:r>
        <w:t>79.</w:t>
      </w:r>
    </w:p>
    <w:p>
      <w:r>
        <w:t>Rvp 9069/2016</w:t>
      </w:r>
    </w:p>
    <w:p>
      <w:r>
        <w:t>sp. zn. 8 XCdo 23/2016 zo 14. apríla 2016</w:t>
      </w:r>
    </w:p>
    <w:p>
      <w:r>
        <w:t>80.</w:t>
      </w:r>
    </w:p>
    <w:p>
      <w:r>
        <w:t>Rvp 9070/2016</w:t>
      </w:r>
    </w:p>
    <w:p>
      <w:r>
        <w:t>sp. zn. 7 Cdo 747/2015 z 26. apríla 2016</w:t>
      </w:r>
    </w:p>
    <w:p>
      <w:r>
        <w:t>81.</w:t>
      </w:r>
    </w:p>
    <w:p>
      <w:r>
        <w:t>Rvp 9071/2016</w:t>
      </w:r>
    </w:p>
    <w:p>
      <w:r>
        <w:t>sp. zn. 1 Cdo 179/2015 zo 14. apríla 2016</w:t>
      </w:r>
    </w:p>
    <w:p>
      <w:r>
        <w:t>82.</w:t>
      </w:r>
    </w:p>
    <w:p>
      <w:r>
        <w:t>Rvp 9072/2016</w:t>
      </w:r>
    </w:p>
    <w:p>
      <w:r>
        <w:t>sp. zn. 17 XCdo 38/2015 z 31. marca 2016</w:t>
      </w:r>
    </w:p>
    <w:p>
      <w:r>
        <w:t>83.</w:t>
      </w:r>
    </w:p>
    <w:p>
      <w:r>
        <w:t>Rvp 9073/2016</w:t>
      </w:r>
    </w:p>
    <w:p>
      <w:r>
        <w:t>sp. zn. 1 Cdo 249/2015 zo 14. apríla 2016</w:t>
      </w:r>
    </w:p>
    <w:p>
      <w:r>
        <w:t>84.</w:t>
      </w:r>
    </w:p>
    <w:p>
      <w:r>
        <w:t>Rvp 9074/2016</w:t>
      </w:r>
    </w:p>
    <w:p>
      <w:r>
        <w:t>sp. zn. 1 Cdo 263/2015 zo 14. apríla 2016</w:t>
      </w:r>
    </w:p>
    <w:p>
      <w:r>
        <w:t>85.</w:t>
      </w:r>
    </w:p>
    <w:p>
      <w:r>
        <w:t>Rvp 9075/2016</w:t>
      </w:r>
    </w:p>
    <w:p>
      <w:r>
        <w:t>sp. zn. 12 XCdo 142/2016 z 28. apríla 2016</w:t>
      </w:r>
    </w:p>
    <w:p>
      <w:r>
        <w:t>86.</w:t>
      </w:r>
    </w:p>
    <w:p>
      <w:r>
        <w:t>Rvp 9076/2016</w:t>
      </w:r>
    </w:p>
    <w:p>
      <w:r>
        <w:t>sp. zn. 19 XCdo 84/2016 z 27. apríla 2016</w:t>
      </w:r>
    </w:p>
    <w:p>
      <w:r>
        <w:t>87.</w:t>
      </w:r>
    </w:p>
    <w:p>
      <w:r>
        <w:t>Rvp 9077/2016</w:t>
      </w:r>
    </w:p>
    <w:p>
      <w:r>
        <w:t>sp. zn. 3 Cdo 1331/2015 z 5. mája 2016</w:t>
      </w:r>
    </w:p>
    <w:p>
      <w:r>
        <w:t>88.</w:t>
      </w:r>
    </w:p>
    <w:p>
      <w:r>
        <w:t>Rvp 9078/2016</w:t>
      </w:r>
    </w:p>
    <w:p>
      <w:r>
        <w:t>sp. zn. 2 Cdo 472/2015 z 28. januára 2016</w:t>
      </w:r>
    </w:p>
    <w:p>
      <w:r>
        <w:t>89.</w:t>
      </w:r>
    </w:p>
    <w:p>
      <w:r>
        <w:t>Rvp 9079/2016</w:t>
      </w:r>
    </w:p>
    <w:p>
      <w:r>
        <w:t>sp. zn. 7 Cdo 566/2015 z 23. februára 2016</w:t>
      </w:r>
    </w:p>
    <w:p>
      <w:r>
        <w:t>90.</w:t>
      </w:r>
    </w:p>
    <w:p>
      <w:r>
        <w:t>Rvp 9080/2016</w:t>
      </w:r>
    </w:p>
    <w:p>
      <w:r>
        <w:t>sp. zn. 11 XCdo 27/2015 zo 7. apríla 2016</w:t>
      </w:r>
    </w:p>
    <w:p>
      <w:r>
        <w:t>91.</w:t>
      </w:r>
    </w:p>
    <w:p>
      <w:r>
        <w:t>Rvp 9081/2016</w:t>
      </w:r>
    </w:p>
    <w:p>
      <w:r>
        <w:t>sp. zn. 11 XCdo 28/2015 zo 7. apríla 2016</w:t>
      </w:r>
    </w:p>
    <w:p>
      <w:r>
        <w:t>92.</w:t>
      </w:r>
    </w:p>
    <w:p>
      <w:r>
        <w:t>Rvp 9082/2016</w:t>
      </w:r>
    </w:p>
    <w:p>
      <w:r>
        <w:t>sp. zn. 11 XCdo 29/2015 zo 7. apríla 2016</w:t>
      </w:r>
    </w:p>
    <w:p>
      <w:r>
        <w:t>93.</w:t>
      </w:r>
    </w:p>
    <w:p>
      <w:r>
        <w:t>Rvp 9083/2016</w:t>
      </w:r>
    </w:p>
    <w:p>
      <w:r>
        <w:t>sp. zn. 11 XCdo 30/2015 zo 7. apríla 2016</w:t>
      </w:r>
    </w:p>
    <w:p>
      <w:r>
        <w:t>94.</w:t>
      </w:r>
    </w:p>
    <w:p>
      <w:r>
        <w:t>Rvp 9084/2016</w:t>
      </w:r>
    </w:p>
    <w:p>
      <w:r>
        <w:t>sp. zn. 11 XCdo 31/2015 zo 7. apríla 2016</w:t>
      </w:r>
    </w:p>
    <w:p>
      <w:r>
        <w:t>95.</w:t>
      </w:r>
    </w:p>
    <w:p>
      <w:r>
        <w:t>Rvp 9085/2016</w:t>
      </w:r>
    </w:p>
    <w:p>
      <w:r>
        <w:t>sp. zn. 11 XCdo 32/2015 zo 7. apríla 2016</w:t>
      </w:r>
    </w:p>
    <w:p>
      <w:r>
        <w:t>96.</w:t>
      </w:r>
    </w:p>
    <w:p>
      <w:r>
        <w:t>Rvp 9295/2016</w:t>
      </w:r>
    </w:p>
    <w:p>
      <w:r>
        <w:t>sp. zn. 6 Cdo 586/2015 z 28. apríla 2016</w:t>
      </w:r>
    </w:p>
    <w:p>
      <w:r>
        <w:t>97.</w:t>
      </w:r>
    </w:p>
    <w:p>
      <w:r>
        <w:t>Rvp 9296/2016</w:t>
      </w:r>
    </w:p>
    <w:p>
      <w:r>
        <w:t>sp. zn. 7 Cdo 784/2015 z 26. apríla 2016</w:t>
      </w:r>
    </w:p>
    <w:p>
      <w:r>
        <w:t>98.</w:t>
      </w:r>
    </w:p>
    <w:p>
      <w:r>
        <w:t>Rvp 9297/2016</w:t>
      </w:r>
    </w:p>
    <w:p>
      <w:r>
        <w:t>sp. zn. 7 Cdo 786/2015 z 26. apríla 2016</w:t>
      </w:r>
    </w:p>
    <w:p>
      <w:r>
        <w:t>99.</w:t>
      </w:r>
    </w:p>
    <w:p>
      <w:r>
        <w:t>Rvp 9298/2016</w:t>
      </w:r>
    </w:p>
    <w:p>
      <w:r>
        <w:t>sp. zn. 11 XCdo 64/2016 z 11. mája 2016</w:t>
      </w:r>
    </w:p>
    <w:p>
      <w:r>
        <w:t>5</w:t>
      </w:r>
    </w:p>
    <w:p>
      <w:r>
        <w:t>100.</w:t>
      </w:r>
    </w:p>
    <w:p>
      <w:r>
        <w:t>Rvp 9299/2016</w:t>
      </w:r>
    </w:p>
    <w:p>
      <w:r>
        <w:t>sp. zn. 7 Cdo 596/2015 z 26. apríla 2016</w:t>
      </w:r>
    </w:p>
    <w:p>
      <w:r>
        <w:t>101.</w:t>
      </w:r>
    </w:p>
    <w:p>
      <w:r>
        <w:t>Rvp 9300/2016</w:t>
      </w:r>
    </w:p>
    <w:p>
      <w:r>
        <w:t>sp. zn. 1 Cdo 500/2015 z 21. apríla 2016</w:t>
      </w:r>
    </w:p>
    <w:p>
      <w:r>
        <w:t>102.</w:t>
      </w:r>
    </w:p>
    <w:p>
      <w:r>
        <w:t>Rvp 9301/2016</w:t>
      </w:r>
    </w:p>
    <w:p>
      <w:r>
        <w:t>sp. zn. 10 XCdo 147/2016 z 20. apríla 2016</w:t>
      </w:r>
    </w:p>
    <w:p>
      <w:r>
        <w:t>103.</w:t>
      </w:r>
    </w:p>
    <w:p>
      <w:r>
        <w:t>Rvp 9302/2016</w:t>
      </w:r>
    </w:p>
    <w:p>
      <w:r>
        <w:t>sp. zn. 1 Cdo 451/2015 zo 14. apríla 2016</w:t>
      </w:r>
    </w:p>
    <w:p>
      <w:r>
        <w:t>104.</w:t>
      </w:r>
    </w:p>
    <w:p>
      <w:r>
        <w:t>Rvp 9303/2016</w:t>
      </w:r>
    </w:p>
    <w:p>
      <w:r>
        <w:t>sp. zn. 5 Cdo 825/2015 z 10. mája 2016</w:t>
      </w:r>
    </w:p>
    <w:p>
      <w:r>
        <w:t>105.</w:t>
      </w:r>
    </w:p>
    <w:p>
      <w:r>
        <w:t>Rvp 9304/2016</w:t>
      </w:r>
    </w:p>
    <w:p>
      <w:r>
        <w:t>sp. zn. 15 XCdo 23/2015 z 15. marca 2016</w:t>
      </w:r>
    </w:p>
    <w:p>
      <w:r>
        <w:t>106.</w:t>
      </w:r>
    </w:p>
    <w:p>
      <w:r>
        <w:t>Rvp 9305/2016</w:t>
      </w:r>
    </w:p>
    <w:p>
      <w:r>
        <w:t>sp. zn. 2 Cdo 790/2015 z 29. apríla 2016</w:t>
      </w:r>
    </w:p>
    <w:p>
      <w:r>
        <w:t>107.</w:t>
      </w:r>
    </w:p>
    <w:p>
      <w:r>
        <w:t>Rvp 9306/2016</w:t>
      </w:r>
    </w:p>
    <w:p>
      <w:r>
        <w:t>sp. zn. 2 Cdo 710/2015 z 31. marca 2016</w:t>
      </w:r>
    </w:p>
    <w:p>
      <w:r>
        <w:t>108.</w:t>
      </w:r>
    </w:p>
    <w:p>
      <w:r>
        <w:t>Rvp 9307/2016</w:t>
      </w:r>
    </w:p>
    <w:p>
      <w:r>
        <w:t>sp. zn. 2 Cdo 712/2015 z 31. marca 2016</w:t>
      </w:r>
    </w:p>
    <w:p>
      <w:r>
        <w:t>109.</w:t>
      </w:r>
    </w:p>
    <w:p>
      <w:r>
        <w:t>Rvp 9308/2016</w:t>
      </w:r>
    </w:p>
    <w:p>
      <w:r>
        <w:t>sp. zn. 7 Cdo 674/2015 z 26. apríla 2016</w:t>
      </w:r>
    </w:p>
    <w:p>
      <w:r>
        <w:t>110.</w:t>
      </w:r>
    </w:p>
    <w:p>
      <w:r>
        <w:t>Rvp 9309/2016</w:t>
      </w:r>
    </w:p>
    <w:p>
      <w:r>
        <w:t>sp. zn. 15 XCdo 45/2015 z 21. apríla 2016</w:t>
      </w:r>
    </w:p>
    <w:p>
      <w:r>
        <w:t>111.</w:t>
      </w:r>
    </w:p>
    <w:p>
      <w:r>
        <w:t>Rvp 9310/2016</w:t>
      </w:r>
    </w:p>
    <w:p>
      <w:r>
        <w:t>sp. zn. 8 Cdo 1363/2015 z 26. januára 2016</w:t>
      </w:r>
    </w:p>
    <w:p>
      <w:r>
        <w:t>112.</w:t>
      </w:r>
    </w:p>
    <w:p>
      <w:r>
        <w:t>Rvp 9311/2016</w:t>
      </w:r>
    </w:p>
    <w:p>
      <w:r>
        <w:t>sp. zn. 8 Cdo 1074/2015 z 23. marca 2016</w:t>
      </w:r>
    </w:p>
    <w:p>
      <w:r>
        <w:t>113.</w:t>
      </w:r>
    </w:p>
    <w:p>
      <w:r>
        <w:t>Rvp 9312/2016</w:t>
      </w:r>
    </w:p>
    <w:p>
      <w:r>
        <w:t>sp. zn. 2 Cdo 724/2015 z 31. marca 2016</w:t>
      </w:r>
    </w:p>
    <w:p>
      <w:r>
        <w:t>114.</w:t>
      </w:r>
    </w:p>
    <w:p>
      <w:r>
        <w:t>Rvp 9313/2016</w:t>
      </w:r>
    </w:p>
    <w:p>
      <w:r>
        <w:t>sp. zn. 5 Cdo 767/2015 zo 4. mája 2016</w:t>
      </w:r>
    </w:p>
    <w:p>
      <w:r>
        <w:t>115.</w:t>
      </w:r>
    </w:p>
    <w:p>
      <w:r>
        <w:t>Rvp 9314/2016</w:t>
      </w:r>
    </w:p>
    <w:p>
      <w:r>
        <w:t>sp. zn. 5 Cdo 769/2015 zo 4. mája 2016</w:t>
      </w:r>
    </w:p>
    <w:p>
      <w:r>
        <w:t>116.</w:t>
      </w:r>
    </w:p>
    <w:p>
      <w:r>
        <w:t>Rvp 9315/2016</w:t>
      </w:r>
    </w:p>
    <w:p>
      <w:r>
        <w:t>sp. zn. 1 Cdo 421/2015 z 21. apríla 2016</w:t>
      </w:r>
    </w:p>
    <w:p>
      <w:r>
        <w:t>117.</w:t>
      </w:r>
    </w:p>
    <w:p>
      <w:r>
        <w:t>Rvp 9316/2016</w:t>
      </w:r>
    </w:p>
    <w:p>
      <w:r>
        <w:t>sp. zn. 2 Cdo 576/2015 z 31. marca 2016</w:t>
      </w:r>
    </w:p>
    <w:p>
      <w:r>
        <w:t>118.</w:t>
      </w:r>
    </w:p>
    <w:p>
      <w:r>
        <w:t>Rvp 9317/2016</w:t>
      </w:r>
    </w:p>
    <w:p>
      <w:r>
        <w:t>sp. zn. 7 Cdo 794/2015 z 26. apríla 2016</w:t>
      </w:r>
    </w:p>
    <w:p>
      <w:r>
        <w:t>119.</w:t>
      </w:r>
    </w:p>
    <w:p>
      <w:r>
        <w:t>Rvp 9318/2016</w:t>
      </w:r>
    </w:p>
    <w:p>
      <w:r>
        <w:t>sp. zn. 3 Cdo 1332/2015 z 5. mája 2016</w:t>
      </w:r>
    </w:p>
    <w:p>
      <w:r>
        <w:t>120.</w:t>
      </w:r>
    </w:p>
    <w:p>
      <w:r>
        <w:t>Rvp 9319/2016</w:t>
      </w:r>
    </w:p>
    <w:p>
      <w:r>
        <w:t>sp. zn. 15 XCdo 85/2016 z 15. marca 2016</w:t>
      </w:r>
    </w:p>
    <w:p>
      <w:r>
        <w:t>121.</w:t>
      </w:r>
    </w:p>
    <w:p>
      <w:r>
        <w:t>Rvp 9320/2016</w:t>
      </w:r>
    </w:p>
    <w:p>
      <w:r>
        <w:t>sp. zn. 3 Cdo 1330/2015 z 5. mája 2016</w:t>
      </w:r>
    </w:p>
    <w:p>
      <w:r>
        <w:t>122.</w:t>
      </w:r>
    </w:p>
    <w:p>
      <w:r>
        <w:t>Rvp 9321/2016</w:t>
      </w:r>
    </w:p>
    <w:p>
      <w:r>
        <w:t>sp. zn. 13 XCdo 52/2015 z 29. apríla 2016</w:t>
      </w:r>
    </w:p>
    <w:p>
      <w:r>
        <w:t>123.</w:t>
      </w:r>
    </w:p>
    <w:p>
      <w:r>
        <w:t>Rvp 9322/2016</w:t>
      </w:r>
    </w:p>
    <w:p>
      <w:r>
        <w:t>sp. zn. 13 XCdo 56/2015 z 29. apríla 2016</w:t>
      </w:r>
    </w:p>
    <w:p>
      <w:r>
        <w:t>124.</w:t>
      </w:r>
    </w:p>
    <w:p>
      <w:r>
        <w:t>Rvp 9323/2016</w:t>
      </w:r>
    </w:p>
    <w:p>
      <w:r>
        <w:t>sp. zn. 2 Cdo 708/2015 z 31. marca 2016</w:t>
      </w:r>
    </w:p>
    <w:p>
      <w:r>
        <w:t>125.</w:t>
      </w:r>
    </w:p>
    <w:p>
      <w:r>
        <w:t>Rvp 9324/2016</w:t>
      </w:r>
    </w:p>
    <w:p>
      <w:r>
        <w:t>sp. zn. 2 Cdo 701/2015 z 31. marca 2016</w:t>
      </w:r>
    </w:p>
    <w:p>
      <w:r>
        <w:t>126.</w:t>
      </w:r>
    </w:p>
    <w:p>
      <w:r>
        <w:t>Rvp 9325/2016</w:t>
      </w:r>
    </w:p>
    <w:p>
      <w:r>
        <w:t>sp. zn. 7 Cdo 797/2015 z 26. apríla 2016</w:t>
      </w:r>
    </w:p>
    <w:p>
      <w:r>
        <w:t>127.</w:t>
      </w:r>
    </w:p>
    <w:p>
      <w:r>
        <w:t>Rvp 9326/2016</w:t>
      </w:r>
    </w:p>
    <w:p>
      <w:r>
        <w:t>sp. zn. 1 Cdo 465/2015 zo 14. apríla 2016</w:t>
      </w:r>
    </w:p>
    <w:p>
      <w:r>
        <w:t>128.</w:t>
      </w:r>
    </w:p>
    <w:p>
      <w:r>
        <w:t>Rvp 9327/2016</w:t>
      </w:r>
    </w:p>
    <w:p>
      <w:r>
        <w:t>sp. zn. 23 XCdo 125/2016 z 10. mája 2016</w:t>
      </w:r>
    </w:p>
    <w:p>
      <w:r>
        <w:t>129.</w:t>
      </w:r>
    </w:p>
    <w:p>
      <w:r>
        <w:t>Rvp 9328/2016</w:t>
      </w:r>
    </w:p>
    <w:p>
      <w:r>
        <w:t>sp. zn. 1 Cdo 105/2015 zo 14. apríla 2016</w:t>
      </w:r>
    </w:p>
    <w:p>
      <w:r>
        <w:t>130.</w:t>
      </w:r>
    </w:p>
    <w:p>
      <w:r>
        <w:t>Rvp 9329/2016</w:t>
      </w:r>
    </w:p>
    <w:p>
      <w:r>
        <w:t>sp. zn. 10 XCdo 154/2016 z 20. apríla 2016</w:t>
      </w:r>
    </w:p>
    <w:p>
      <w:r>
        <w:t>131.</w:t>
      </w:r>
    </w:p>
    <w:p>
      <w:r>
        <w:t>Rvp 9330/2016</w:t>
      </w:r>
    </w:p>
    <w:p>
      <w:r>
        <w:t>sp. zn. 2 Cdo 749/2015 z 31. marca 2016</w:t>
      </w:r>
    </w:p>
    <w:p>
      <w:r>
        <w:t>132.</w:t>
      </w:r>
    </w:p>
    <w:p>
      <w:r>
        <w:t>Rvp 9331/2016</w:t>
      </w:r>
    </w:p>
    <w:p>
      <w:r>
        <w:t>sp. zn. 19 XCdo 48/2016 z 27. apríla 2016</w:t>
      </w:r>
    </w:p>
    <w:p>
      <w:r>
        <w:t>133.</w:t>
      </w:r>
    </w:p>
    <w:p>
      <w:r>
        <w:t>Rvp 9332/2016</w:t>
      </w:r>
    </w:p>
    <w:p>
      <w:r>
        <w:t>sp. zn. 2 Cdo 786/2015 z 29. apríla 2016</w:t>
      </w:r>
    </w:p>
    <w:p>
      <w:r>
        <w:t>6</w:t>
      </w:r>
    </w:p>
    <w:p>
      <w:r>
        <w:t>134.</w:t>
      </w:r>
    </w:p>
    <w:p>
      <w:r>
        <w:t>Rvp 9333/2016</w:t>
      </w:r>
    </w:p>
    <w:p>
      <w:r>
        <w:t>sp. zn. 1 Cdo 550/2015 z 21. apríla 2016</w:t>
      </w:r>
    </w:p>
    <w:p>
      <w:r>
        <w:t>135.</w:t>
      </w:r>
    </w:p>
    <w:p>
      <w:r>
        <w:t>Rvp 9334/2016</w:t>
      </w:r>
    </w:p>
    <w:p>
      <w:r>
        <w:t>sp. zn. 7 Cdo 735/2015 z 26. apríla 2016</w:t>
      </w:r>
    </w:p>
    <w:p>
      <w:r>
        <w:t>136.</w:t>
      </w:r>
    </w:p>
    <w:p>
      <w:r>
        <w:t>Rvp 9335/2016</w:t>
      </w:r>
    </w:p>
    <w:p>
      <w:r>
        <w:t>sp. zn. 4 Cdo 680/2015 z 26. apríla 2016</w:t>
      </w:r>
    </w:p>
    <w:p>
      <w:r>
        <w:t>137.</w:t>
      </w:r>
    </w:p>
    <w:p>
      <w:r>
        <w:t>Rvp 9336/2016</w:t>
      </w:r>
    </w:p>
    <w:p>
      <w:r>
        <w:t>sp. zn. 11 XCdo 141/2016 z 11. mája 2016</w:t>
      </w:r>
    </w:p>
    <w:p>
      <w:r>
        <w:t>138.</w:t>
      </w:r>
    </w:p>
    <w:p>
      <w:r>
        <w:t>Rvp 9337/2016</w:t>
      </w:r>
    </w:p>
    <w:p>
      <w:r>
        <w:t>sp. zn. 6 Cdo 809/2015 z 13. apríla 2016</w:t>
      </w:r>
    </w:p>
    <w:p>
      <w:r>
        <w:t>139.</w:t>
      </w:r>
    </w:p>
    <w:p>
      <w:r>
        <w:t>Rvp 9338/2016</w:t>
      </w:r>
    </w:p>
    <w:p>
      <w:r>
        <w:t>sp. zn. 11 XCdo 75/2016 z 11. mája 2016</w:t>
      </w:r>
    </w:p>
    <w:p>
      <w:r>
        <w:t>140.</w:t>
      </w:r>
    </w:p>
    <w:p>
      <w:r>
        <w:t>Rvp 9339/2016</w:t>
      </w:r>
    </w:p>
    <w:p>
      <w:r>
        <w:t>sp. zn. 7 Cdo 737/2015 z 26. apríla 2016</w:t>
      </w:r>
    </w:p>
    <w:p>
      <w:r>
        <w:t>141.</w:t>
      </w:r>
    </w:p>
    <w:p>
      <w:r>
        <w:t>Rvp 9340/2016</w:t>
      </w:r>
    </w:p>
    <w:p>
      <w:r>
        <w:t>sp. zn. 18 XCdo 28/2015 z 28. apríla 2016</w:t>
      </w:r>
    </w:p>
    <w:p>
      <w:r>
        <w:t>142.</w:t>
      </w:r>
    </w:p>
    <w:p>
      <w:r>
        <w:t>Rvp 9341/2016</w:t>
      </w:r>
    </w:p>
    <w:p>
      <w:r>
        <w:t>sp. zn. 1 Cdo 485/2015 z 21. apríla 2016</w:t>
      </w:r>
    </w:p>
    <w:p>
      <w:r>
        <w:t>143.</w:t>
      </w:r>
    </w:p>
    <w:p>
      <w:r>
        <w:t>Rvp 9342/2016</w:t>
      </w:r>
    </w:p>
    <w:p>
      <w:r>
        <w:t>sp. zn. 5 Cdo 662/2015 z 10. mája 2016</w:t>
      </w:r>
    </w:p>
    <w:p>
      <w:r>
        <w:t>144.</w:t>
      </w:r>
    </w:p>
    <w:p>
      <w:r>
        <w:t>Rvp 9343/2016</w:t>
      </w:r>
    </w:p>
    <w:p>
      <w:r>
        <w:t>sp. zn. 7 Cdo 605/2015 z 26. apríla 2016</w:t>
      </w:r>
    </w:p>
    <w:p>
      <w:r>
        <w:t>145.</w:t>
      </w:r>
    </w:p>
    <w:p>
      <w:r>
        <w:t>Rvp 9344/2016</w:t>
      </w:r>
    </w:p>
    <w:p>
      <w:r>
        <w:t>sp. zn. 7 Cdo 761/2015 z 26. apríla 2016</w:t>
      </w:r>
    </w:p>
    <w:p>
      <w:r>
        <w:t>146.</w:t>
      </w:r>
    </w:p>
    <w:p>
      <w:r>
        <w:t>Rvp 9345/2016</w:t>
      </w:r>
    </w:p>
    <w:p>
      <w:r>
        <w:t>sp. zn. 5 Cdo 671/2015 z 10. mája 2016</w:t>
      </w:r>
    </w:p>
    <w:p>
      <w:r>
        <w:t>147.</w:t>
      </w:r>
    </w:p>
    <w:p>
      <w:r>
        <w:t>Rvp 9346/2016</w:t>
      </w:r>
    </w:p>
    <w:p>
      <w:r>
        <w:t>sp. zn. 7 Cdo 739/2015 z 26. apríla 2016</w:t>
      </w:r>
    </w:p>
    <w:p>
      <w:r>
        <w:t>148.</w:t>
      </w:r>
    </w:p>
    <w:p>
      <w:r>
        <w:t>Rvp 9347/2016</w:t>
      </w:r>
    </w:p>
    <w:p>
      <w:r>
        <w:t>sp. zn. 11 XCdo 41/2016 zo 7. apríla 2016</w:t>
      </w:r>
    </w:p>
    <w:p>
      <w:r>
        <w:t>149.</w:t>
      </w:r>
    </w:p>
    <w:p>
      <w:r>
        <w:t>Rvp 9348/2016</w:t>
      </w:r>
    </w:p>
    <w:p>
      <w:r>
        <w:t>sp. zn. 2 Cdo 28/2016 z 31. marca 2016</w:t>
      </w:r>
    </w:p>
    <w:p>
      <w:r>
        <w:t>150.</w:t>
      </w:r>
    </w:p>
    <w:p>
      <w:r>
        <w:t>Rvp 9349/2016</w:t>
      </w:r>
    </w:p>
    <w:p>
      <w:r>
        <w:t>sp. zn. 18 XCdo 51/2016 z 28. apríla 2016</w:t>
      </w:r>
    </w:p>
    <w:p>
      <w:r>
        <w:t>151.</w:t>
      </w:r>
    </w:p>
    <w:p>
      <w:r>
        <w:t>Rvp 9350/2016</w:t>
      </w:r>
    </w:p>
    <w:p>
      <w:r>
        <w:t>sp. zn. 15 XCdo 60/2016 z 15. marca 2016</w:t>
      </w:r>
    </w:p>
    <w:p>
      <w:r>
        <w:t>152.</w:t>
      </w:r>
    </w:p>
    <w:p>
      <w:r>
        <w:t>Rvp 9351/2016</w:t>
      </w:r>
    </w:p>
    <w:p>
      <w:r>
        <w:t>sp. zn. 11 XCdo 140/2016 z 11. mája 2016</w:t>
      </w:r>
    </w:p>
    <w:p>
      <w:r>
        <w:t>153.</w:t>
      </w:r>
    </w:p>
    <w:p>
      <w:r>
        <w:t>Rvp 9352/2016</w:t>
      </w:r>
    </w:p>
    <w:p>
      <w:r>
        <w:t>sp. zn. 11 XCdo 53/2016 zo 7. apríla 2016</w:t>
      </w:r>
    </w:p>
    <w:p>
      <w:r>
        <w:t>154.</w:t>
      </w:r>
    </w:p>
    <w:p>
      <w:r>
        <w:t>Rvp 9353/2016</w:t>
      </w:r>
    </w:p>
    <w:p>
      <w:r>
        <w:t>sp. zn. 6 Cdo 420/2015 z 13. apríla 2016</w:t>
      </w:r>
    </w:p>
    <w:p>
      <w:r>
        <w:t>155.</w:t>
      </w:r>
    </w:p>
    <w:p>
      <w:r>
        <w:t>Rvp 9354/2016</w:t>
      </w:r>
    </w:p>
    <w:p>
      <w:r>
        <w:t>sp. zn. 2 Cdo 755/2015 z 29. apríla 2016</w:t>
      </w:r>
    </w:p>
    <w:p>
      <w:r>
        <w:t>156.</w:t>
      </w:r>
    </w:p>
    <w:p>
      <w:r>
        <w:t>Rvp 9355/2016</w:t>
      </w:r>
    </w:p>
    <w:p>
      <w:r>
        <w:t>sp. zn. 15 XCdo 50/2016 z 15. marca 2016</w:t>
      </w:r>
    </w:p>
    <w:p>
      <w:r>
        <w:t>157.</w:t>
      </w:r>
    </w:p>
    <w:p>
      <w:r>
        <w:t>Rvp 9356/2016</w:t>
      </w:r>
    </w:p>
    <w:p>
      <w:r>
        <w:t>sp. zn. 19 XCdo 26/2015 z 26. januára 2016</w:t>
      </w:r>
    </w:p>
    <w:p>
      <w:r>
        <w:t>158.</w:t>
      </w:r>
    </w:p>
    <w:p>
      <w:r>
        <w:t>Rvp 9357/2016</w:t>
      </w:r>
    </w:p>
    <w:p>
      <w:r>
        <w:t>sp. zn. 8 Cdo 1360/2015 zo 14. apríla 2016</w:t>
      </w:r>
    </w:p>
    <w:p>
      <w:r>
        <w:t>159.</w:t>
      </w:r>
    </w:p>
    <w:p>
      <w:r>
        <w:t>Rvp 9358/2016</w:t>
      </w:r>
    </w:p>
    <w:p>
      <w:r>
        <w:t>sp. zn. 4 Cdo 627/2015 z 26. apríla 2016</w:t>
      </w:r>
    </w:p>
    <w:p>
      <w:r>
        <w:t>160.</w:t>
      </w:r>
    </w:p>
    <w:p>
      <w:r>
        <w:t>Rvp 9359/2016</w:t>
      </w:r>
    </w:p>
    <w:p>
      <w:r>
        <w:t>sp. zn. 2 Cdo 692/2015 z 31. marca 2016</w:t>
      </w:r>
    </w:p>
    <w:p>
      <w:r>
        <w:t>161.</w:t>
      </w:r>
    </w:p>
    <w:p>
      <w:r>
        <w:t>Rvp 9360/2016</w:t>
      </w:r>
    </w:p>
    <w:p>
      <w:r>
        <w:t>sp. zn. 18 XCdo 81/2016 z 24. marca 2016</w:t>
      </w:r>
    </w:p>
    <w:p>
      <w:r>
        <w:t>162.</w:t>
      </w:r>
    </w:p>
    <w:p>
      <w:r>
        <w:t>Rvp 9361/2016</w:t>
      </w:r>
    </w:p>
    <w:p>
      <w:r>
        <w:t>sp. zn. 11 XCdo 148/2016 z 11. mája 2016</w:t>
      </w:r>
    </w:p>
    <w:p>
      <w:r>
        <w:t>163.</w:t>
      </w:r>
    </w:p>
    <w:p>
      <w:r>
        <w:t>Rvp 9362/2016</w:t>
      </w:r>
    </w:p>
    <w:p>
      <w:r>
        <w:t>sp. zn. 11 XCdo 150/2016 z 11. mája 2016</w:t>
      </w:r>
    </w:p>
    <w:p>
      <w:r>
        <w:t>164.</w:t>
      </w:r>
    </w:p>
    <w:p>
      <w:r>
        <w:t>Rvp 9363/2016</w:t>
      </w:r>
    </w:p>
    <w:p>
      <w:r>
        <w:t>sp. zn. 2 Cdo 800/2015 z 29. apríla 2016</w:t>
      </w:r>
    </w:p>
    <w:p>
      <w:r>
        <w:t>165.</w:t>
      </w:r>
    </w:p>
    <w:p>
      <w:r>
        <w:t>Rvp 9364/2016</w:t>
      </w:r>
    </w:p>
    <w:p>
      <w:r>
        <w:t>sp. zn. 15 XCdo 1/2015 z 15. marca 2016</w:t>
      </w:r>
    </w:p>
    <w:p>
      <w:r>
        <w:t>166.</w:t>
      </w:r>
    </w:p>
    <w:p>
      <w:r>
        <w:t>Rvp 9365/2016</w:t>
      </w:r>
    </w:p>
    <w:p>
      <w:r>
        <w:t>sp. zn. 19 XCdo 92/2016 z 27. apríla 2016</w:t>
      </w:r>
    </w:p>
    <w:p>
      <w:r>
        <w:t>167.</w:t>
      </w:r>
    </w:p>
    <w:p>
      <w:r>
        <w:t>Rvp 9366/2016</w:t>
      </w:r>
    </w:p>
    <w:p>
      <w:r>
        <w:t>sp. zn. 18 XCdo 22/2016 z 24. marca 2016</w:t>
      </w:r>
    </w:p>
    <w:p>
      <w:r>
        <w:t>7</w:t>
      </w:r>
    </w:p>
    <w:p>
      <w:r>
        <w:t>168.</w:t>
      </w:r>
    </w:p>
    <w:p>
      <w:r>
        <w:t>Rvp 9367/2016</w:t>
      </w:r>
    </w:p>
    <w:p>
      <w:r>
        <w:t>sp. zn. 15 XCdo 90/2016 z 15. marca 2016</w:t>
      </w:r>
    </w:p>
    <w:p>
      <w:r>
        <w:t>169.</w:t>
      </w:r>
    </w:p>
    <w:p>
      <w:r>
        <w:t>Rvp 9368/2016</w:t>
      </w:r>
    </w:p>
    <w:p>
      <w:r>
        <w:t>sp. zn. 18 XCdo 28/2016 z 29. februára 2016</w:t>
      </w:r>
    </w:p>
    <w:p>
      <w:r>
        <w:t>170.</w:t>
      </w:r>
    </w:p>
    <w:p>
      <w:r>
        <w:t>Rvp 9369/2016</w:t>
      </w:r>
    </w:p>
    <w:p>
      <w:r>
        <w:t>sp. zn. 19 XCdo 90/2016 z 27. apríla 2016</w:t>
      </w:r>
    </w:p>
    <w:p>
      <w:r>
        <w:t>171.</w:t>
      </w:r>
    </w:p>
    <w:p>
      <w:r>
        <w:t>Rvp 9370/2016</w:t>
      </w:r>
    </w:p>
    <w:p>
      <w:r>
        <w:t>sp. zn. 5 Cdo 833/2015 z 26. apríla 2016</w:t>
      </w:r>
    </w:p>
    <w:p>
      <w:r>
        <w:t>172.</w:t>
      </w:r>
    </w:p>
    <w:p>
      <w:r>
        <w:t>Rvp 9371/2016</w:t>
      </w:r>
    </w:p>
    <w:p>
      <w:r>
        <w:t>sp. zn. 11 XCdo 70/2016 z 11. mája 2016</w:t>
      </w:r>
    </w:p>
    <w:p>
      <w:r>
        <w:t>173.</w:t>
      </w:r>
    </w:p>
    <w:p>
      <w:r>
        <w:t>Rvp 9372/2016</w:t>
      </w:r>
    </w:p>
    <w:p>
      <w:r>
        <w:t>sp. zn. 11 XCdo 144/2016 z 11. mája 2016</w:t>
      </w:r>
    </w:p>
    <w:p>
      <w:r>
        <w:t>174.</w:t>
      </w:r>
    </w:p>
    <w:p>
      <w:r>
        <w:t>Rvp 9373/2016</w:t>
      </w:r>
    </w:p>
    <w:p>
      <w:r>
        <w:t>sp. zn. 2 Cdo 810/2015 z 29. apríla 2016</w:t>
      </w:r>
    </w:p>
    <w:p>
      <w:r>
        <w:t>175.</w:t>
      </w:r>
    </w:p>
    <w:p>
      <w:r>
        <w:t>Rvp 9374/2016</w:t>
      </w:r>
    </w:p>
    <w:p>
      <w:r>
        <w:t>sp. zn. 4 Cdo 1166/2015 z 26. apríla 2016</w:t>
      </w:r>
    </w:p>
    <w:p>
      <w:r>
        <w:t>176.</w:t>
      </w:r>
    </w:p>
    <w:p>
      <w:r>
        <w:t>Rvp 9375/2016</w:t>
      </w:r>
    </w:p>
    <w:p>
      <w:r>
        <w:t>sp. zn. 11 XCdo 40/2015 zo 7. apríla 2016</w:t>
      </w:r>
    </w:p>
    <w:p>
      <w:r>
        <w:t>177.</w:t>
      </w:r>
    </w:p>
    <w:p>
      <w:r>
        <w:t>Rvp 9376/2016</w:t>
      </w:r>
    </w:p>
    <w:p>
      <w:r>
        <w:t>sp. zn. 11 XCdo 103/2016 z 11. mája 2016</w:t>
      </w:r>
    </w:p>
    <w:p>
      <w:r>
        <w:t>178.</w:t>
      </w:r>
    </w:p>
    <w:p>
      <w:r>
        <w:t>Rvp 9377/2016</w:t>
      </w:r>
    </w:p>
    <w:p>
      <w:r>
        <w:t>sp. zn. 15 XCdo 47/2015 z 15. marca 2016</w:t>
      </w:r>
    </w:p>
    <w:p>
      <w:r>
        <w:t>179.</w:t>
      </w:r>
    </w:p>
    <w:p>
      <w:r>
        <w:t>Rvp 9378/2016</w:t>
      </w:r>
    </w:p>
    <w:p>
      <w:r>
        <w:t>sp. zn. 19 XCdo 141/2016 z 27. apríla 2016</w:t>
      </w:r>
    </w:p>
    <w:p>
      <w:r>
        <w:t>180.</w:t>
      </w:r>
    </w:p>
    <w:p>
      <w:r>
        <w:t>Rvp 9379/2016</w:t>
      </w:r>
    </w:p>
    <w:p>
      <w:r>
        <w:t>sp. zn. 5 Cdo 657/2015 zo 17. marca 2016</w:t>
      </w:r>
    </w:p>
    <w:p>
      <w:r>
        <w:t>181.</w:t>
      </w:r>
    </w:p>
    <w:p>
      <w:r>
        <w:t>Rvp 9380/2016</w:t>
      </w:r>
    </w:p>
    <w:p>
      <w:r>
        <w:t>sp. zn. 7 Cdo 748/2015 z 26. apríla 2016</w:t>
      </w:r>
    </w:p>
    <w:p>
      <w:r>
        <w:t>182.</w:t>
      </w:r>
    </w:p>
    <w:p>
      <w:r>
        <w:t>Rvp 9381/2016</w:t>
      </w:r>
    </w:p>
    <w:p>
      <w:r>
        <w:t>sp. zn. 11 XCdo 69/2016 z 11. mája 2016</w:t>
      </w:r>
    </w:p>
    <w:p>
      <w:r>
        <w:t>183.</w:t>
      </w:r>
    </w:p>
    <w:p>
      <w:r>
        <w:t>Rvp 9382/2016</w:t>
      </w:r>
    </w:p>
    <w:p>
      <w:r>
        <w:t>sp. zn. 7 Cdo 671/2015 z 26. apríla 2016</w:t>
      </w:r>
    </w:p>
    <w:p>
      <w:r>
        <w:t>184.</w:t>
      </w:r>
    </w:p>
    <w:p>
      <w:r>
        <w:t>Rvp 9383/2016</w:t>
      </w:r>
    </w:p>
    <w:p>
      <w:r>
        <w:t>sp. zn. 11 XCdo 143/2016 z 11. mája 2016</w:t>
      </w:r>
    </w:p>
    <w:p>
      <w:r>
        <w:t>185.</w:t>
      </w:r>
    </w:p>
    <w:p>
      <w:r>
        <w:t>Rvp 9384/2016</w:t>
      </w:r>
    </w:p>
    <w:p>
      <w:r>
        <w:t>sp. zn. 19 XCdo 143/2016 z 27. apríla 2016</w:t>
      </w:r>
    </w:p>
    <w:p>
      <w:r>
        <w:t>186.</w:t>
      </w:r>
    </w:p>
    <w:p>
      <w:r>
        <w:t>Rvp 9385/2016</w:t>
      </w:r>
    </w:p>
    <w:p>
      <w:r>
        <w:t>sp. zn. 19 XCdo 85/2016 z 27. apríla 2016</w:t>
      </w:r>
    </w:p>
    <w:p>
      <w:r>
        <w:t>187.</w:t>
      </w:r>
    </w:p>
    <w:p>
      <w:r>
        <w:t>Rvp 9386/2016</w:t>
      </w:r>
    </w:p>
    <w:p>
      <w:r>
        <w:t>sp. zn. 10 XCdo 148/2016 z 20. apríla 2016</w:t>
      </w:r>
    </w:p>
    <w:p>
      <w:r>
        <w:t>188.</w:t>
      </w:r>
    </w:p>
    <w:p>
      <w:r>
        <w:t>Rvp 9387/2016</w:t>
      </w:r>
    </w:p>
    <w:p>
      <w:r>
        <w:t>sp. zn. 19 XCdo 86/2016 z 27. apríla 2016</w:t>
      </w:r>
    </w:p>
    <w:p>
      <w:r>
        <w:t>189.</w:t>
      </w:r>
    </w:p>
    <w:p>
      <w:r>
        <w:t>Rvp 9388/2016</w:t>
      </w:r>
    </w:p>
    <w:p>
      <w:r>
        <w:t>sp. zn. 1 Cdo 98/2015 zo 14. apríla 2016</w:t>
      </w:r>
    </w:p>
    <w:p>
      <w:r>
        <w:t>190.</w:t>
      </w:r>
    </w:p>
    <w:p>
      <w:r>
        <w:t>Rvp 9389/2016</w:t>
      </w:r>
    </w:p>
    <w:p>
      <w:r>
        <w:t>sp. zn. 18 XCdo 41/2016 z 28. apríla 2016</w:t>
      </w:r>
    </w:p>
    <w:p>
      <w:r>
        <w:t>191.</w:t>
      </w:r>
    </w:p>
    <w:p>
      <w:r>
        <w:t>Rvp 9390/2016</w:t>
      </w:r>
    </w:p>
    <w:p>
      <w:r>
        <w:t>sp. zn. 10 XCdo 60/2016 z 20. apríla 2016</w:t>
      </w:r>
    </w:p>
    <w:p>
      <w:r>
        <w:t>192.</w:t>
      </w:r>
    </w:p>
    <w:p>
      <w:r>
        <w:t>Rvp 9391/2016</w:t>
      </w:r>
    </w:p>
    <w:p>
      <w:r>
        <w:t>sp. zn. 18 XCdo 2/2015 z 24. marca 2016</w:t>
      </w:r>
    </w:p>
    <w:p>
      <w:r>
        <w:t>193.</w:t>
      </w:r>
    </w:p>
    <w:p>
      <w:r>
        <w:t>Rvp 9392/2016</w:t>
      </w:r>
    </w:p>
    <w:p>
      <w:r>
        <w:t>sp. zn. 18 XCdo 5/2015 z 24. marca 2016</w:t>
      </w:r>
    </w:p>
    <w:p>
      <w:r>
        <w:t>194.</w:t>
      </w:r>
    </w:p>
    <w:p>
      <w:r>
        <w:t>Rvp 9393/2016</w:t>
      </w:r>
    </w:p>
    <w:p>
      <w:r>
        <w:t>sp. zn. 19 XCdo 49/2015 z 27. apríla 2016</w:t>
      </w:r>
    </w:p>
    <w:p>
      <w:r>
        <w:t>195.</w:t>
      </w:r>
    </w:p>
    <w:p>
      <w:r>
        <w:t>Rvp 9394/2016</w:t>
      </w:r>
    </w:p>
    <w:p>
      <w:r>
        <w:t>sp. zn. 18 XCdo 37/2015 z 28. apríla 2016</w:t>
      </w:r>
    </w:p>
    <w:p>
      <w:r>
        <w:t>196.</w:t>
      </w:r>
    </w:p>
    <w:p>
      <w:r>
        <w:t>Rvp 9395/2016</w:t>
      </w:r>
    </w:p>
    <w:p>
      <w:r>
        <w:t>sp. zn. 6 Cdo 592/2015 z 26. mája 2016</w:t>
      </w:r>
    </w:p>
    <w:p>
      <w:r>
        <w:t>197.</w:t>
      </w:r>
    </w:p>
    <w:p>
      <w:r>
        <w:t>Rvp 9626/2016</w:t>
      </w:r>
    </w:p>
    <w:p>
      <w:r>
        <w:t>sp. zn. 13 XCdo 46/2016 z 19. mája 2016</w:t>
      </w:r>
    </w:p>
    <w:p>
      <w:r>
        <w:t>198.</w:t>
      </w:r>
    </w:p>
    <w:p>
      <w:r>
        <w:t>Rvp 9627/2016</w:t>
      </w:r>
    </w:p>
    <w:p>
      <w:r>
        <w:t>sp. zn. 13 XCdo 48/2016 z 19. mája 2016</w:t>
      </w:r>
    </w:p>
    <w:p>
      <w:r>
        <w:t>199.</w:t>
      </w:r>
    </w:p>
    <w:p>
      <w:r>
        <w:t>Rvp 9628/2016</w:t>
      </w:r>
    </w:p>
    <w:p>
      <w:r>
        <w:t>sp. zn. 13 XCdo 32/2015 z 21. apríla 2016</w:t>
      </w:r>
    </w:p>
    <w:p>
      <w:r>
        <w:t>200.</w:t>
      </w:r>
    </w:p>
    <w:p>
      <w:r>
        <w:t>Rvp 9629/2016</w:t>
      </w:r>
    </w:p>
    <w:p>
      <w:r>
        <w:t>sp. zn. 13 XCdo 28/2015 z 21. apríla 2016</w:t>
      </w:r>
    </w:p>
    <w:p>
      <w:r>
        <w:t>201.</w:t>
      </w:r>
    </w:p>
    <w:p>
      <w:r>
        <w:t>Rvp 9630/2016</w:t>
      </w:r>
    </w:p>
    <w:p>
      <w:r>
        <w:t>sp. zn. 13 XCdo 29/2015 z 21. apríla 2016</w:t>
      </w:r>
    </w:p>
    <w:p>
      <w:r>
        <w:t>8</w:t>
      </w:r>
    </w:p>
    <w:p>
      <w:r>
        <w:t>202.</w:t>
      </w:r>
    </w:p>
    <w:p>
      <w:r>
        <w:t>Rvp 9631/2016</w:t>
      </w:r>
    </w:p>
    <w:p>
      <w:r>
        <w:t>sp. zn. 13 XCdo 33/2015 z 21. apríla 2016</w:t>
      </w:r>
    </w:p>
    <w:p>
      <w:r>
        <w:t>203.</w:t>
      </w:r>
    </w:p>
    <w:p>
      <w:r>
        <w:t>Rvp 9632/2016</w:t>
      </w:r>
    </w:p>
    <w:p>
      <w:r>
        <w:t>sp. zn. 13 XCdo 31/2015 z 21. apríla 2016</w:t>
      </w:r>
    </w:p>
    <w:p>
      <w:r>
        <w:t>204.</w:t>
      </w:r>
    </w:p>
    <w:p>
      <w:r>
        <w:t>Rvp 9633/2016</w:t>
      </w:r>
    </w:p>
    <w:p>
      <w:r>
        <w:t>sp. zn. 13 XCdo 30/2015 z 21. apríla 2016</w:t>
      </w:r>
    </w:p>
    <w:p>
      <w:r>
        <w:t>205.</w:t>
      </w:r>
    </w:p>
    <w:p>
      <w:r>
        <w:t>Rvp 9634/2016</w:t>
      </w:r>
    </w:p>
    <w:p>
      <w:r>
        <w:t>sp. zn. 1 Cdo 390/2015 zo 14. apríla 2016</w:t>
      </w:r>
    </w:p>
    <w:p>
      <w:r>
        <w:t>206.</w:t>
      </w:r>
    </w:p>
    <w:p>
      <w:r>
        <w:t>Rvp 9635/2016</w:t>
      </w:r>
    </w:p>
    <w:p>
      <w:r>
        <w:t>sp. zn. 13 XCdo 11/2016 z 19. mája 2016</w:t>
      </w:r>
    </w:p>
    <w:p>
      <w:r>
        <w:t>207.</w:t>
      </w:r>
    </w:p>
    <w:p>
      <w:r>
        <w:t>Rvp 9636/2016</w:t>
      </w:r>
    </w:p>
    <w:p>
      <w:r>
        <w:t>sp. zn. 1 Cdo 181/2015 zo 14. apríla 2016</w:t>
      </w:r>
    </w:p>
    <w:p>
      <w:r>
        <w:t>208.</w:t>
      </w:r>
    </w:p>
    <w:p>
      <w:r>
        <w:t>Rvp 9637/2016</w:t>
      </w:r>
    </w:p>
    <w:p>
      <w:r>
        <w:t>sp. zn. 5 Cdo 745/2015 z 27. januára 2016</w:t>
      </w:r>
    </w:p>
    <w:p>
      <w:r>
        <w:t>209.</w:t>
      </w:r>
    </w:p>
    <w:p>
      <w:r>
        <w:t>Rvp 9638/2016</w:t>
      </w:r>
    </w:p>
    <w:p>
      <w:r>
        <w:t>sp. zn. 13 XCdo 41/2016 z 19. mája 2016</w:t>
      </w:r>
    </w:p>
    <w:p>
      <w:r>
        <w:t>210.</w:t>
      </w:r>
    </w:p>
    <w:p>
      <w:r>
        <w:t>Rvp 9639/2016</w:t>
      </w:r>
    </w:p>
    <w:p>
      <w:r>
        <w:t>sp. zn. 13 XCdo 47/2016 z 19. mája 2016</w:t>
      </w:r>
    </w:p>
    <w:p>
      <w:r>
        <w:t>211.</w:t>
      </w:r>
    </w:p>
    <w:p>
      <w:r>
        <w:t>Rvp 9640/2016</w:t>
      </w:r>
    </w:p>
    <w:p>
      <w:r>
        <w:t>sp. zn. 13 XCdo 43/2016 z 19. mája 2016</w:t>
      </w:r>
    </w:p>
    <w:p>
      <w:r>
        <w:t>212.</w:t>
      </w:r>
    </w:p>
    <w:p>
      <w:r>
        <w:t>Rvp 9641/2016</w:t>
      </w:r>
    </w:p>
    <w:p>
      <w:r>
        <w:t>sp. zn. 13 XCdo 49/2016 z 19. mája 2016</w:t>
      </w:r>
    </w:p>
    <w:p>
      <w:r>
        <w:t>213.</w:t>
      </w:r>
    </w:p>
    <w:p>
      <w:r>
        <w:t>Rvp 9642/2016</w:t>
      </w:r>
    </w:p>
    <w:p>
      <w:r>
        <w:t>sp. zn. 13 XCdo 44/2016 z 19. mája 2016</w:t>
      </w:r>
    </w:p>
    <w:p>
      <w:r>
        <w:t>214.</w:t>
      </w:r>
    </w:p>
    <w:p>
      <w:r>
        <w:t>Rvp 9643/2016</w:t>
      </w:r>
    </w:p>
    <w:p>
      <w:r>
        <w:t>sp. zn. 13 XCdo 45/2016 z 19. mája 2016</w:t>
      </w:r>
    </w:p>
    <w:p>
      <w:r>
        <w:t>215.</w:t>
      </w:r>
    </w:p>
    <w:p>
      <w:r>
        <w:t>Rvp 9644/2016</w:t>
      </w:r>
    </w:p>
    <w:p>
      <w:r>
        <w:t>sp. zn. 7 Cdo 480/2015 z 26. apríla 2016</w:t>
      </w:r>
    </w:p>
    <w:p>
      <w:r>
        <w:t>216.</w:t>
      </w:r>
    </w:p>
    <w:p>
      <w:r>
        <w:t>Rvp 9645/2016</w:t>
      </w:r>
    </w:p>
    <w:p>
      <w:r>
        <w:t>sp. zn. 6 Cdo 538/2015 z 13. apríla 2016</w:t>
      </w:r>
    </w:p>
    <w:p>
      <w:r>
        <w:t>217.</w:t>
      </w:r>
    </w:p>
    <w:p>
      <w:r>
        <w:t>Rvp 9646/2016</w:t>
      </w:r>
    </w:p>
    <w:p>
      <w:r>
        <w:t>sp. zn. 11 XCdo 157/2016 zo 17. mája 2016</w:t>
      </w:r>
    </w:p>
    <w:p>
      <w:r>
        <w:t>218.</w:t>
      </w:r>
    </w:p>
    <w:p>
      <w:r>
        <w:t>Rvp 9647/2016</w:t>
      </w:r>
    </w:p>
    <w:p>
      <w:r>
        <w:t>sp. zn. 8 XCdo 6/2016 z 25. mája 2016</w:t>
      </w:r>
    </w:p>
    <w:p>
      <w:r>
        <w:t>219.</w:t>
      </w:r>
    </w:p>
    <w:p>
      <w:r>
        <w:t>Rvp 9648/2016</w:t>
      </w:r>
    </w:p>
    <w:p>
      <w:r>
        <w:t>sp. zn. 13 XCdo 14/2016 z 19. mája 2016</w:t>
      </w:r>
    </w:p>
    <w:p>
      <w:r>
        <w:t>220.</w:t>
      </w:r>
    </w:p>
    <w:p>
      <w:r>
        <w:t>Rvp 9649/2016</w:t>
      </w:r>
    </w:p>
    <w:p>
      <w:r>
        <w:t>sp. zn. 19 XCdo 149/2016 z 27. apríla 2016</w:t>
      </w:r>
    </w:p>
    <w:p>
      <w:r>
        <w:t>221.</w:t>
      </w:r>
    </w:p>
    <w:p>
      <w:r>
        <w:t>Rvp 9650/2016</w:t>
      </w:r>
    </w:p>
    <w:p>
      <w:r>
        <w:t>sp. zn. 6 Cdo 562/2015 z 28. apríla 2016</w:t>
      </w:r>
    </w:p>
    <w:p>
      <w:r>
        <w:t>222.</w:t>
      </w:r>
    </w:p>
    <w:p>
      <w:r>
        <w:t>Rvp 9651/2016</w:t>
      </w:r>
    </w:p>
    <w:p>
      <w:r>
        <w:t>sp. zn. 1 Cdo 555/2015 z 21. apríla 2016</w:t>
      </w:r>
    </w:p>
    <w:p>
      <w:r>
        <w:t>223.</w:t>
      </w:r>
    </w:p>
    <w:p>
      <w:r>
        <w:t>Rvp 9652/2016</w:t>
      </w:r>
    </w:p>
    <w:p>
      <w:r>
        <w:t>sp. zn. 2 Cdo 777/2015 z 29. apríla 2016</w:t>
      </w:r>
    </w:p>
    <w:p>
      <w:r>
        <w:t>224.</w:t>
      </w:r>
    </w:p>
    <w:p>
      <w:r>
        <w:t>Rvp 9653/2016</w:t>
      </w:r>
    </w:p>
    <w:p>
      <w:r>
        <w:t>sp. zn. 13 XCdo 17/2016 z 19. mája 2016</w:t>
      </w:r>
    </w:p>
    <w:p>
      <w:r>
        <w:t>225.</w:t>
      </w:r>
    </w:p>
    <w:p>
      <w:r>
        <w:t>Rvp 9654/2016</w:t>
      </w:r>
    </w:p>
    <w:p>
      <w:r>
        <w:t>sp. zn. 18 XCdo 87/2016 z 12. mája 2016</w:t>
      </w:r>
    </w:p>
    <w:p>
      <w:r>
        <w:t>226.</w:t>
      </w:r>
    </w:p>
    <w:p>
      <w:r>
        <w:t>Rvp 9655/2016</w:t>
      </w:r>
    </w:p>
    <w:p>
      <w:r>
        <w:t>sp. zn. 19 XCdo 87/2016 z 27. apríla 2016</w:t>
      </w:r>
    </w:p>
    <w:p>
      <w:r>
        <w:t>227.</w:t>
      </w:r>
    </w:p>
    <w:p>
      <w:r>
        <w:t>Rvp 9656/2016</w:t>
      </w:r>
    </w:p>
    <w:p>
      <w:r>
        <w:t>sp. zn. 18 XCdo 107/2016 z 12. mája 2016</w:t>
      </w:r>
    </w:p>
    <w:p>
      <w:r>
        <w:t>228.</w:t>
      </w:r>
    </w:p>
    <w:p>
      <w:r>
        <w:t>Rvp 9657/2016</w:t>
      </w:r>
    </w:p>
    <w:p>
      <w:r>
        <w:t>sp. zn. 14 XCdo 11/2015 z 28. apríla 2016</w:t>
      </w:r>
    </w:p>
    <w:p>
      <w:r>
        <w:t>229.</w:t>
      </w:r>
    </w:p>
    <w:p>
      <w:r>
        <w:t>Rvp 9658/2016</w:t>
      </w:r>
    </w:p>
    <w:p>
      <w:r>
        <w:t>sp. zn. 19 XCdo 97/2016 z 27. apríla 2016</w:t>
      </w:r>
    </w:p>
    <w:p>
      <w:r>
        <w:t>230.</w:t>
      </w:r>
    </w:p>
    <w:p>
      <w:r>
        <w:t>Rvp 9659/2016</w:t>
      </w:r>
    </w:p>
    <w:p>
      <w:r>
        <w:t>sp. zn. 6 Cdo 584/2015 z 28. apríla 2016</w:t>
      </w:r>
    </w:p>
    <w:p>
      <w:r>
        <w:t>231.</w:t>
      </w:r>
    </w:p>
    <w:p>
      <w:r>
        <w:t>Rvp 9660/2016</w:t>
      </w:r>
    </w:p>
    <w:p>
      <w:r>
        <w:t>sp. zn. 7 Cdo 849/2015 z 26. apríla 2016</w:t>
      </w:r>
    </w:p>
    <w:p>
      <w:r>
        <w:t>232.</w:t>
      </w:r>
    </w:p>
    <w:p>
      <w:r>
        <w:t>Rvp 9661/2016</w:t>
      </w:r>
    </w:p>
    <w:p>
      <w:r>
        <w:t>sp. zn. 7 Cdo 850/2015 z 26. apríla 2016</w:t>
      </w:r>
    </w:p>
    <w:p>
      <w:r>
        <w:t>233.</w:t>
      </w:r>
    </w:p>
    <w:p>
      <w:r>
        <w:t>Rvp 9662/2016</w:t>
      </w:r>
    </w:p>
    <w:p>
      <w:r>
        <w:t>sp. zn. 12 XCdo 155/2016 z 12. mája 2016</w:t>
      </w:r>
    </w:p>
    <w:p>
      <w:r>
        <w:t>234.</w:t>
      </w:r>
    </w:p>
    <w:p>
      <w:r>
        <w:t>Rvp 9663/2016</w:t>
      </w:r>
    </w:p>
    <w:p>
      <w:r>
        <w:t>sp. zn. 19 XCdo 119/2016 z 27. apríla 2016</w:t>
      </w:r>
    </w:p>
    <w:p>
      <w:r>
        <w:t>235.</w:t>
      </w:r>
    </w:p>
    <w:p>
      <w:r>
        <w:t>Rvp 9664/2016</w:t>
      </w:r>
    </w:p>
    <w:p>
      <w:r>
        <w:t>sp. zn. 19 XCdo 56/2016 z 27. apríla 2016</w:t>
      </w:r>
    </w:p>
    <w:p>
      <w:r>
        <w:t>9</w:t>
      </w:r>
    </w:p>
    <w:p>
      <w:r>
        <w:t>236.</w:t>
      </w:r>
    </w:p>
    <w:p>
      <w:r>
        <w:t>Rvp 9665/2016</w:t>
      </w:r>
    </w:p>
    <w:p>
      <w:r>
        <w:t>sp. zn. 23 XCdo 117/2016 z 10. mája 2016</w:t>
      </w:r>
    </w:p>
    <w:p>
      <w:r>
        <w:t>237.</w:t>
      </w:r>
    </w:p>
    <w:p>
      <w:r>
        <w:t>Rvp 9666/2016</w:t>
      </w:r>
    </w:p>
    <w:p>
      <w:r>
        <w:t>sp. zn. 15 XCdo 55/2016 z 15. marca 2016</w:t>
      </w:r>
    </w:p>
    <w:p>
      <w:r>
        <w:t>238.</w:t>
      </w:r>
    </w:p>
    <w:p>
      <w:r>
        <w:t>Rvp 9667/2016</w:t>
      </w:r>
    </w:p>
    <w:p>
      <w:r>
        <w:t>sp. zn. 18 XCdo 57/2016 z 2. marca 2016</w:t>
      </w:r>
    </w:p>
    <w:p>
      <w:r>
        <w:t>239.</w:t>
      </w:r>
    </w:p>
    <w:p>
      <w:r>
        <w:t>Rvp 9668/2016</w:t>
      </w:r>
    </w:p>
    <w:p>
      <w:r>
        <w:t>sp. zn. 4 Cdo 585/2015 z 26. apríla 2016</w:t>
      </w:r>
    </w:p>
    <w:p>
      <w:r>
        <w:t>240.</w:t>
      </w:r>
    </w:p>
    <w:p>
      <w:r>
        <w:t>Rvp 9669/2016</w:t>
      </w:r>
    </w:p>
    <w:p>
      <w:r>
        <w:t>sp. zn. 11 XCdo 147/2016 z 11. mája 2016</w:t>
      </w:r>
    </w:p>
    <w:p>
      <w:r>
        <w:t>241.</w:t>
      </w:r>
    </w:p>
    <w:p>
      <w:r>
        <w:t>Rvp 9670/2016</w:t>
      </w:r>
    </w:p>
    <w:p>
      <w:r>
        <w:t>sp. zn. 7 Cdo 907/2015 z 26. apríla 2016</w:t>
      </w:r>
    </w:p>
    <w:p>
      <w:r>
        <w:t>242.</w:t>
      </w:r>
    </w:p>
    <w:p>
      <w:r>
        <w:t>Rvp 9671/2016</w:t>
      </w:r>
    </w:p>
    <w:p>
      <w:r>
        <w:t>sp. zn. 6 Cdo 566/2015 z 28. apríla 2016</w:t>
      </w:r>
    </w:p>
    <w:p>
      <w:r>
        <w:t>243.</w:t>
      </w:r>
    </w:p>
    <w:p>
      <w:r>
        <w:t>Rvp 9672/2016</w:t>
      </w:r>
    </w:p>
    <w:p>
      <w:r>
        <w:t>sp. zn. 13 XCdo 39/2016 z 19. mája 2016</w:t>
      </w:r>
    </w:p>
    <w:p>
      <w:r>
        <w:t>244.</w:t>
      </w:r>
    </w:p>
    <w:p>
      <w:r>
        <w:t>Rvp 10932/2016</w:t>
      </w:r>
    </w:p>
    <w:p>
      <w:r>
        <w:t>sp. zn. 14 XCdo 78/2016 z 25. mája 2016</w:t>
      </w:r>
    </w:p>
    <w:p>
      <w:r>
        <w:t>245.</w:t>
      </w:r>
    </w:p>
    <w:p>
      <w:r>
        <w:t>Rvp 10933/2016</w:t>
      </w:r>
    </w:p>
    <w:p>
      <w:r>
        <w:t>sp. zn. 24 XCdo 9/2015 z 31. mája 2016</w:t>
      </w:r>
    </w:p>
    <w:p>
      <w:r>
        <w:t>246.</w:t>
      </w:r>
    </w:p>
    <w:p>
      <w:r>
        <w:t>Rvp 10934/2016</w:t>
      </w:r>
    </w:p>
    <w:p>
      <w:r>
        <w:t>sp. zn. 27 XCdo 10/2015 z 25. mája 2016</w:t>
      </w:r>
    </w:p>
    <w:p>
      <w:r>
        <w:t>247.</w:t>
      </w:r>
    </w:p>
    <w:p>
      <w:r>
        <w:t>Rvp 10935/2016</w:t>
      </w:r>
    </w:p>
    <w:p>
      <w:r>
        <w:t>sp. zn. 22 XCdo 10/2015 z 8. júna 2016</w:t>
      </w:r>
    </w:p>
    <w:p>
      <w:r>
        <w:t>248.</w:t>
      </w:r>
    </w:p>
    <w:p>
      <w:r>
        <w:t>Rvp 10936/2016</w:t>
      </w:r>
    </w:p>
    <w:p>
      <w:r>
        <w:t>sp. zn. 23 XCdo 11/2015 zo 14. júna 2016</w:t>
      </w:r>
    </w:p>
    <w:p>
      <w:r>
        <w:t>249.</w:t>
      </w:r>
    </w:p>
    <w:p>
      <w:r>
        <w:t>Rvp 10937/2016</w:t>
      </w:r>
    </w:p>
    <w:p>
      <w:r>
        <w:t>sp. zn. 28 XCdo 71/2016 zo 4. mája 2016</w:t>
      </w:r>
    </w:p>
    <w:p>
      <w:r>
        <w:t>250.</w:t>
      </w:r>
    </w:p>
    <w:p>
      <w:r>
        <w:t>Rvp 10938/2016</w:t>
      </w:r>
    </w:p>
    <w:p>
      <w:r>
        <w:t>sp. zn. 21 XCdo 115/2016 z 26. mája 2016</w:t>
      </w:r>
    </w:p>
    <w:p>
      <w:r>
        <w:t>251.</w:t>
      </w:r>
    </w:p>
    <w:p>
      <w:r>
        <w:t>Rvp 10939/2016</w:t>
      </w:r>
    </w:p>
    <w:p>
      <w:r>
        <w:t>sp. zn. 18 XCdo 57/2015 z 26. mája 2016</w:t>
      </w:r>
    </w:p>
    <w:p>
      <w:r>
        <w:t>252.</w:t>
      </w:r>
    </w:p>
    <w:p>
      <w:r>
        <w:t>Rvp 10940/2016</w:t>
      </w:r>
    </w:p>
    <w:p>
      <w:r>
        <w:t>sp. zn. 15 XCdo 56/2015 z 31. mája 2016</w:t>
      </w:r>
    </w:p>
    <w:p>
      <w:r>
        <w:t>253.</w:t>
      </w:r>
    </w:p>
    <w:p>
      <w:r>
        <w:t>Rvp 10941/2016</w:t>
      </w:r>
    </w:p>
    <w:p>
      <w:r>
        <w:t>sp. zn. 21 XCdo 121/2016 z 26. mája 2016</w:t>
      </w:r>
    </w:p>
    <w:p>
      <w:r>
        <w:t>254.</w:t>
      </w:r>
    </w:p>
    <w:p>
      <w:r>
        <w:t>Rvp 10942/2016</w:t>
      </w:r>
    </w:p>
    <w:p>
      <w:r>
        <w:t>sp. zn. 21 XCdo 126/2016 z 26. mája 2016</w:t>
      </w:r>
    </w:p>
    <w:p>
      <w:r>
        <w:t>255.</w:t>
      </w:r>
    </w:p>
    <w:p>
      <w:r>
        <w:t>Rvp 10943/2016</w:t>
      </w:r>
    </w:p>
    <w:p>
      <w:r>
        <w:t>sp. zn. 10 XCdo 103/2016 z 1. júna 2016</w:t>
      </w:r>
    </w:p>
    <w:p>
      <w:r>
        <w:t>256.</w:t>
      </w:r>
    </w:p>
    <w:p>
      <w:r>
        <w:t>Rvp 10944/2016</w:t>
      </w:r>
    </w:p>
    <w:p>
      <w:r>
        <w:t>sp. zn. 10 XCdo 115/2016 z 1. júna 2016</w:t>
      </w:r>
    </w:p>
    <w:p>
      <w:r>
        <w:t>257.</w:t>
      </w:r>
    </w:p>
    <w:p>
      <w:r>
        <w:t>Rvp 10945/2016</w:t>
      </w:r>
    </w:p>
    <w:p>
      <w:r>
        <w:t>sp. zn. 7 Cdo 542/2015 z 25. mája 2016</w:t>
      </w:r>
    </w:p>
    <w:p>
      <w:r>
        <w:t>258.</w:t>
      </w:r>
    </w:p>
    <w:p>
      <w:r>
        <w:t>Rvp 10946/2016</w:t>
      </w:r>
    </w:p>
    <w:p>
      <w:r>
        <w:t>sp. zn. 1 Cdo 537/2015 z 26. mája 2016</w:t>
      </w:r>
    </w:p>
    <w:p>
      <w:r>
        <w:t>259.</w:t>
      </w:r>
    </w:p>
    <w:p>
      <w:r>
        <w:t>Rvp 10947/2016</w:t>
      </w:r>
    </w:p>
    <w:p>
      <w:r>
        <w:t>sp. zn. 21 XCdo 128/2016 z 26. mája 2016</w:t>
      </w:r>
    </w:p>
    <w:p>
      <w:r>
        <w:t>260.</w:t>
      </w:r>
    </w:p>
    <w:p>
      <w:r>
        <w:t>Rvp 10948/2016</w:t>
      </w:r>
    </w:p>
    <w:p>
      <w:r>
        <w:t>sp. zn. 4 XCdo 20/2016 z 24. mája 2016</w:t>
      </w:r>
    </w:p>
    <w:p>
      <w:r>
        <w:t>261.</w:t>
      </w:r>
    </w:p>
    <w:p>
      <w:r>
        <w:t>Rvp 10949/2016</w:t>
      </w:r>
    </w:p>
    <w:p>
      <w:r>
        <w:t>sp. zn. 21 XCdo 112/2016 z 26. mája 2016</w:t>
      </w:r>
    </w:p>
    <w:p>
      <w:r>
        <w:t>262.</w:t>
      </w:r>
    </w:p>
    <w:p>
      <w:r>
        <w:t>Rvp 10950/2016</w:t>
      </w:r>
    </w:p>
    <w:p>
      <w:r>
        <w:t>sp. zn. 10 XCdo 158/2016 z 1. júna 2016</w:t>
      </w:r>
    </w:p>
    <w:p>
      <w:r>
        <w:t>263.</w:t>
      </w:r>
    </w:p>
    <w:p>
      <w:r>
        <w:t>Rvp 10951/2016</w:t>
      </w:r>
    </w:p>
    <w:p>
      <w:r>
        <w:t>sp. zn. 10 XCdo 105/2016 z 1. júna 2016</w:t>
      </w:r>
    </w:p>
    <w:p>
      <w:r>
        <w:t>264.</w:t>
      </w:r>
    </w:p>
    <w:p>
      <w:r>
        <w:t>Rvp 10952/2016</w:t>
      </w:r>
    </w:p>
    <w:p>
      <w:r>
        <w:t>sp. zn. 10 XCdo 107/2016 z 1. júna 2016</w:t>
      </w:r>
    </w:p>
    <w:p>
      <w:r>
        <w:t>265.</w:t>
      </w:r>
    </w:p>
    <w:p>
      <w:r>
        <w:t>Rvp 10953/2016</w:t>
      </w:r>
    </w:p>
    <w:p>
      <w:r>
        <w:t>sp. zn. 7 Cdo 828/2015 z 25. mája 2016</w:t>
      </w:r>
    </w:p>
    <w:p>
      <w:r>
        <w:t>266.</w:t>
      </w:r>
    </w:p>
    <w:p>
      <w:r>
        <w:t>Rvp 10954/2016</w:t>
      </w:r>
    </w:p>
    <w:p>
      <w:r>
        <w:t>sp. zn. 21 XCdo 23/2015 z 25. mája 2016</w:t>
      </w:r>
    </w:p>
    <w:p>
      <w:r>
        <w:t>267.</w:t>
      </w:r>
    </w:p>
    <w:p>
      <w:r>
        <w:t>Rvp 10955/2016</w:t>
      </w:r>
    </w:p>
    <w:p>
      <w:r>
        <w:t>sp. zn. 28 XCdo 122/2016 z 1. júna 2016</w:t>
      </w:r>
    </w:p>
    <w:p>
      <w:r>
        <w:t>268.</w:t>
      </w:r>
    </w:p>
    <w:p>
      <w:r>
        <w:t>Rvp 10956/2016</w:t>
      </w:r>
    </w:p>
    <w:p>
      <w:r>
        <w:t>sp. zn. 21 XCdo 43/2015 z 25. mája 2016</w:t>
      </w:r>
    </w:p>
    <w:p>
      <w:r>
        <w:t>269.</w:t>
      </w:r>
    </w:p>
    <w:p>
      <w:r>
        <w:t>Rvp 10957/2016</w:t>
      </w:r>
    </w:p>
    <w:p>
      <w:r>
        <w:t>sp. zn. 28 XCdo 134/2016 z 1. júna 2016</w:t>
      </w:r>
    </w:p>
    <w:p>
      <w:r>
        <w:t>10</w:t>
      </w:r>
    </w:p>
    <w:p>
      <w:r>
        <w:t>270.</w:t>
      </w:r>
    </w:p>
    <w:p>
      <w:r>
        <w:t>Rvp 10958/2016</w:t>
      </w:r>
    </w:p>
    <w:p>
      <w:r>
        <w:t>sp. zn. 27 XCdo 33/2015 z 25. mája 2016</w:t>
      </w:r>
    </w:p>
    <w:p>
      <w:r>
        <w:t>271.</w:t>
      </w:r>
    </w:p>
    <w:p>
      <w:r>
        <w:t>Rvp 10959/2016</w:t>
      </w:r>
    </w:p>
    <w:p>
      <w:r>
        <w:t>sp. zn. 3 XCdo 35/2016 z 20. júna 2016</w:t>
      </w:r>
    </w:p>
    <w:p>
      <w:r>
        <w:t>272.</w:t>
      </w:r>
    </w:p>
    <w:p>
      <w:r>
        <w:t>Rvp 10960/2016</w:t>
      </w:r>
    </w:p>
    <w:p>
      <w:r>
        <w:t>sp. zn. 21 XCdo 19/2015 z 25. mája 2016</w:t>
      </w:r>
    </w:p>
    <w:p>
      <w:r>
        <w:t>273.</w:t>
      </w:r>
    </w:p>
    <w:p>
      <w:r>
        <w:t>Rvp 10961/2016</w:t>
      </w:r>
    </w:p>
    <w:p>
      <w:r>
        <w:t>sp. zn. 2 Cdo 891/2015 z 30. mája 2016</w:t>
      </w:r>
    </w:p>
    <w:p>
      <w:r>
        <w:t>274.</w:t>
      </w:r>
    </w:p>
    <w:p>
      <w:r>
        <w:t>Rvp 10962/2016</w:t>
      </w:r>
    </w:p>
    <w:p>
      <w:r>
        <w:t>sp. zn. 7 Cdo 615/2015 z 25. mája 2016</w:t>
      </w:r>
    </w:p>
    <w:p>
      <w:r>
        <w:t>275.</w:t>
      </w:r>
    </w:p>
    <w:p>
      <w:r>
        <w:t>Rvp 10963/2016</w:t>
      </w:r>
    </w:p>
    <w:p>
      <w:r>
        <w:t>sp. zn. 19 XCdo 131/2016 z 25. mája 2016</w:t>
      </w:r>
    </w:p>
    <w:p>
      <w:r>
        <w:t>276.</w:t>
      </w:r>
    </w:p>
    <w:p>
      <w:r>
        <w:t>Rvp 10964/2016</w:t>
      </w:r>
    </w:p>
    <w:p>
      <w:r>
        <w:t>sp. zn. 15 XCdo 28/2016 z 31. mája 2016</w:t>
      </w:r>
    </w:p>
    <w:p>
      <w:r>
        <w:t>277.</w:t>
      </w:r>
    </w:p>
    <w:p>
      <w:r>
        <w:t>Rvp 10965/2016</w:t>
      </w:r>
    </w:p>
    <w:p>
      <w:r>
        <w:t>sp. zn. 28 XCdo 126/2016 z 1. júna 2016</w:t>
      </w:r>
    </w:p>
    <w:p>
      <w:r>
        <w:t>278.</w:t>
      </w:r>
    </w:p>
    <w:p>
      <w:r>
        <w:t>Rvp 10966/2016</w:t>
      </w:r>
    </w:p>
    <w:p>
      <w:r>
        <w:t>sp. zn. 1 Cdo 52/2015 zo 14. apríla 2016</w:t>
      </w:r>
    </w:p>
    <w:p>
      <w:r>
        <w:t>279.</w:t>
      </w:r>
    </w:p>
    <w:p>
      <w:r>
        <w:t>Rvp 10967/016</w:t>
      </w:r>
    </w:p>
    <w:p>
      <w:r>
        <w:t>sp. zn. 2 Cdo 678/2015 z 29. apríla 2016</w:t>
      </w:r>
    </w:p>
    <w:p>
      <w:r>
        <w:t>280.</w:t>
      </w:r>
    </w:p>
    <w:p>
      <w:r>
        <w:t>Rvp 10968/2016</w:t>
      </w:r>
    </w:p>
    <w:p>
      <w:r>
        <w:t>sp. zn. 19 XCdo 67/2016 z 27. apríla 2016</w:t>
      </w:r>
    </w:p>
    <w:p>
      <w:r>
        <w:t>281.</w:t>
      </w:r>
    </w:p>
    <w:p>
      <w:r>
        <w:t>Rvp 10969/2016</w:t>
      </w:r>
    </w:p>
    <w:p>
      <w:r>
        <w:t>sp. zn. 2 Cdo 679/2015 z 29. apríla 2016</w:t>
      </w:r>
    </w:p>
    <w:p>
      <w:r>
        <w:t>282.</w:t>
      </w:r>
    </w:p>
    <w:p>
      <w:r>
        <w:t>Rvp 10970/2016</w:t>
      </w:r>
    </w:p>
    <w:p>
      <w:r>
        <w:t>sp. zn. 28 XCdo 121/2016 z 1. júna 2016</w:t>
      </w:r>
    </w:p>
    <w:p>
      <w:r>
        <w:t>283.</w:t>
      </w:r>
    </w:p>
    <w:p>
      <w:r>
        <w:t>Rvp 10971/2016</w:t>
      </w:r>
    </w:p>
    <w:p>
      <w:r>
        <w:t>sp. zn. 4 Cdo 741/2015 z 24. mája 2016</w:t>
      </w:r>
    </w:p>
    <w:p>
      <w:r>
        <w:t>284.</w:t>
      </w:r>
    </w:p>
    <w:p>
      <w:r>
        <w:t>Rvp 10972/2016</w:t>
      </w:r>
    </w:p>
    <w:p>
      <w:r>
        <w:t>sp. zn. 21 XCdo 34/2015 z 25. mája 2016</w:t>
      </w:r>
    </w:p>
    <w:p>
      <w:r>
        <w:t>285.</w:t>
      </w:r>
    </w:p>
    <w:p>
      <w:r>
        <w:t>Rvp 10973/2016</w:t>
      </w:r>
    </w:p>
    <w:p>
      <w:r>
        <w:t>sp. zn. 24 XCdo 88/2016 z 25. mája 2016</w:t>
      </w:r>
    </w:p>
    <w:p>
      <w:r>
        <w:t>286.</w:t>
      </w:r>
    </w:p>
    <w:p>
      <w:r>
        <w:t>Rvp 10974/2016</w:t>
      </w:r>
    </w:p>
    <w:p>
      <w:r>
        <w:t>sp. zn. 9 XCdo 170/2016 z 8. júna 2016</w:t>
      </w:r>
    </w:p>
    <w:p>
      <w:r>
        <w:t>287.</w:t>
      </w:r>
    </w:p>
    <w:p>
      <w:r>
        <w:t>Rvp 10975/2016</w:t>
      </w:r>
    </w:p>
    <w:p>
      <w:r>
        <w:t>sp. zn. 24 XCdo 82/2016 z 25. mája 2016</w:t>
      </w:r>
    </w:p>
    <w:p>
      <w:r>
        <w:t>288.</w:t>
      </w:r>
    </w:p>
    <w:p>
      <w:r>
        <w:t>Rvp 10976/2016</w:t>
      </w:r>
    </w:p>
    <w:p>
      <w:r>
        <w:t>sp. zn. 18 XCdo 28/2016 z 26. mája 2016</w:t>
      </w:r>
    </w:p>
    <w:p>
      <w:r>
        <w:t>289.</w:t>
      </w:r>
    </w:p>
    <w:p>
      <w:r>
        <w:t>Rvp 10977/2016</w:t>
      </w:r>
    </w:p>
    <w:p>
      <w:r>
        <w:t>sp. zn. 15 XCdo 8/2016 z 31. mája 2016</w:t>
      </w:r>
    </w:p>
    <w:p>
      <w:r>
        <w:t>290.</w:t>
      </w:r>
    </w:p>
    <w:p>
      <w:r>
        <w:t>Rvp 10978/2016</w:t>
      </w:r>
    </w:p>
    <w:p>
      <w:r>
        <w:t>sp. zn. 15 XCdo 33/2015 z 31. mája 2016</w:t>
      </w:r>
    </w:p>
    <w:p>
      <w:r>
        <w:t>291.</w:t>
      </w:r>
    </w:p>
    <w:p>
      <w:r>
        <w:t>Rvp 10979/2016</w:t>
      </w:r>
    </w:p>
    <w:p>
      <w:r>
        <w:t>sp. zn. 21 XCdo 8/2016 z 25. mája 2016</w:t>
      </w:r>
    </w:p>
    <w:p>
      <w:r>
        <w:t>292.</w:t>
      </w:r>
    </w:p>
    <w:p>
      <w:r>
        <w:t>Rvp 10980/2016</w:t>
      </w:r>
    </w:p>
    <w:p>
      <w:r>
        <w:t>sp. zn. 10 XCdo 108/2016 z 1. júna 2016</w:t>
      </w:r>
    </w:p>
    <w:p>
      <w:r>
        <w:t>293.</w:t>
      </w:r>
    </w:p>
    <w:p>
      <w:r>
        <w:t>Rvp 10981/2016</w:t>
      </w:r>
    </w:p>
    <w:p>
      <w:r>
        <w:t>sp. zn. 10 XCdo 109/2016 z 1. júna 2016</w:t>
      </w:r>
    </w:p>
    <w:p>
      <w:r>
        <w:t>294.</w:t>
      </w:r>
    </w:p>
    <w:p>
      <w:r>
        <w:t>Rvp 10982/2016</w:t>
      </w:r>
    </w:p>
    <w:p>
      <w:r>
        <w:t>sp. zn. 3 Cdo 1322/2015 zo 6. júna 2016</w:t>
      </w:r>
    </w:p>
    <w:p>
      <w:r>
        <w:t>295.</w:t>
      </w:r>
    </w:p>
    <w:p>
      <w:r>
        <w:t>Rvp 10983/2016</w:t>
      </w:r>
    </w:p>
    <w:p>
      <w:r>
        <w:t>sp. zn. 1 Cdo 597/2015 z 26. mája 2016</w:t>
      </w:r>
    </w:p>
    <w:p>
      <w:r>
        <w:t>296.</w:t>
      </w:r>
    </w:p>
    <w:p>
      <w:r>
        <w:t>Rvp 10984/2016</w:t>
      </w:r>
    </w:p>
    <w:p>
      <w:r>
        <w:t>sp. zn. 19 XCdo 190/2016 z 25. mája 2016</w:t>
      </w:r>
    </w:p>
    <w:p>
      <w:r>
        <w:t>297.</w:t>
      </w:r>
    </w:p>
    <w:p>
      <w:r>
        <w:t>Rvp 10985/2016</w:t>
      </w:r>
    </w:p>
    <w:p>
      <w:r>
        <w:t>sp. zn. 18 XCdo 32/2016 z 26. mája 2016</w:t>
      </w:r>
    </w:p>
    <w:p>
      <w:r>
        <w:t>298.</w:t>
      </w:r>
    </w:p>
    <w:p>
      <w:r>
        <w:t>Rvp 10986/2016</w:t>
      </w:r>
    </w:p>
    <w:p>
      <w:r>
        <w:t>sp. zn. 28 XCdo 141/2016 z 1. júna 2016</w:t>
      </w:r>
    </w:p>
    <w:p>
      <w:r>
        <w:t>299.</w:t>
      </w:r>
    </w:p>
    <w:p>
      <w:r>
        <w:t>Rvp 10987/2016</w:t>
      </w:r>
    </w:p>
    <w:p>
      <w:r>
        <w:t>sp. zn. 4 Cdo 1150/2015 z 24. mája 2016</w:t>
      </w:r>
    </w:p>
    <w:p>
      <w:r>
        <w:t>300.</w:t>
      </w:r>
    </w:p>
    <w:p>
      <w:r>
        <w:t>Rvp 10988/2016</w:t>
      </w:r>
    </w:p>
    <w:p>
      <w:r>
        <w:t>sp. zn. 21 XCdo 20/2015 z 25. mája 2016</w:t>
      </w:r>
    </w:p>
    <w:p>
      <w:r>
        <w:t>301.</w:t>
      </w:r>
    </w:p>
    <w:p>
      <w:r>
        <w:t>Rvp 10989/2016</w:t>
      </w:r>
    </w:p>
    <w:p>
      <w:r>
        <w:t>sp. zn. 4 Cdo 515/2015 z 24. mája 2016</w:t>
      </w:r>
    </w:p>
    <w:p>
      <w:r>
        <w:t>302.</w:t>
      </w:r>
    </w:p>
    <w:p>
      <w:r>
        <w:t>Rvp 10990/2016</w:t>
      </w:r>
    </w:p>
    <w:p>
      <w:r>
        <w:t>sp. zn. 7 Cdo 809/2015 z 26. apríla 2016</w:t>
      </w:r>
    </w:p>
    <w:p>
      <w:r>
        <w:t>303.</w:t>
      </w:r>
    </w:p>
    <w:p>
      <w:r>
        <w:t>Rvp 10991/2016</w:t>
      </w:r>
    </w:p>
    <w:p>
      <w:r>
        <w:t>sp. zn. 27 XCdo 6/2015 z 25. mája 2016</w:t>
      </w:r>
    </w:p>
    <w:p>
      <w:r>
        <w:t>11</w:t>
      </w:r>
    </w:p>
    <w:p>
      <w:r>
        <w:t>304.</w:t>
      </w:r>
    </w:p>
    <w:p>
      <w:r>
        <w:t>Rvp 10992/2016</w:t>
      </w:r>
    </w:p>
    <w:p>
      <w:r>
        <w:t>sp. zn. 1 Cdo 360/2015 z 26. mája 2016</w:t>
      </w:r>
    </w:p>
    <w:p>
      <w:r>
        <w:t>305.</w:t>
      </w:r>
    </w:p>
    <w:p>
      <w:r>
        <w:t>Rvp 10993/2016</w:t>
      </w:r>
    </w:p>
    <w:p>
      <w:r>
        <w:t>sp. zn. 23 XCdo 9/2015 zo 14. júna 2016</w:t>
      </w:r>
    </w:p>
    <w:p>
      <w:r>
        <w:t>306.</w:t>
      </w:r>
    </w:p>
    <w:p>
      <w:r>
        <w:t>Rvp 10994/2016</w:t>
      </w:r>
    </w:p>
    <w:p>
      <w:r>
        <w:t>sp. zn. 28 XCdo 129/2016 z 1. júna 2016</w:t>
      </w:r>
    </w:p>
    <w:p>
      <w:r>
        <w:t>307.</w:t>
      </w:r>
    </w:p>
    <w:p>
      <w:r>
        <w:t>Rvp 10995/2016</w:t>
      </w:r>
    </w:p>
    <w:p>
      <w:r>
        <w:t>sp. zn. 4 Cdo 1175/2015 z 24. mája 2016</w:t>
      </w:r>
    </w:p>
    <w:p>
      <w:r>
        <w:t>308.</w:t>
      </w:r>
    </w:p>
    <w:p>
      <w:r>
        <w:t>Rvp 10996/2016</w:t>
      </w:r>
    </w:p>
    <w:p>
      <w:r>
        <w:t>sp. zn. 9 XCdo 204/2016 z 8. júna 2016</w:t>
      </w:r>
    </w:p>
    <w:p>
      <w:r>
        <w:t>309.</w:t>
      </w:r>
    </w:p>
    <w:p>
      <w:r>
        <w:t>Rvp 10997/2016</w:t>
      </w:r>
    </w:p>
    <w:p>
      <w:r>
        <w:t>sp. zn. 2 Cdo 632/2015 z 29. apríla 2016</w:t>
      </w:r>
    </w:p>
    <w:p>
      <w:r>
        <w:t>310.</w:t>
      </w:r>
    </w:p>
    <w:p>
      <w:r>
        <w:t>Rvp 10998/2016</w:t>
      </w:r>
    </w:p>
    <w:p>
      <w:r>
        <w:t>sp. zn. 14 XCdo 21/2015 z 25. mája 2016</w:t>
      </w:r>
    </w:p>
    <w:p>
      <w:r>
        <w:t>311.</w:t>
      </w:r>
    </w:p>
    <w:p>
      <w:r>
        <w:t>Rvp 10999/2016</w:t>
      </w:r>
    </w:p>
    <w:p>
      <w:r>
        <w:t>sp. zn. 27 XCdo 21/2015 z 25. mája 2016</w:t>
      </w:r>
    </w:p>
    <w:p>
      <w:r>
        <w:t>312.</w:t>
      </w:r>
    </w:p>
    <w:p>
      <w:r>
        <w:t>Rvp 11000/2016</w:t>
      </w:r>
    </w:p>
    <w:p>
      <w:r>
        <w:t>sp. zn. 27 XCdo 29/2015 z 25. mája 2016</w:t>
      </w:r>
    </w:p>
    <w:p>
      <w:r>
        <w:t>313.</w:t>
      </w:r>
    </w:p>
    <w:p>
      <w:r>
        <w:t>Rvp 11001/2016</w:t>
      </w:r>
    </w:p>
    <w:p>
      <w:r>
        <w:t>sp. zn. 18 XCdo 2/2016 z 26. mája 2016</w:t>
      </w:r>
    </w:p>
    <w:p>
      <w:r>
        <w:t>314.</w:t>
      </w:r>
    </w:p>
    <w:p>
      <w:r>
        <w:t>Rvp 11002/2016</w:t>
      </w:r>
    </w:p>
    <w:p>
      <w:r>
        <w:t>sp. zn. 27 XCdo 18/2015 z 25. mája 2016</w:t>
      </w:r>
    </w:p>
    <w:p>
      <w:r>
        <w:t>315.</w:t>
      </w:r>
    </w:p>
    <w:p>
      <w:r>
        <w:t>Rvp 11003/2016</w:t>
      </w:r>
    </w:p>
    <w:p>
      <w:r>
        <w:t>sp. zn. 2 Cdo 990/2015 z 30. mája 2016</w:t>
      </w:r>
    </w:p>
    <w:p>
      <w:r>
        <w:t>316.</w:t>
      </w:r>
    </w:p>
    <w:p>
      <w:r>
        <w:t>Rvp 11004/2016</w:t>
      </w:r>
    </w:p>
    <w:p>
      <w:r>
        <w:t>sp. zn. 28 XCdo 118/2016 z 1. júna 2016</w:t>
      </w:r>
    </w:p>
    <w:p>
      <w:r>
        <w:t>317.</w:t>
      </w:r>
    </w:p>
    <w:p>
      <w:r>
        <w:t>Rvp 11005/2016</w:t>
      </w:r>
    </w:p>
    <w:p>
      <w:r>
        <w:t>sp. zn. 28 XCdo 163/2016 z 1. júna 2016</w:t>
      </w:r>
    </w:p>
    <w:p>
      <w:r>
        <w:t>318.</w:t>
      </w:r>
    </w:p>
    <w:p>
      <w:r>
        <w:t>Rvp 11006/2016</w:t>
      </w:r>
    </w:p>
    <w:p>
      <w:r>
        <w:t>sp. zn. 9 XCdo 196/2016 z 8. júna 2016</w:t>
      </w:r>
    </w:p>
    <w:p>
      <w:r>
        <w:t>319.</w:t>
      </w:r>
    </w:p>
    <w:p>
      <w:r>
        <w:t>Rvp 11007/2016</w:t>
      </w:r>
    </w:p>
    <w:p>
      <w:r>
        <w:t>sp. zn. 21 XCdo 54/2015 z 25. mája 2016</w:t>
      </w:r>
    </w:p>
    <w:p>
      <w:r>
        <w:t>320.</w:t>
      </w:r>
    </w:p>
    <w:p>
      <w:r>
        <w:t>Rvp 11008/2016</w:t>
      </w:r>
    </w:p>
    <w:p>
      <w:r>
        <w:t>sp. zn. 28 XCdo 150/2016 z 1. júna 2016</w:t>
      </w:r>
    </w:p>
    <w:p>
      <w:r>
        <w:t>321.</w:t>
      </w:r>
    </w:p>
    <w:p>
      <w:r>
        <w:t>Rvp 11009/2016</w:t>
      </w:r>
    </w:p>
    <w:p>
      <w:r>
        <w:t>sp. zn. 16 XCdo 54/2015 z 21. júna 2016</w:t>
      </w:r>
    </w:p>
    <w:p>
      <w:r>
        <w:t>322.</w:t>
      </w:r>
    </w:p>
    <w:p>
      <w:r>
        <w:t>Rvp 11010/2016</w:t>
      </w:r>
    </w:p>
    <w:p>
      <w:r>
        <w:t>sp. zn. 9 XCdo 159/2016 z 8. júna 2016</w:t>
      </w:r>
    </w:p>
    <w:p>
      <w:r>
        <w:t>323.</w:t>
      </w:r>
    </w:p>
    <w:p>
      <w:r>
        <w:t>Rvp 11011/2016</w:t>
      </w:r>
    </w:p>
    <w:p>
      <w:r>
        <w:t>sp. zn. 24 XCdo 10/2015 z 31. mája 2016</w:t>
      </w:r>
    </w:p>
    <w:p>
      <w:r>
        <w:t>324.</w:t>
      </w:r>
    </w:p>
    <w:p>
      <w:r>
        <w:t>Rvp 11012/2016</w:t>
      </w:r>
    </w:p>
    <w:p>
      <w:r>
        <w:t>sp. zn. 9 XCdo 162/2016 z 8. júna 2016</w:t>
      </w:r>
    </w:p>
    <w:p>
      <w:r>
        <w:t>325.</w:t>
      </w:r>
    </w:p>
    <w:p>
      <w:r>
        <w:t>Rvp 11013/2016</w:t>
      </w:r>
    </w:p>
    <w:p>
      <w:r>
        <w:t>sp. zn. 21 XCdo 51/2015 z 25. mája 2016</w:t>
      </w:r>
    </w:p>
    <w:p>
      <w:r>
        <w:t>326.</w:t>
      </w:r>
    </w:p>
    <w:p>
      <w:r>
        <w:t>Rvp 11014/2016</w:t>
      </w:r>
    </w:p>
    <w:p>
      <w:r>
        <w:t>sp. zn. 2 Cdo 780/2015 z 29. apríla 2016</w:t>
      </w:r>
    </w:p>
    <w:p>
      <w:r>
        <w:t>327.</w:t>
      </w:r>
    </w:p>
    <w:p>
      <w:r>
        <w:t>Rvp 11015/2016</w:t>
      </w:r>
    </w:p>
    <w:p>
      <w:r>
        <w:t>sp. zn. 16 XCdo 5/2016 z 9. mája 2016</w:t>
      </w:r>
    </w:p>
    <w:p>
      <w:r>
        <w:t>328.</w:t>
      </w:r>
    </w:p>
    <w:p>
      <w:r>
        <w:t>Rvp 11016/2016</w:t>
      </w:r>
    </w:p>
    <w:p>
      <w:r>
        <w:t>sp. zn. 4 Cdo 972/2015 z 24. mája 2016</w:t>
      </w:r>
    </w:p>
    <w:p>
      <w:r>
        <w:t>329.</w:t>
      </w:r>
    </w:p>
    <w:p>
      <w:r>
        <w:t>Rvp 11017/2016</w:t>
      </w:r>
    </w:p>
    <w:p>
      <w:r>
        <w:t>sp. zn. 16 XCdo 47/2015 z 9. mája 2016</w:t>
      </w:r>
    </w:p>
    <w:p>
      <w:r>
        <w:t>330.</w:t>
      </w:r>
    </w:p>
    <w:p>
      <w:r>
        <w:t>Rvp 11018/2016</w:t>
      </w:r>
    </w:p>
    <w:p>
      <w:r>
        <w:t>sp. zn. 18 XCdo 49/2015 z 28. apríla 2016</w:t>
      </w:r>
    </w:p>
    <w:p>
      <w:r>
        <w:t>331.</w:t>
      </w:r>
    </w:p>
    <w:p>
      <w:r>
        <w:t>Rvp 11019/2016</w:t>
      </w:r>
    </w:p>
    <w:p>
      <w:r>
        <w:t>sp. zn. 22 XCdo 39/2015 z 8. júna 2016</w:t>
      </w:r>
    </w:p>
    <w:p>
      <w:r>
        <w:t>332.</w:t>
      </w:r>
    </w:p>
    <w:p>
      <w:r>
        <w:t>Rvp 11020/2016</w:t>
      </w:r>
    </w:p>
    <w:p>
      <w:r>
        <w:t>sp. zn. 28 XCdo 116/2016 z 1. júna 2016</w:t>
      </w:r>
    </w:p>
    <w:p>
      <w:r>
        <w:t>333.</w:t>
      </w:r>
    </w:p>
    <w:p>
      <w:r>
        <w:t>Rvp 11021/2016</w:t>
      </w:r>
    </w:p>
    <w:p>
      <w:r>
        <w:t>sp. zn. 2 Cdo 741/2015 z 29. apríla 2016</w:t>
      </w:r>
    </w:p>
    <w:p>
      <w:r>
        <w:t>334.</w:t>
      </w:r>
    </w:p>
    <w:p>
      <w:r>
        <w:t>Rvp 11022/2016</w:t>
      </w:r>
    </w:p>
    <w:p>
      <w:r>
        <w:t>sp. zn. 28 XCdo 95/2016 z 1. júna 2016</w:t>
      </w:r>
    </w:p>
    <w:p>
      <w:r>
        <w:t>335.</w:t>
      </w:r>
    </w:p>
    <w:p>
      <w:r>
        <w:t>Rvp 11023/2016</w:t>
      </w:r>
    </w:p>
    <w:p>
      <w:r>
        <w:t>sp. zn. 9 XCdo 165/2016 z 8. júna 2016</w:t>
      </w:r>
    </w:p>
    <w:p>
      <w:r>
        <w:t>336.</w:t>
      </w:r>
    </w:p>
    <w:p>
      <w:r>
        <w:t>Rvp 11024/2016</w:t>
      </w:r>
    </w:p>
    <w:p>
      <w:r>
        <w:t>sp. zn. 15 XCdo 16/2016 z 31. mája 2016</w:t>
      </w:r>
    </w:p>
    <w:p>
      <w:r>
        <w:t>337.</w:t>
      </w:r>
    </w:p>
    <w:p>
      <w:r>
        <w:t>Rvp 11025/2016</w:t>
      </w:r>
    </w:p>
    <w:p>
      <w:r>
        <w:t>sp. zn. 21 XCdo 39/2015 z 25. mája 2016</w:t>
      </w:r>
    </w:p>
    <w:p>
      <w:r>
        <w:t>12</w:t>
      </w:r>
    </w:p>
    <w:p>
      <w:r>
        <w:t>338.</w:t>
      </w:r>
    </w:p>
    <w:p>
      <w:r>
        <w:t>Rvp 11026/2016</w:t>
      </w:r>
    </w:p>
    <w:p>
      <w:r>
        <w:t>sp. zn. 19 XCdo 144/2016 z 27. apríla 2016</w:t>
      </w:r>
    </w:p>
    <w:p>
      <w:r>
        <w:t>339.</w:t>
      </w:r>
    </w:p>
    <w:p>
      <w:r>
        <w:t>Rvp 11027/2016</w:t>
      </w:r>
    </w:p>
    <w:p>
      <w:r>
        <w:t>sp. zn. 28 XCdo 133/2016 z 1. júna 2016</w:t>
      </w:r>
    </w:p>
    <w:p>
      <w:r>
        <w:t>340.</w:t>
      </w:r>
    </w:p>
    <w:p>
      <w:r>
        <w:t>Rvp 11028/2016</w:t>
      </w:r>
    </w:p>
    <w:p>
      <w:r>
        <w:t>sp. zn. 2 Cdo 890/2015 z 30. mája 2016</w:t>
      </w:r>
    </w:p>
    <w:p>
      <w:r>
        <w:t>341.</w:t>
      </w:r>
    </w:p>
    <w:p>
      <w:r>
        <w:t>Rvp 11029/2016</w:t>
      </w:r>
    </w:p>
    <w:p>
      <w:r>
        <w:t>sp. zn. 24 XCdo 84/2016 z 26. mája 2016</w:t>
      </w:r>
    </w:p>
    <w:p>
      <w:r>
        <w:t>342.</w:t>
      </w:r>
    </w:p>
    <w:p>
      <w:r>
        <w:t>Rvp 11030/2016</w:t>
      </w:r>
    </w:p>
    <w:p>
      <w:r>
        <w:t>sp. zn. 21 XCdo 42/2015 z 25. mája 2016</w:t>
      </w:r>
    </w:p>
    <w:p>
      <w:r>
        <w:t>343.</w:t>
      </w:r>
    </w:p>
    <w:p>
      <w:r>
        <w:t>Rvp 11031/2016</w:t>
      </w:r>
    </w:p>
    <w:p>
      <w:r>
        <w:t>sp. zn. 13 XCdo 21/2016 z 19. mája 2016</w:t>
      </w:r>
    </w:p>
    <w:p>
      <w:r>
        <w:t>344.</w:t>
      </w:r>
    </w:p>
    <w:p>
      <w:r>
        <w:t>Rvp 11032/2016</w:t>
      </w:r>
    </w:p>
    <w:p>
      <w:r>
        <w:t>sp. zn. 16 XCdo 34/2015 z 18. mája 2016</w:t>
      </w:r>
    </w:p>
    <w:p>
      <w:r>
        <w:t>345.</w:t>
      </w:r>
    </w:p>
    <w:p>
      <w:r>
        <w:t>Rvp 11033/2016</w:t>
      </w:r>
    </w:p>
    <w:p>
      <w:r>
        <w:t>sp. zn. 21 XCdo 108/2016 z 26. mája 2016</w:t>
      </w:r>
    </w:p>
    <w:p>
      <w:r>
        <w:t>346.</w:t>
      </w:r>
    </w:p>
    <w:p>
      <w:r>
        <w:t>Rvp 11034/2016</w:t>
      </w:r>
    </w:p>
    <w:p>
      <w:r>
        <w:t>sp. zn. 9 XCdo 197/2016 z 8. júna 2016</w:t>
      </w:r>
    </w:p>
    <w:p>
      <w:r>
        <w:t>347.</w:t>
      </w:r>
    </w:p>
    <w:p>
      <w:r>
        <w:t>Rvp 11035/2016</w:t>
      </w:r>
    </w:p>
    <w:p>
      <w:r>
        <w:t>sp. zn. 7 Cdo 505/2015 z 25. mája 2016</w:t>
      </w:r>
    </w:p>
    <w:p>
      <w:r>
        <w:t>348.</w:t>
      </w:r>
    </w:p>
    <w:p>
      <w:r>
        <w:t>Rvp 11036/2016</w:t>
      </w:r>
    </w:p>
    <w:p>
      <w:r>
        <w:t>sp. zn. 28 XCdo 125/2016 z 1. júna 2016</w:t>
      </w:r>
    </w:p>
    <w:p>
      <w:r>
        <w:t>349.</w:t>
      </w:r>
    </w:p>
    <w:p>
      <w:r>
        <w:t>Rvp 11037/2016</w:t>
      </w:r>
    </w:p>
    <w:p>
      <w:r>
        <w:t>sp. zn. 15 XCdo 27/2016 z 31. mája 2016</w:t>
      </w:r>
    </w:p>
    <w:p>
      <w:r>
        <w:t>350.</w:t>
      </w:r>
    </w:p>
    <w:p>
      <w:r>
        <w:t>Rvp 11461/2016</w:t>
      </w:r>
    </w:p>
    <w:p>
      <w:r>
        <w:t>sp. zn. 1 Cdo 366/2015 z 26. mája 2016</w:t>
      </w:r>
    </w:p>
    <w:p>
      <w:r>
        <w:t>351.</w:t>
      </w:r>
    </w:p>
    <w:p>
      <w:r>
        <w:t>Rvp 11462/2016</w:t>
      </w:r>
    </w:p>
    <w:p>
      <w:r>
        <w:t>sp. zn. 1 Cdo 373/2015 z 26. mája 2016</w:t>
      </w:r>
    </w:p>
    <w:p>
      <w:r>
        <w:t>352.</w:t>
      </w:r>
    </w:p>
    <w:p>
      <w:r>
        <w:t>Rvp 11463/2016</w:t>
      </w:r>
    </w:p>
    <w:p>
      <w:r>
        <w:t>sp. zn. 1 Cdo 367/2015 z 26. mája 2016</w:t>
      </w:r>
    </w:p>
    <w:p>
      <w:r>
        <w:t>353.</w:t>
      </w:r>
    </w:p>
    <w:p>
      <w:r>
        <w:t>Rvp 11464/2016</w:t>
      </w:r>
    </w:p>
    <w:p>
      <w:r>
        <w:t>sp. zn. 1 Cdo 371/2015 z 26. mája 2016</w:t>
      </w:r>
    </w:p>
    <w:p>
      <w:r>
        <w:t>354.</w:t>
      </w:r>
    </w:p>
    <w:p>
      <w:r>
        <w:t>Rvp 11465/2016</w:t>
      </w:r>
    </w:p>
    <w:p>
      <w:r>
        <w:t>sp. zn. 1 Cdo 374/2015 z 26. mája 2016</w:t>
      </w:r>
    </w:p>
    <w:p>
      <w:r>
        <w:t>355.</w:t>
      </w:r>
    </w:p>
    <w:p>
      <w:r>
        <w:t>Rvp 11466/2016</w:t>
      </w:r>
    </w:p>
    <w:p>
      <w:r>
        <w:t>sp. zn. 1 Cdo 369/2015 z 26. mája 2016</w:t>
      </w:r>
    </w:p>
    <w:p>
      <w:r>
        <w:t>356.</w:t>
      </w:r>
    </w:p>
    <w:p>
      <w:r>
        <w:t>Rvp 11467/2016</w:t>
      </w:r>
    </w:p>
    <w:p>
      <w:r>
        <w:t>sp. zn. 1 Cdo 375/2015 z 26. mája 2016</w:t>
      </w:r>
    </w:p>
    <w:p>
      <w:r>
        <w:t>357.</w:t>
      </w:r>
    </w:p>
    <w:p>
      <w:r>
        <w:t>Rvp 11468/2016</w:t>
      </w:r>
    </w:p>
    <w:p>
      <w:r>
        <w:t>sp. zn. 1 Cdo 372/2015 z 26. mája 2016</w:t>
      </w:r>
    </w:p>
    <w:p>
      <w:r>
        <w:t>358.</w:t>
      </w:r>
    </w:p>
    <w:p>
      <w:r>
        <w:t>Rvp 11469/2016</w:t>
      </w:r>
    </w:p>
    <w:p>
      <w:r>
        <w:t>sp. zn. 3 Cdo 1299/2015 z 22. júna 2016</w:t>
      </w:r>
    </w:p>
    <w:p>
      <w:r>
        <w:t>359.</w:t>
      </w:r>
    </w:p>
    <w:p>
      <w:r>
        <w:t>Rvp 11470/2016</w:t>
      </w:r>
    </w:p>
    <w:p>
      <w:r>
        <w:t>sp. zn. 3 Cdo 1300/2015 z 22. júna 2016</w:t>
      </w:r>
    </w:p>
    <w:p>
      <w:r>
        <w:t>360.</w:t>
      </w:r>
    </w:p>
    <w:p>
      <w:r>
        <w:t>Rvp 11471/2016</w:t>
      </w:r>
    </w:p>
    <w:p>
      <w:r>
        <w:t>sp. zn. 3 Cdo 1302/2015 z 22. júna 2016</w:t>
      </w:r>
    </w:p>
    <w:p>
      <w:r>
        <w:t>361.</w:t>
      </w:r>
    </w:p>
    <w:p>
      <w:r>
        <w:t>Rvp 11472/2016</w:t>
      </w:r>
    </w:p>
    <w:p>
      <w:r>
        <w:t>sp. zn. 11 XCdo 107/2016 z 23. júna 2016</w:t>
      </w:r>
    </w:p>
    <w:p>
      <w:r>
        <w:t>362.</w:t>
      </w:r>
    </w:p>
    <w:p>
      <w:r>
        <w:t>Rvp 11473/2016</w:t>
      </w:r>
    </w:p>
    <w:p>
      <w:r>
        <w:t>sp. zn. 28 XCdo 151/2016 z 1. júna 2016</w:t>
      </w:r>
    </w:p>
    <w:p>
      <w:r>
        <w:t>363.</w:t>
      </w:r>
    </w:p>
    <w:p>
      <w:r>
        <w:t>Rvp 11474/2016</w:t>
      </w:r>
    </w:p>
    <w:p>
      <w:r>
        <w:t>sp. zn. 2 Cdo 995/2015 z 30. mája 2016</w:t>
      </w:r>
    </w:p>
    <w:p>
      <w:r>
        <w:t>364.</w:t>
      </w:r>
    </w:p>
    <w:p>
      <w:r>
        <w:t>Rvp 11475/2016</w:t>
      </w:r>
    </w:p>
    <w:p>
      <w:r>
        <w:t>sp. zn. 27 XCdo 13/2015 z 25. mája 2016</w:t>
      </w:r>
    </w:p>
    <w:p>
      <w:r>
        <w:t>365.</w:t>
      </w:r>
    </w:p>
    <w:p>
      <w:r>
        <w:t>Rvp 11476/2016</w:t>
      </w:r>
    </w:p>
    <w:p>
      <w:r>
        <w:t>sp. zn. 10 XCdo 176/2016 z 1. júna 2016</w:t>
      </w:r>
    </w:p>
    <w:p>
      <w:r>
        <w:t>366.</w:t>
      </w:r>
    </w:p>
    <w:p>
      <w:r>
        <w:t>Rvp 11477/2016</w:t>
      </w:r>
    </w:p>
    <w:p>
      <w:r>
        <w:t>sp. zn. 21 XCdo 17/2015 z 25. mája 2016</w:t>
      </w:r>
    </w:p>
    <w:p>
      <w:r>
        <w:t>367.</w:t>
      </w:r>
    </w:p>
    <w:p>
      <w:r>
        <w:t>Rvp 11478/2016</w:t>
      </w:r>
    </w:p>
    <w:p>
      <w:r>
        <w:t>sp. zn. 28 XCdo 179/2016 z 1. júna 2016</w:t>
      </w:r>
    </w:p>
    <w:p>
      <w:r>
        <w:t>368.</w:t>
      </w:r>
    </w:p>
    <w:p>
      <w:r>
        <w:t>Rvp 11479/2016</w:t>
      </w:r>
    </w:p>
    <w:p>
      <w:r>
        <w:t>369.</w:t>
      </w:r>
    </w:p>
    <w:p>
      <w:r>
        <w:t>Rvp 11480/2016</w:t>
      </w:r>
    </w:p>
    <w:p>
      <w:r>
        <w:t>sp. zn. 7 Cdo 450/2015, 7 Cdo 451/2015, 7 Cdo 452/2015, 7 Cdo 453/2015, 7 Cdo 454/2015 z 26. apríla 2016 sp. zn. 21 XCdo 144/2016 z 26. mája 2016</w:t>
      </w:r>
    </w:p>
    <w:p>
      <w:r>
        <w:t>370.</w:t>
      </w:r>
    </w:p>
    <w:p>
      <w:r>
        <w:t>Rvp 11481/2016</w:t>
      </w:r>
    </w:p>
    <w:p>
      <w:r>
        <w:t>sp. zn. 21 XCdo 44/2015 z 25. mája 2016</w:t>
      </w:r>
    </w:p>
    <w:p>
      <w:r>
        <w:t>13</w:t>
      </w:r>
    </w:p>
    <w:p>
      <w:r>
        <w:t>371.</w:t>
      </w:r>
    </w:p>
    <w:p>
      <w:r>
        <w:t>Rvp 11482/2016</w:t>
      </w:r>
    </w:p>
    <w:p>
      <w:r>
        <w:t>sp. zn. 14 XCdo 136/2016 z 31. mája 2016</w:t>
      </w:r>
    </w:p>
    <w:p>
      <w:r>
        <w:t>372.</w:t>
      </w:r>
    </w:p>
    <w:p>
      <w:r>
        <w:t>Rvp 11483/2016</w:t>
      </w:r>
    </w:p>
    <w:p>
      <w:r>
        <w:t>sp. zn. 4 Cdo 911/2015 z 23. júna 2016</w:t>
      </w:r>
    </w:p>
    <w:p>
      <w:r>
        <w:t>373.</w:t>
      </w:r>
    </w:p>
    <w:p>
      <w:r>
        <w:t>Rvp 11484/2016</w:t>
      </w:r>
    </w:p>
    <w:p>
      <w:r>
        <w:t>sp. zn. 19 XCdo 204/2016 z 29. júna 2016</w:t>
      </w:r>
    </w:p>
    <w:p>
      <w:r>
        <w:t>374.</w:t>
      </w:r>
    </w:p>
    <w:p>
      <w:r>
        <w:t>Rvp 11485/2016</w:t>
      </w:r>
    </w:p>
    <w:p>
      <w:r>
        <w:t>sp. zn. 19 XCdo 205/2016 z 29. júna 2016</w:t>
      </w:r>
    </w:p>
    <w:p>
      <w:r>
        <w:t>375.</w:t>
      </w:r>
    </w:p>
    <w:p>
      <w:r>
        <w:t>Rvp 11486/2016</w:t>
      </w:r>
    </w:p>
    <w:p>
      <w:r>
        <w:t>sp. zn. 19 XCdo 206/2016 z 29. júna 2016</w:t>
      </w:r>
    </w:p>
    <w:p>
      <w:r>
        <w:t>376.</w:t>
      </w:r>
    </w:p>
    <w:p>
      <w:r>
        <w:t>Rvp 11487/2016</w:t>
      </w:r>
    </w:p>
    <w:p>
      <w:r>
        <w:t>sp. zn. 19 XCdo 208/2016 z 29. júna 2016</w:t>
      </w:r>
    </w:p>
    <w:p>
      <w:r>
        <w:t>377.</w:t>
      </w:r>
    </w:p>
    <w:p>
      <w:r>
        <w:t>Rvp 11488/2016</w:t>
      </w:r>
    </w:p>
    <w:p>
      <w:r>
        <w:t>sp. zn. 19 XCdo 207/2016 z 29. júna 2016</w:t>
      </w:r>
    </w:p>
    <w:p>
      <w:r>
        <w:t>378.</w:t>
      </w:r>
    </w:p>
    <w:p>
      <w:r>
        <w:t>Rvp 11489/2016</w:t>
      </w:r>
    </w:p>
    <w:p>
      <w:r>
        <w:t>sp. zn. 4 Cdo 851/2015 z 23. júna 2016</w:t>
      </w:r>
    </w:p>
    <w:p>
      <w:r>
        <w:t>379.</w:t>
      </w:r>
    </w:p>
    <w:p>
      <w:r>
        <w:t>Rvp 11490/2016</w:t>
      </w:r>
    </w:p>
    <w:p>
      <w:r>
        <w:t>sp. zn. 10 XCdo 191/2016 z 15. júna 2016</w:t>
      </w:r>
    </w:p>
    <w:p>
      <w:r>
        <w:t>380.</w:t>
      </w:r>
    </w:p>
    <w:p>
      <w:r>
        <w:t>Rvp 11491/2016</w:t>
      </w:r>
    </w:p>
    <w:p>
      <w:r>
        <w:t>sp. zn. 18 XCdo 101/2016 z 23. mája 2016</w:t>
      </w:r>
    </w:p>
    <w:p>
      <w:r>
        <w:t>381.</w:t>
      </w:r>
    </w:p>
    <w:p>
      <w:r>
        <w:t>Rvp 11492/2016</w:t>
      </w:r>
    </w:p>
    <w:p>
      <w:r>
        <w:t>sp. zn. 16 XCdo 13/2016 z 22. júna 2016</w:t>
      </w:r>
    </w:p>
    <w:p>
      <w:r>
        <w:t>382.</w:t>
      </w:r>
    </w:p>
    <w:p>
      <w:r>
        <w:t>Rvp 11493/2016</w:t>
      </w:r>
    </w:p>
    <w:p>
      <w:r>
        <w:t>sp. zn. 13 XCdo 78/2016 z 28. júna 2016</w:t>
      </w:r>
    </w:p>
    <w:p>
      <w:r>
        <w:t>383.</w:t>
      </w:r>
    </w:p>
    <w:p>
      <w:r>
        <w:t>Rvp 11494/2016</w:t>
      </w:r>
    </w:p>
    <w:p>
      <w:r>
        <w:t>sp. zn. 13 XCdo 64/2016 z 28. júna 2016</w:t>
      </w:r>
    </w:p>
    <w:p>
      <w:r>
        <w:t>384.</w:t>
      </w:r>
    </w:p>
    <w:p>
      <w:r>
        <w:t>Rvp 11495/2016</w:t>
      </w:r>
    </w:p>
    <w:p>
      <w:r>
        <w:t>sp. zn. 13 XCdo 73/2016 z 28. júna 2016</w:t>
      </w:r>
    </w:p>
    <w:p>
      <w:r>
        <w:t>385.</w:t>
      </w:r>
    </w:p>
    <w:p>
      <w:r>
        <w:t>Rvp 11496/2016</w:t>
      </w:r>
    </w:p>
    <w:p>
      <w:r>
        <w:t>sp. zn. 13 XCdo 69/2016 z 28. júna 2016</w:t>
      </w:r>
    </w:p>
    <w:p>
      <w:r>
        <w:t>386.</w:t>
      </w:r>
    </w:p>
    <w:p>
      <w:r>
        <w:t>Rvp 11497/2016</w:t>
      </w:r>
    </w:p>
    <w:p>
      <w:r>
        <w:t>sp. zn. 13 XCdo 71/2016 z 28. júna 2016</w:t>
      </w:r>
    </w:p>
    <w:p>
      <w:r>
        <w:t>387.</w:t>
      </w:r>
    </w:p>
    <w:p>
      <w:r>
        <w:t>Rvp 11498/2016</w:t>
      </w:r>
    </w:p>
    <w:p>
      <w:r>
        <w:t>sp. zn. 2 Cdo 722/2015 z 30. mája 2016</w:t>
      </w:r>
    </w:p>
    <w:p>
      <w:r>
        <w:t>388.</w:t>
      </w:r>
    </w:p>
    <w:p>
      <w:r>
        <w:t>Rvp 11499/2016</w:t>
      </w:r>
    </w:p>
    <w:p>
      <w:r>
        <w:t>sp. zn. 28 XCdo 90/2016 z 1. júna 2016</w:t>
      </w:r>
    </w:p>
    <w:p>
      <w:r>
        <w:t>389.</w:t>
      </w:r>
    </w:p>
    <w:p>
      <w:r>
        <w:t>Rvp 11500/2016</w:t>
      </w:r>
    </w:p>
    <w:p>
      <w:r>
        <w:t>sp. zn. 28 XCdo 89/2016 z 1. júna 2016</w:t>
      </w:r>
    </w:p>
    <w:p>
      <w:r>
        <w:t>390.</w:t>
      </w:r>
    </w:p>
    <w:p>
      <w:r>
        <w:t>Rvp 11501/2016</w:t>
      </w:r>
    </w:p>
    <w:p>
      <w:r>
        <w:t>sp. zn. 28 XCdo 88/2016 z 1. júna 2016</w:t>
      </w:r>
    </w:p>
    <w:p>
      <w:r>
        <w:t>391.</w:t>
      </w:r>
    </w:p>
    <w:p>
      <w:r>
        <w:t>Rvp 11502/2016</w:t>
      </w:r>
    </w:p>
    <w:p>
      <w:r>
        <w:t>sp. zn. 28 XCdo 86/2016 z 1. júna 2016</w:t>
      </w:r>
    </w:p>
    <w:p>
      <w:r>
        <w:t>392.</w:t>
      </w:r>
    </w:p>
    <w:p>
      <w:r>
        <w:t>Rvp 11503/2016</w:t>
      </w:r>
    </w:p>
    <w:p>
      <w:r>
        <w:t>sp. zn. 28 XCdo 85/2016 z 1. júna 2016</w:t>
      </w:r>
    </w:p>
    <w:p>
      <w:r>
        <w:t>393.</w:t>
      </w:r>
    </w:p>
    <w:p>
      <w:r>
        <w:t>Rvp 11504/2016</w:t>
      </w:r>
    </w:p>
    <w:p>
      <w:r>
        <w:t>sp. zn. 28 XCdo 84/2016 z 1. júna 2016</w:t>
      </w:r>
    </w:p>
    <w:p>
      <w:r>
        <w:t>394.</w:t>
      </w:r>
    </w:p>
    <w:p>
      <w:r>
        <w:t>Rvp 11505/2016</w:t>
      </w:r>
    </w:p>
    <w:p>
      <w:r>
        <w:t>sp. zn. 28 XCdo 83/2016 z 1. júna 2016</w:t>
      </w:r>
    </w:p>
    <w:p>
      <w:r>
        <w:t>395.</w:t>
      </w:r>
    </w:p>
    <w:p>
      <w:r>
        <w:t>Rvp 11506/2016</w:t>
      </w:r>
    </w:p>
    <w:p>
      <w:r>
        <w:t>sp. zn. 28 XCdo 82/2016 z 1. júna 2016</w:t>
      </w:r>
    </w:p>
    <w:p>
      <w:r>
        <w:t>396.</w:t>
      </w:r>
    </w:p>
    <w:p>
      <w:r>
        <w:t>Rvp 11507/2016</w:t>
      </w:r>
    </w:p>
    <w:p>
      <w:r>
        <w:t>sp. zn. 18 XCdo 36/2016 z 26. mája 2016</w:t>
      </w:r>
    </w:p>
    <w:p>
      <w:r>
        <w:t>397.</w:t>
      </w:r>
    </w:p>
    <w:p>
      <w:r>
        <w:t>Rvp 11508/2016</w:t>
      </w:r>
    </w:p>
    <w:p>
      <w:r>
        <w:t>sp. zn. 13 XCdo 76/2016 z 28. júna 2016</w:t>
      </w:r>
    </w:p>
    <w:p>
      <w:r>
        <w:t>398.</w:t>
      </w:r>
    </w:p>
    <w:p>
      <w:r>
        <w:t>Rvp 11509/2016</w:t>
      </w:r>
    </w:p>
    <w:p>
      <w:r>
        <w:t>sp. zn. 28 XCdo 78/2016 z 1. júna 2016</w:t>
      </w:r>
    </w:p>
    <w:p>
      <w:r>
        <w:t>399.</w:t>
      </w:r>
    </w:p>
    <w:p>
      <w:r>
        <w:t>Rvp 11510/2016</w:t>
      </w:r>
    </w:p>
    <w:p>
      <w:r>
        <w:t>sp. zn. 28 XCdo 80/2016 z 1. júna 2016</w:t>
      </w:r>
    </w:p>
    <w:p>
      <w:r>
        <w:t>400.</w:t>
      </w:r>
    </w:p>
    <w:p>
      <w:r>
        <w:t>Rvp 11511/2016</w:t>
      </w:r>
    </w:p>
    <w:p>
      <w:r>
        <w:t>sp. zn. 28 XCdo 91/2016 z 1. júna 2016</w:t>
      </w:r>
    </w:p>
    <w:p>
      <w:r>
        <w:t>401.</w:t>
      </w:r>
    </w:p>
    <w:p>
      <w:r>
        <w:t>Rvp 11512/2016</w:t>
      </w:r>
    </w:p>
    <w:p>
      <w:r>
        <w:t>sp. zn. 28 XCdo 81/2016 z 1. júna 2016</w:t>
      </w:r>
    </w:p>
    <w:p>
      <w:r>
        <w:t>402.</w:t>
      </w:r>
    </w:p>
    <w:p>
      <w:r>
        <w:t>Rvp 11513/2016</w:t>
      </w:r>
    </w:p>
    <w:p>
      <w:r>
        <w:t>sp. zn. 28 XCdo 87/2016 z 1. júna 2016</w:t>
      </w:r>
    </w:p>
    <w:p>
      <w:r>
        <w:t>403.</w:t>
      </w:r>
    </w:p>
    <w:p>
      <w:r>
        <w:t>Rvp 11514/2016</w:t>
      </w:r>
    </w:p>
    <w:p>
      <w:r>
        <w:t>sp. zn. 28 XCdo 152/2016 z 1. júna 2016</w:t>
      </w:r>
    </w:p>
    <w:p>
      <w:r>
        <w:t>404.</w:t>
      </w:r>
    </w:p>
    <w:p>
      <w:r>
        <w:t>Rvp 11515/2016</w:t>
      </w:r>
    </w:p>
    <w:p>
      <w:r>
        <w:t>sp. zn. 28 XCdo 155/2016 z 1. júna 2016</w:t>
      </w:r>
    </w:p>
    <w:p>
      <w:r>
        <w:t>14</w:t>
      </w:r>
    </w:p>
    <w:p>
      <w:r>
        <w:t>405.</w:t>
      </w:r>
    </w:p>
    <w:p>
      <w:r>
        <w:t>Rvp 11516/2016</w:t>
      </w:r>
    </w:p>
    <w:p>
      <w:r>
        <w:t>sp. zn. 28 XCdo 153/2016 z 1. júna 2016</w:t>
      </w:r>
    </w:p>
    <w:p>
      <w:r>
        <w:t>406.</w:t>
      </w:r>
    </w:p>
    <w:p>
      <w:r>
        <w:t>Rvp 11517/2016</w:t>
      </w:r>
    </w:p>
    <w:p>
      <w:r>
        <w:t>sp. zn. 11 XCdo 108/2016 z 23. júna 2016</w:t>
      </w:r>
    </w:p>
    <w:p>
      <w:r>
        <w:t>407.</w:t>
      </w:r>
    </w:p>
    <w:p>
      <w:r>
        <w:t>Rvp 11518/2016</w:t>
      </w:r>
    </w:p>
    <w:p>
      <w:r>
        <w:t>sp. zn. 27 XCdo 24/2015 z 25. mája 2016</w:t>
      </w:r>
    </w:p>
    <w:p>
      <w:r>
        <w:t>408.</w:t>
      </w:r>
    </w:p>
    <w:p>
      <w:r>
        <w:t>Rvp 11519/2016</w:t>
      </w:r>
    </w:p>
    <w:p>
      <w:r>
        <w:t>sp. zn. 24 XCdo 105/2016 z 31. mája 2016</w:t>
      </w:r>
    </w:p>
    <w:p>
      <w:r>
        <w:t>409.</w:t>
      </w:r>
    </w:p>
    <w:p>
      <w:r>
        <w:t>Rvp 11520/2016</w:t>
      </w:r>
    </w:p>
    <w:p>
      <w:r>
        <w:t>sp. zn. 15 XCdo 25/2016 z 31. mája 2016</w:t>
      </w:r>
    </w:p>
    <w:p>
      <w:r>
        <w:t>410.</w:t>
      </w:r>
    </w:p>
    <w:p>
      <w:r>
        <w:t>Rvp 11521/2016</w:t>
      </w:r>
    </w:p>
    <w:p>
      <w:r>
        <w:t>sp. zn. 2 Cdo 955/2015 z 30. mája 2016</w:t>
      </w:r>
    </w:p>
    <w:p>
      <w:r>
        <w:t>411.</w:t>
      </w:r>
    </w:p>
    <w:p>
      <w:r>
        <w:t>Rvp 11522/2016</w:t>
      </w:r>
    </w:p>
    <w:p>
      <w:r>
        <w:t>sp. zn. 23 XCdo 46/2015 zo 14. júna 2016</w:t>
      </w:r>
    </w:p>
    <w:p>
      <w:r>
        <w:t>412.</w:t>
      </w:r>
    </w:p>
    <w:p>
      <w:r>
        <w:t>Rvp 11523/2016</w:t>
      </w:r>
    </w:p>
    <w:p>
      <w:r>
        <w:t>sp. zn. 9 XCdo 206/2016 z 8. júna 2016</w:t>
      </w:r>
    </w:p>
    <w:p>
      <w:r>
        <w:t>413.</w:t>
      </w:r>
    </w:p>
    <w:p>
      <w:r>
        <w:t>Rvp 11524/2016</w:t>
      </w:r>
    </w:p>
    <w:p>
      <w:r>
        <w:t>sp. zn. 21 XCdo 45/2015 z 25. mája 2016</w:t>
      </w:r>
    </w:p>
    <w:p>
      <w:r>
        <w:t>414.</w:t>
      </w:r>
    </w:p>
    <w:p>
      <w:r>
        <w:t>Rvp 11525/2016</w:t>
      </w:r>
    </w:p>
    <w:p>
      <w:r>
        <w:t>sp. zn. 21 XCdo 57/2015 z 31. mája 2016</w:t>
      </w:r>
    </w:p>
    <w:p>
      <w:r>
        <w:t>415.</w:t>
      </w:r>
    </w:p>
    <w:p>
      <w:r>
        <w:t>Rvp 11526/2016</w:t>
      </w:r>
    </w:p>
    <w:p>
      <w:r>
        <w:t>sp. zn. 28 XCdo 148/2016 z 1. júna 2016</w:t>
      </w:r>
    </w:p>
    <w:p>
      <w:r>
        <w:t>416.</w:t>
      </w:r>
    </w:p>
    <w:p>
      <w:r>
        <w:t>Rvp 11527/2016</w:t>
      </w:r>
    </w:p>
    <w:p>
      <w:r>
        <w:t>sp. zn. 28 XCdo 172/2016 z 1. júna 2016</w:t>
      </w:r>
    </w:p>
    <w:p>
      <w:r>
        <w:t>417.</w:t>
      </w:r>
    </w:p>
    <w:p>
      <w:r>
        <w:t>Rvp 11528/2016</w:t>
      </w:r>
    </w:p>
    <w:p>
      <w:r>
        <w:t>sp. zn. 2 Cdo 763/2015 z 30. mája 2016</w:t>
      </w:r>
    </w:p>
    <w:p>
      <w:r>
        <w:t>418.</w:t>
      </w:r>
    </w:p>
    <w:p>
      <w:r>
        <w:t>Rvp 11529/2016</w:t>
      </w:r>
    </w:p>
    <w:p>
      <w:r>
        <w:t>sp. zn. 21 XCdo 52/2015 z 31. mája 2016</w:t>
      </w:r>
    </w:p>
    <w:p>
      <w:r>
        <w:t>419.</w:t>
      </w:r>
    </w:p>
    <w:p>
      <w:r>
        <w:t>Rvp 11530/2016</w:t>
      </w:r>
    </w:p>
    <w:p>
      <w:r>
        <w:t>sp. zn. 21 XCdo 53/2015 z 31. mája 2016</w:t>
      </w:r>
    </w:p>
    <w:p>
      <w:r>
        <w:t>420.</w:t>
      </w:r>
    </w:p>
    <w:p>
      <w:r>
        <w:t>Rvp 11531/2016</w:t>
      </w:r>
    </w:p>
    <w:p>
      <w:r>
        <w:t>sp. zn. 9 XCdo 183/2016 z 8. múna 2016</w:t>
      </w:r>
    </w:p>
    <w:p>
      <w:r>
        <w:t>421.</w:t>
      </w:r>
    </w:p>
    <w:p>
      <w:r>
        <w:t>Rvp 11532/2016</w:t>
      </w:r>
    </w:p>
    <w:p>
      <w:r>
        <w:t>sp. zn. 18 XCdo 100/2016 z 23. mája 2016</w:t>
      </w:r>
    </w:p>
    <w:p>
      <w:r>
        <w:t>422.</w:t>
      </w:r>
    </w:p>
    <w:p>
      <w:r>
        <w:t>Rvp 11533/2016</w:t>
      </w:r>
    </w:p>
    <w:p>
      <w:r>
        <w:t>sp. zn. 13 XCdo 39/2015 z 21. apríla 2016</w:t>
      </w:r>
    </w:p>
    <w:p>
      <w:r>
        <w:t>423.</w:t>
      </w:r>
    </w:p>
    <w:p>
      <w:r>
        <w:t>Rvp 11534/2016</w:t>
      </w:r>
    </w:p>
    <w:p>
      <w:r>
        <w:t>sp. zn. 17 XCdo 40/2015 z 29. februára 2016</w:t>
      </w:r>
    </w:p>
    <w:p>
      <w:r>
        <w:t>424.</w:t>
      </w:r>
    </w:p>
    <w:p>
      <w:r>
        <w:t>Rvp 11535/2016</w:t>
      </w:r>
    </w:p>
    <w:p>
      <w:r>
        <w:t>sp. zn. 9 XCdo 181/2016 z 8. júna 2016</w:t>
      </w:r>
    </w:p>
    <w:p>
      <w:r>
        <w:t>425.</w:t>
      </w:r>
    </w:p>
    <w:p>
      <w:r>
        <w:t>Rvp 11536/2016</w:t>
      </w:r>
    </w:p>
    <w:p>
      <w:r>
        <w:t>sp. zn. 17 XCdo 181/2016 z 31. mája 2016</w:t>
      </w:r>
    </w:p>
    <w:p>
      <w:r>
        <w:t>426.</w:t>
      </w:r>
    </w:p>
    <w:p>
      <w:r>
        <w:t>Rvp 11537/2016</w:t>
      </w:r>
    </w:p>
    <w:p>
      <w:r>
        <w:t>sp. zn. 8 XCdo 43/2016 z 23. júna 2016</w:t>
      </w:r>
    </w:p>
    <w:p>
      <w:r>
        <w:t>427.</w:t>
      </w:r>
    </w:p>
    <w:p>
      <w:r>
        <w:t>Rvp 11538/2016</w:t>
      </w:r>
    </w:p>
    <w:p>
      <w:r>
        <w:t>sp. zn. 14 XCdo 115/2016 z 8. júna 2016</w:t>
      </w:r>
    </w:p>
    <w:p>
      <w:r>
        <w:t>428.</w:t>
      </w:r>
    </w:p>
    <w:p>
      <w:r>
        <w:t>Rvp 11539/2016</w:t>
      </w:r>
    </w:p>
    <w:p>
      <w:r>
        <w:t>sp. zn. 21 XCdo 28/2015 z 25. mája 2016</w:t>
      </w:r>
    </w:p>
    <w:p>
      <w:r>
        <w:t>429.</w:t>
      </w:r>
    </w:p>
    <w:p>
      <w:r>
        <w:t>Rvp 11540/2016</w:t>
      </w:r>
    </w:p>
    <w:p>
      <w:r>
        <w:t>sp. zn. 24 XCdo 98/2016 z 31. mája 2016</w:t>
      </w:r>
    </w:p>
    <w:p>
      <w:r>
        <w:t>430.</w:t>
      </w:r>
    </w:p>
    <w:p>
      <w:r>
        <w:t>Rvp 11541/2016</w:t>
      </w:r>
    </w:p>
    <w:p>
      <w:r>
        <w:t>sp. zn. 10 XCdo 188/2016 z 15. júna 2016</w:t>
      </w:r>
    </w:p>
    <w:p>
      <w:r>
        <w:t>431.</w:t>
      </w:r>
    </w:p>
    <w:p>
      <w:r>
        <w:t>Rvp 11542/2016</w:t>
      </w:r>
    </w:p>
    <w:p>
      <w:r>
        <w:t>sp. zn. 12 XCdo 217/2016 z 27. júna 2016</w:t>
      </w:r>
    </w:p>
    <w:p>
      <w:r>
        <w:t>432.</w:t>
      </w:r>
    </w:p>
    <w:p>
      <w:r>
        <w:t>Rvp 11543/2016</w:t>
      </w:r>
    </w:p>
    <w:p>
      <w:r>
        <w:t>sp. zn. 10 XCdo 98/2016 z 15. júna 2016</w:t>
      </w:r>
    </w:p>
    <w:p>
      <w:r>
        <w:t>433.</w:t>
      </w:r>
    </w:p>
    <w:p>
      <w:r>
        <w:t>Rvp 11544/2016</w:t>
      </w:r>
    </w:p>
    <w:p>
      <w:r>
        <w:t>sp. zn. 10 XCdo 117/2016 z 15. júna 2016</w:t>
      </w:r>
    </w:p>
    <w:p>
      <w:r>
        <w:t>434.</w:t>
      </w:r>
    </w:p>
    <w:p>
      <w:r>
        <w:t>Rvp 11545/2016</w:t>
      </w:r>
    </w:p>
    <w:p>
      <w:r>
        <w:t>sp. zn. 10 XCdo 77/2016 z 15. júna 2016</w:t>
      </w:r>
    </w:p>
    <w:p>
      <w:r>
        <w:t>435.</w:t>
      </w:r>
    </w:p>
    <w:p>
      <w:r>
        <w:t>Rvp 11546/2016</w:t>
      </w:r>
    </w:p>
    <w:p>
      <w:r>
        <w:t>sp. zn. 28 XCdo 117/2016 z 1. júna 2016</w:t>
      </w:r>
    </w:p>
    <w:p>
      <w:r>
        <w:t>436.</w:t>
      </w:r>
    </w:p>
    <w:p>
      <w:r>
        <w:t>Rvp 11547/2016</w:t>
      </w:r>
    </w:p>
    <w:p>
      <w:r>
        <w:t>sp. zn. 2 Cdo 714/2015 z 30. mája 2016</w:t>
      </w:r>
    </w:p>
    <w:p>
      <w:r>
        <w:t>437.</w:t>
      </w:r>
    </w:p>
    <w:p>
      <w:r>
        <w:t>Rvp 11548/2016</w:t>
      </w:r>
    </w:p>
    <w:p>
      <w:r>
        <w:t>sp. zn. 21 XCdo 16/2015 z 25. mája 2016</w:t>
      </w:r>
    </w:p>
    <w:p>
      <w:r>
        <w:t>438.</w:t>
      </w:r>
    </w:p>
    <w:p>
      <w:r>
        <w:t>Rvp 11549/2016</w:t>
      </w:r>
    </w:p>
    <w:p>
      <w:r>
        <w:t>sp. zn. 15 XCdo 12/2015 z 31. mája 2016</w:t>
      </w:r>
    </w:p>
    <w:p>
      <w:r>
        <w:t>15</w:t>
      </w:r>
    </w:p>
    <w:p>
      <w:r>
        <w:t>439.</w:t>
      </w:r>
    </w:p>
    <w:p>
      <w:r>
        <w:t>Rvp 11550/2016</w:t>
      </w:r>
    </w:p>
    <w:p>
      <w:r>
        <w:t>sp. zn. 5 Cdo 828/2015 z 22. júna 2016</w:t>
      </w:r>
    </w:p>
    <w:p>
      <w:r>
        <w:t>440.</w:t>
      </w:r>
    </w:p>
    <w:p>
      <w:r>
        <w:t>Rvp 11551/2016</w:t>
      </w:r>
    </w:p>
    <w:p>
      <w:r>
        <w:t>sp. zn. 28 XCdo 128/2016 z 1. júna 2016</w:t>
      </w:r>
    </w:p>
    <w:p>
      <w:r>
        <w:t>441.</w:t>
      </w:r>
    </w:p>
    <w:p>
      <w:r>
        <w:t>Rvp 11552/2016</w:t>
      </w:r>
    </w:p>
    <w:p>
      <w:r>
        <w:t>sp. zn. 13 XCdo 77/2016 z 28. júna 2016</w:t>
      </w:r>
    </w:p>
    <w:p>
      <w:r>
        <w:t>442.</w:t>
      </w:r>
    </w:p>
    <w:p>
      <w:r>
        <w:t>Rvp 11553/2016</w:t>
      </w:r>
    </w:p>
    <w:p>
      <w:r>
        <w:t>sp. zn. 21 XCdo 141/2016 z 26. mája 2016</w:t>
      </w:r>
    </w:p>
    <w:p>
      <w:r>
        <w:t>443.</w:t>
      </w:r>
    </w:p>
    <w:p>
      <w:r>
        <w:t>Rvp 11554/2016</w:t>
      </w:r>
    </w:p>
    <w:p>
      <w:r>
        <w:t>sp. zn. 28 XCdo 79/2016 z 1. júna 2016</w:t>
      </w:r>
    </w:p>
    <w:p>
      <w:r>
        <w:t>444.</w:t>
      </w:r>
    </w:p>
    <w:p>
      <w:r>
        <w:t>Rvp 11555/2016</w:t>
      </w:r>
    </w:p>
    <w:p>
      <w:r>
        <w:t>sp. zn. 27 XCdo 19/2015 z 25. mája 2016</w:t>
      </w:r>
    </w:p>
    <w:p>
      <w:r>
        <w:t>445.</w:t>
      </w:r>
    </w:p>
    <w:p>
      <w:r>
        <w:t>Rvp 11556/2016</w:t>
      </w:r>
    </w:p>
    <w:p>
      <w:r>
        <w:t>sp. zn. 27 XCdo 31/2015 z 25. mája 2016</w:t>
      </w:r>
    </w:p>
    <w:p>
      <w:r>
        <w:t>446.</w:t>
      </w:r>
    </w:p>
    <w:p>
      <w:r>
        <w:t>Rvp 11557/2016</w:t>
      </w:r>
    </w:p>
    <w:p>
      <w:r>
        <w:t>sp. zn. 2 Cdo 726/2015 z 30. mája 2016</w:t>
      </w:r>
    </w:p>
    <w:p>
      <w:r>
        <w:t>447.</w:t>
      </w:r>
    </w:p>
    <w:p>
      <w:r>
        <w:t>Rvp 11558/2016</w:t>
      </w:r>
    </w:p>
    <w:p>
      <w:r>
        <w:t>sp. zn. 5 Cdo 806/2015 z 22. júna 2016</w:t>
      </w:r>
    </w:p>
    <w:p>
      <w:r>
        <w:t>448.</w:t>
      </w:r>
    </w:p>
    <w:p>
      <w:r>
        <w:t>Rvp 11559/2016</w:t>
      </w:r>
    </w:p>
    <w:p>
      <w:r>
        <w:t>sp. zn. 24 XCdo 122/2016 z 26. mája 2016</w:t>
      </w:r>
    </w:p>
    <w:p>
      <w:r>
        <w:t>449.</w:t>
      </w:r>
    </w:p>
    <w:p>
      <w:r>
        <w:t>Rvp 11560/2016</w:t>
      </w:r>
    </w:p>
    <w:p>
      <w:r>
        <w:t>sp. zn. 14 XCdo 112/2016 z 8. júna 2016</w:t>
      </w:r>
    </w:p>
    <w:p>
      <w:r>
        <w:t>450.</w:t>
      </w:r>
    </w:p>
    <w:p>
      <w:r>
        <w:t>Rvp 11561/2016</w:t>
      </w:r>
    </w:p>
    <w:p>
      <w:r>
        <w:t>sp. zn. 14 XCdo 30/2016 z 8. júna 2016</w:t>
      </w:r>
    </w:p>
    <w:p>
      <w:r>
        <w:t>451.</w:t>
      </w:r>
    </w:p>
    <w:p>
      <w:r>
        <w:t>Rvp 11562/2016</w:t>
      </w:r>
    </w:p>
    <w:p>
      <w:r>
        <w:t>sp. zn. 2 Cdo 985/2015 z 30. mája 2016</w:t>
      </w:r>
    </w:p>
    <w:p>
      <w:r>
        <w:t>452.</w:t>
      </w:r>
    </w:p>
    <w:p>
      <w:r>
        <w:t>Rvp 11563/2016</w:t>
      </w:r>
    </w:p>
    <w:p>
      <w:r>
        <w:t>sp. zn. 28 XCdo 65/2016 z 1. júna 2016</w:t>
      </w:r>
    </w:p>
    <w:p>
      <w:r>
        <w:t>453.</w:t>
      </w:r>
    </w:p>
    <w:p>
      <w:r>
        <w:t>Rvp 11564/2016</w:t>
      </w:r>
    </w:p>
    <w:p>
      <w:r>
        <w:t>sp. zn. 24 XCdo 117/2016 z 31. mája 2016</w:t>
      </w:r>
    </w:p>
    <w:p>
      <w:r>
        <w:t>454.</w:t>
      </w:r>
    </w:p>
    <w:p>
      <w:r>
        <w:t>Rvp 11565/2016</w:t>
      </w:r>
    </w:p>
    <w:p>
      <w:r>
        <w:t>sp. zn. 21 XCdo 30/2015 z 25. mája 2016</w:t>
      </w:r>
    </w:p>
    <w:p>
      <w:r>
        <w:t>455.</w:t>
      </w:r>
    </w:p>
    <w:p>
      <w:r>
        <w:t>Rvp 11566/2016</w:t>
      </w:r>
    </w:p>
    <w:p>
      <w:r>
        <w:t>sp. zn. 3 Cdo 1301/2015 z 22. júna 2016</w:t>
      </w:r>
    </w:p>
    <w:p>
      <w:r>
        <w:t>456.</w:t>
      </w:r>
    </w:p>
    <w:p>
      <w:r>
        <w:t>Rvp 11567/2016</w:t>
      </w:r>
    </w:p>
    <w:p>
      <w:r>
        <w:t>sp. zn. 19 XCdo 203/2016 z 29. júna 2016</w:t>
      </w:r>
    </w:p>
    <w:p>
      <w:r>
        <w:t>457.</w:t>
      </w:r>
    </w:p>
    <w:p>
      <w:r>
        <w:t>Rvp 11568/2016</w:t>
      </w:r>
    </w:p>
    <w:p>
      <w:r>
        <w:t>sp. zn. 2 Cdo 629/2015 z 29. apríla 2016</w:t>
      </w:r>
    </w:p>
    <w:p>
      <w:r>
        <w:t>458.</w:t>
      </w:r>
    </w:p>
    <w:p>
      <w:r>
        <w:t>Rvp 11569/2016</w:t>
      </w:r>
    </w:p>
    <w:p>
      <w:r>
        <w:t>sp. zn. 7 Cdo 719/2015 z 25. mája 2016</w:t>
      </w:r>
    </w:p>
    <w:p>
      <w:r>
        <w:t>459.</w:t>
      </w:r>
    </w:p>
    <w:p>
      <w:r>
        <w:t>Rvp 11570/2016</w:t>
      </w:r>
    </w:p>
    <w:p>
      <w:r>
        <w:t>sp. zn. 8 XCdo 44/2016 z 23. júna 2016</w:t>
      </w:r>
    </w:p>
    <w:p>
      <w:r>
        <w:t>460.</w:t>
      </w:r>
    </w:p>
    <w:p>
      <w:r>
        <w:t>Rvp 11571/2016</w:t>
      </w:r>
    </w:p>
    <w:p>
      <w:r>
        <w:t>sp. zn. 28 XCdo 183/2016 z 1. júna 2016</w:t>
      </w:r>
    </w:p>
    <w:p>
      <w:r>
        <w:t>461.</w:t>
      </w:r>
    </w:p>
    <w:p>
      <w:r>
        <w:t>Rvp 11572/2016</w:t>
      </w:r>
    </w:p>
    <w:p>
      <w:r>
        <w:t>sp. zn. 19 XCdo 210/2016 z 29. júna 2016</w:t>
      </w:r>
    </w:p>
    <w:p>
      <w:r>
        <w:t>462.</w:t>
      </w:r>
    </w:p>
    <w:p>
      <w:r>
        <w:t>Rvp 11573/2016</w:t>
      </w:r>
    </w:p>
    <w:p>
      <w:r>
        <w:t>sp. zn. 1 Cdo 365/2015 z 26. mája 2016</w:t>
      </w:r>
    </w:p>
    <w:p>
      <w:r>
        <w:t>463.</w:t>
      </w:r>
    </w:p>
    <w:p>
      <w:r>
        <w:t>Rvp 11574/2016</w:t>
      </w:r>
    </w:p>
    <w:p>
      <w:r>
        <w:t>sp. zn. 14 XCdo 87/2016 z 25. mája 2016</w:t>
      </w:r>
    </w:p>
    <w:p>
      <w:r>
        <w:t>464.</w:t>
      </w:r>
    </w:p>
    <w:p>
      <w:r>
        <w:t>Rvp 11575/2016</w:t>
      </w:r>
    </w:p>
    <w:p>
      <w:r>
        <w:t>sp. zn. 3 XCdo 36/2016 z 20. júna 2016</w:t>
      </w:r>
    </w:p>
    <w:p>
      <w:r>
        <w:t>465.</w:t>
      </w:r>
    </w:p>
    <w:p>
      <w:r>
        <w:t>Rvp 11576/2016</w:t>
      </w:r>
    </w:p>
    <w:p>
      <w:r>
        <w:t>sp. zn. 2 Cdo 716/2015 z 30. mája 2016</w:t>
      </w:r>
    </w:p>
    <w:p>
      <w:r>
        <w:t>466.</w:t>
      </w:r>
    </w:p>
    <w:p>
      <w:r>
        <w:t>Rvp 11577/2016</w:t>
      </w:r>
    </w:p>
    <w:p>
      <w:r>
        <w:t>sp. zn. 21 XCdo 21/2015 z 25. mája 2016</w:t>
      </w:r>
    </w:p>
    <w:p>
      <w:r>
        <w:t>467.</w:t>
      </w:r>
    </w:p>
    <w:p>
      <w:r>
        <w:t>Rvp 11578/2016</w:t>
      </w:r>
    </w:p>
    <w:p>
      <w:r>
        <w:t>sp. zn. 14 XCdo 187/2016 z 8. júna 2016</w:t>
      </w:r>
    </w:p>
    <w:p>
      <w:r>
        <w:t>468.</w:t>
      </w:r>
    </w:p>
    <w:p>
      <w:r>
        <w:t>Rvp 11579/2016</w:t>
      </w:r>
    </w:p>
    <w:p>
      <w:r>
        <w:t>sp. zn. 4 Cdo 843/2015 z 23. júna 2016</w:t>
      </w:r>
    </w:p>
    <w:p>
      <w:r>
        <w:t>469.</w:t>
      </w:r>
    </w:p>
    <w:p>
      <w:r>
        <w:t>Rvp 11580/2016</w:t>
      </w:r>
    </w:p>
    <w:p>
      <w:r>
        <w:t>sp. zn. 19 XCdo 172/2016 z 29. júna 2016</w:t>
      </w:r>
    </w:p>
    <w:p>
      <w:r>
        <w:t>470.</w:t>
      </w:r>
    </w:p>
    <w:p>
      <w:r>
        <w:t>Rvp 11581/2016</w:t>
      </w:r>
    </w:p>
    <w:p>
      <w:r>
        <w:t>sp. zn. 16 XCdo 14/2016 z 22. júna 2016</w:t>
      </w:r>
    </w:p>
    <w:p>
      <w:r>
        <w:t>471.</w:t>
      </w:r>
    </w:p>
    <w:p>
      <w:r>
        <w:t>Rvp 11582/2016</w:t>
      </w:r>
    </w:p>
    <w:p>
      <w:r>
        <w:t>sp. zn. 12 XCdo 227/2016 z 27. júna 2016</w:t>
      </w:r>
    </w:p>
    <w:p>
      <w:r>
        <w:t>472.</w:t>
      </w:r>
    </w:p>
    <w:p>
      <w:r>
        <w:t>Rvp 11583/2016</w:t>
      </w:r>
    </w:p>
    <w:p>
      <w:r>
        <w:t>sp. zn. 9 XCdo 227/2016 z 29. júna 2016</w:t>
      </w:r>
    </w:p>
    <w:p>
      <w:r>
        <w:t>16</w:t>
      </w:r>
    </w:p>
    <w:p>
      <w:r>
        <w:t>473.</w:t>
      </w:r>
    </w:p>
    <w:p>
      <w:r>
        <w:t>Rvp 11584/2016</w:t>
      </w:r>
    </w:p>
    <w:p>
      <w:r>
        <w:t>sp. zn. 4 XCdo 13/2016 z 23. júna 2016</w:t>
      </w:r>
    </w:p>
    <w:p>
      <w:r>
        <w:t>474.</w:t>
      </w:r>
    </w:p>
    <w:p>
      <w:r>
        <w:t>Rvp 11585/2016</w:t>
      </w:r>
    </w:p>
    <w:p>
      <w:r>
        <w:t>sp. zn. 7 Cdo 1344/2015 z 23. júna 2016</w:t>
      </w:r>
    </w:p>
    <w:p>
      <w:r>
        <w:t>475.</w:t>
      </w:r>
    </w:p>
    <w:p>
      <w:r>
        <w:t>Rvp 11586/2016</w:t>
      </w:r>
    </w:p>
    <w:p>
      <w:r>
        <w:t>sp. zn. 7 Cdo 1019/2015 z 25. mája 2016</w:t>
      </w:r>
    </w:p>
    <w:p>
      <w:r>
        <w:t>476.</w:t>
      </w:r>
    </w:p>
    <w:p>
      <w:r>
        <w:t>Rvp 11587/2016</w:t>
      </w:r>
    </w:p>
    <w:p>
      <w:r>
        <w:t>sp. zn. 3 XCdo 38/2016 z 22. júna 2016</w:t>
      </w:r>
    </w:p>
    <w:p>
      <w:r>
        <w:t>477.</w:t>
      </w:r>
    </w:p>
    <w:p>
      <w:r>
        <w:t>Rvp 11588/2016</w:t>
      </w:r>
    </w:p>
    <w:p>
      <w:r>
        <w:t>sp. zn. 13 XCdo 79/2016 z 28. júna 2016</w:t>
      </w:r>
    </w:p>
    <w:p>
      <w:r>
        <w:t>478.</w:t>
      </w:r>
    </w:p>
    <w:p>
      <w:r>
        <w:t>Rvp 11589/2016</w:t>
      </w:r>
    </w:p>
    <w:p>
      <w:r>
        <w:t>sp. zn. 6 Cdo 692/2015 z 23. júna 2016</w:t>
      </w:r>
    </w:p>
    <w:p>
      <w:r>
        <w:t>479.</w:t>
      </w:r>
    </w:p>
    <w:p>
      <w:r>
        <w:t>Rvp 11590/2016</w:t>
      </w:r>
    </w:p>
    <w:p>
      <w:r>
        <w:t>sp. zn. 6 Cdo 604/2015 z 23. júna 2016</w:t>
      </w:r>
    </w:p>
    <w:p>
      <w:r>
        <w:t>480.</w:t>
      </w:r>
    </w:p>
    <w:p>
      <w:r>
        <w:t>Rvp 11591/2016</w:t>
      </w:r>
    </w:p>
    <w:p>
      <w:r>
        <w:t>sp. zn. 9 XCdo 221/2016 z 29. júna 2016</w:t>
      </w:r>
    </w:p>
    <w:p>
      <w:r>
        <w:t>481.</w:t>
      </w:r>
    </w:p>
    <w:p>
      <w:r>
        <w:t>Rvp 11592/2016</w:t>
      </w:r>
    </w:p>
    <w:p>
      <w:r>
        <w:t>sp. zn. 9 XCdo 210/2016 z 29. júna 2016</w:t>
      </w:r>
    </w:p>
    <w:p>
      <w:r>
        <w:t>482.</w:t>
      </w:r>
    </w:p>
    <w:p>
      <w:r>
        <w:t>Rvp 11593/2016</w:t>
      </w:r>
    </w:p>
    <w:p>
      <w:r>
        <w:t>sp. zn. 9 XCdo 233/2016 z 29. júna 2016</w:t>
      </w:r>
    </w:p>
    <w:p>
      <w:r>
        <w:t>483.</w:t>
      </w:r>
    </w:p>
    <w:p>
      <w:r>
        <w:t>Rvp 11594/2016</w:t>
      </w:r>
    </w:p>
    <w:p>
      <w:r>
        <w:t>sp. zn. 21 XCdo 41/2015 z 25. mája 2016</w:t>
      </w:r>
    </w:p>
    <w:p>
      <w:r>
        <w:t>484.</w:t>
      </w:r>
    </w:p>
    <w:p>
      <w:r>
        <w:t>Rvp 11595/2016</w:t>
      </w:r>
    </w:p>
    <w:p>
      <w:r>
        <w:t>sp. zn. 14 XCdo 190/2016 z 8. júna 2016</w:t>
      </w:r>
    </w:p>
    <w:p>
      <w:r>
        <w:t>485.</w:t>
      </w:r>
    </w:p>
    <w:p>
      <w:r>
        <w:t>Rvp 11596/2016</w:t>
      </w:r>
    </w:p>
    <w:p>
      <w:r>
        <w:t>sp. zn. 22 XCdo 55/2015 z 29. júna 2016</w:t>
      </w:r>
    </w:p>
    <w:p>
      <w:r>
        <w:t>486.</w:t>
      </w:r>
    </w:p>
    <w:p>
      <w:r>
        <w:t>Rvp 11597/2016</w:t>
      </w:r>
    </w:p>
    <w:p>
      <w:r>
        <w:t>sp. zn. 9 XCdo 232/2016 z 29. júna 2016</w:t>
      </w:r>
    </w:p>
    <w:p>
      <w:r>
        <w:t>487.</w:t>
      </w:r>
    </w:p>
    <w:p>
      <w:r>
        <w:t>Rvp 11598/2016</w:t>
      </w:r>
    </w:p>
    <w:p>
      <w:r>
        <w:t>sp. zn. 17 XCdo 27/2016 z 31. mája 2016</w:t>
      </w:r>
    </w:p>
    <w:p>
      <w:r>
        <w:t>488.</w:t>
      </w:r>
    </w:p>
    <w:p>
      <w:r>
        <w:t>Rvp 11599/2016</w:t>
      </w:r>
    </w:p>
    <w:p>
      <w:r>
        <w:t>sp. zn. 28 XCdo 187/2016 z 1. júna 2016</w:t>
      </w:r>
    </w:p>
    <w:p>
      <w:r>
        <w:t>489.</w:t>
      </w:r>
    </w:p>
    <w:p>
      <w:r>
        <w:t>Rvp 11600/2016</w:t>
      </w:r>
    </w:p>
    <w:p>
      <w:r>
        <w:t>sp. zn. 23 XCdo 167/2016 z 29. júna 2016</w:t>
      </w:r>
    </w:p>
    <w:p>
      <w:r>
        <w:t>490.</w:t>
      </w:r>
    </w:p>
    <w:p>
      <w:r>
        <w:t>Rvp 11601/2016</w:t>
      </w:r>
    </w:p>
    <w:p>
      <w:r>
        <w:t>sp. zn. 13 XCdo 74/2016 z 28. júna 2016</w:t>
      </w:r>
    </w:p>
    <w:p>
      <w:r>
        <w:t>491.</w:t>
      </w:r>
    </w:p>
    <w:p>
      <w:r>
        <w:t>Rvp 11602/2016</w:t>
      </w:r>
    </w:p>
    <w:p>
      <w:r>
        <w:t>sp. zn. 28 XCdo 75/2016 z 1. júna 2016</w:t>
      </w:r>
    </w:p>
    <w:p>
      <w:r>
        <w:t>492.</w:t>
      </w:r>
    </w:p>
    <w:p>
      <w:r>
        <w:t>Rvp 11603/2016</w:t>
      </w:r>
    </w:p>
    <w:p>
      <w:r>
        <w:t>sp. zn. 4 Cdo 877/2015 z 24. mája 2016</w:t>
      </w:r>
    </w:p>
    <w:p>
      <w:r>
        <w:t>493.</w:t>
      </w:r>
    </w:p>
    <w:p>
      <w:r>
        <w:t>Rvp 11604/2016</w:t>
      </w:r>
    </w:p>
    <w:p>
      <w:r>
        <w:t>sp. zn. 28 XCdo 143/2016 z 1. júna 2016</w:t>
      </w:r>
    </w:p>
    <w:p>
      <w:r>
        <w:t>494.</w:t>
      </w:r>
    </w:p>
    <w:p>
      <w:r>
        <w:t>Rvp 11605/2016</w:t>
      </w:r>
    </w:p>
    <w:p>
      <w:r>
        <w:t>sp. zn. 4 Cdo 899/2015 z 24. mája 2016</w:t>
      </w:r>
    </w:p>
    <w:p>
      <w:r>
        <w:t>495.</w:t>
      </w:r>
    </w:p>
    <w:p>
      <w:r>
        <w:t>Rvp 11606/2016</w:t>
      </w:r>
    </w:p>
    <w:p>
      <w:r>
        <w:t>sp. zn. 2 Cdo 699/2015 z 30. mája 2016</w:t>
      </w:r>
    </w:p>
    <w:p>
      <w:r>
        <w:t>496.</w:t>
      </w:r>
    </w:p>
    <w:p>
      <w:r>
        <w:t>Rvp 11607/2016</w:t>
      </w:r>
    </w:p>
    <w:p>
      <w:r>
        <w:t>sp. zn. 13 XCdo 72/2016 z 28. júna 2016</w:t>
      </w:r>
    </w:p>
    <w:p>
      <w:r>
        <w:t>497.</w:t>
      </w:r>
    </w:p>
    <w:p>
      <w:r>
        <w:t>Rvp 11608/2016</w:t>
      </w:r>
    </w:p>
    <w:p>
      <w:r>
        <w:t>sp. zn. 6 Cdo 618/2015 z 23. júna 2016</w:t>
      </w:r>
    </w:p>
    <w:p>
      <w:r>
        <w:t>498.</w:t>
      </w:r>
    </w:p>
    <w:p>
      <w:r>
        <w:t>Rvp 11609/2016</w:t>
      </w:r>
    </w:p>
    <w:p>
      <w:r>
        <w:t>sp. zn. 28 XCdo 165/2016 z 1. júna 2016</w:t>
      </w:r>
    </w:p>
    <w:p>
      <w:r>
        <w:t>499.</w:t>
      </w:r>
    </w:p>
    <w:p>
      <w:r>
        <w:t>Rvp 11610/2016</w:t>
      </w:r>
    </w:p>
    <w:p>
      <w:r>
        <w:t>sp. zn. 27 XCdo 4/2015 z 25. mája 2016</w:t>
      </w:r>
    </w:p>
    <w:p>
      <w:r>
        <w:t>500.</w:t>
      </w:r>
    </w:p>
    <w:p>
      <w:r>
        <w:t>Rvp 11611/2016</w:t>
      </w:r>
    </w:p>
    <w:p>
      <w:r>
        <w:t>sp. zn. 27 XCdo 2/2015 z 25. mája 2016</w:t>
      </w:r>
    </w:p>
    <w:p>
      <w:r>
        <w:t>501.</w:t>
      </w:r>
    </w:p>
    <w:p>
      <w:r>
        <w:t>Rvp 11612/2016</w:t>
      </w:r>
    </w:p>
    <w:p>
      <w:r>
        <w:t>sp. zn. 18 XCdo 56/2016 z 8. júna 2016</w:t>
      </w:r>
    </w:p>
    <w:p>
      <w:r>
        <w:t>502.</w:t>
      </w:r>
    </w:p>
    <w:p>
      <w:r>
        <w:t>Rvp 11613/2016</w:t>
      </w:r>
    </w:p>
    <w:p>
      <w:r>
        <w:t>sp. zn. 25 XCdo 9/2015 z 28. júna 2016</w:t>
      </w:r>
    </w:p>
    <w:p>
      <w:r>
        <w:t>503.</w:t>
      </w:r>
    </w:p>
    <w:p>
      <w:r>
        <w:t>Rvp 11614/2016</w:t>
      </w:r>
    </w:p>
    <w:p>
      <w:r>
        <w:t>sp. zn. 2 Cdo 703/2015 z 30. mája 2016</w:t>
      </w:r>
    </w:p>
    <w:p>
      <w:r>
        <w:t>504.</w:t>
      </w:r>
    </w:p>
    <w:p>
      <w:r>
        <w:t>Rvp 11615/2016</w:t>
      </w:r>
    </w:p>
    <w:p>
      <w:r>
        <w:t>sp. zn. 2 Cdo 739/2015 z 30. mája 2016</w:t>
      </w:r>
    </w:p>
    <w:p>
      <w:r>
        <w:t>505.</w:t>
      </w:r>
    </w:p>
    <w:p>
      <w:r>
        <w:t>Rvp 11616/2016</w:t>
      </w:r>
    </w:p>
    <w:p>
      <w:r>
        <w:t>sp. zn. 17 XCdo 196/2016 z 31. mája 2016</w:t>
      </w:r>
    </w:p>
    <w:p>
      <w:r>
        <w:t>506.</w:t>
      </w:r>
    </w:p>
    <w:p>
      <w:r>
        <w:t>Rvp 11617/2016</w:t>
      </w:r>
    </w:p>
    <w:p>
      <w:r>
        <w:t>sp. zn. 13 XCdo 81/2016 z 28. júna 2016</w:t>
      </w:r>
    </w:p>
    <w:p>
      <w:r>
        <w:t>17</w:t>
      </w:r>
    </w:p>
    <w:p>
      <w:r>
        <w:t>507.</w:t>
      </w:r>
    </w:p>
    <w:p>
      <w:r>
        <w:t>Rvp 11618/2016</w:t>
      </w:r>
    </w:p>
    <w:p>
      <w:r>
        <w:t>sp. zn. 2 Cdo 745/2015 z 30. mája 2016</w:t>
      </w:r>
    </w:p>
    <w:p>
      <w:r>
        <w:t>508.</w:t>
      </w:r>
    </w:p>
    <w:p>
      <w:r>
        <w:t>Rvp 11619/2016</w:t>
      </w:r>
    </w:p>
    <w:p>
      <w:r>
        <w:t>sp. zn. 2 Cdo 704/2015 z 30. mája 2016</w:t>
      </w:r>
    </w:p>
    <w:p>
      <w:r>
        <w:t>509.</w:t>
      </w:r>
    </w:p>
    <w:p>
      <w:r>
        <w:t>Rvp 13855/2016</w:t>
      </w:r>
    </w:p>
    <w:p>
      <w:r>
        <w:t>sp. zn. 24 XCdo 15/2016 z 29. júna 2016</w:t>
      </w:r>
    </w:p>
    <w:p>
      <w:r>
        <w:t>510.</w:t>
      </w:r>
    </w:p>
    <w:p>
      <w:r>
        <w:t>Rvp 13856/2016</w:t>
      </w:r>
    </w:p>
    <w:p>
      <w:r>
        <w:t>sp. zn. 25 XCdo 32/2015 z 28. júna 2016</w:t>
      </w:r>
    </w:p>
    <w:p>
      <w:r>
        <w:t>511.</w:t>
      </w:r>
    </w:p>
    <w:p>
      <w:r>
        <w:t>Rvp 13857/2016</w:t>
      </w:r>
    </w:p>
    <w:p>
      <w:r>
        <w:t>sp. zn. 10 XCdo 218/2016 z 29. júna 2016</w:t>
      </w:r>
    </w:p>
    <w:p>
      <w:r>
        <w:t>512.</w:t>
      </w:r>
    </w:p>
    <w:p>
      <w:r>
        <w:t>Rvp 13858/2016</w:t>
      </w:r>
    </w:p>
    <w:p>
      <w:r>
        <w:t>sp. zn. 1 Cdo 1033/2015 z 30. júna 2016</w:t>
      </w:r>
    </w:p>
    <w:p>
      <w:r>
        <w:t>513.</w:t>
      </w:r>
    </w:p>
    <w:p>
      <w:r>
        <w:t>Rvp 13859/2016</w:t>
      </w:r>
    </w:p>
    <w:p>
      <w:r>
        <w:t>sp. zn. 2 Cdo 947/2015 z 30. júna 2016</w:t>
      </w:r>
    </w:p>
    <w:p>
      <w:r>
        <w:t>514.</w:t>
      </w:r>
    </w:p>
    <w:p>
      <w:r>
        <w:t>Rvp 13860/2016</w:t>
      </w:r>
    </w:p>
    <w:p>
      <w:r>
        <w:t>sp. zn. 2 Cdo 889/2015 z 30. júna 2016</w:t>
      </w:r>
    </w:p>
    <w:p>
      <w:r>
        <w:t>515.</w:t>
      </w:r>
    </w:p>
    <w:p>
      <w:r>
        <w:t>Rvp 13861/2016</w:t>
      </w:r>
    </w:p>
    <w:p>
      <w:r>
        <w:t>sp. zn. 22 XCdo 4/2016 z 29. júna 2016</w:t>
      </w:r>
    </w:p>
    <w:p>
      <w:r>
        <w:t>516.</w:t>
      </w:r>
    </w:p>
    <w:p>
      <w:r>
        <w:t>Rvp 13862/2016</w:t>
      </w:r>
    </w:p>
    <w:p>
      <w:r>
        <w:t>sp. zn. 7 Cdo 822/2015 z 23. júna 2016</w:t>
      </w:r>
    </w:p>
    <w:p>
      <w:r>
        <w:t>517.</w:t>
      </w:r>
    </w:p>
    <w:p>
      <w:r>
        <w:t>Rvp 13863/2016</w:t>
      </w:r>
    </w:p>
    <w:p>
      <w:r>
        <w:t>sp. zn. 22 XCdo 141/2016 z 29. júna 2016</w:t>
      </w:r>
    </w:p>
    <w:p>
      <w:r>
        <w:t>518.</w:t>
      </w:r>
    </w:p>
    <w:p>
      <w:r>
        <w:t>Rvp 13864/2016</w:t>
      </w:r>
    </w:p>
    <w:p>
      <w:r>
        <w:t>sp. zn. 2 Cdo 819/2015 z 30. mája 2016</w:t>
      </w:r>
    </w:p>
    <w:p>
      <w:r>
        <w:t>519.</w:t>
      </w:r>
    </w:p>
    <w:p>
      <w:r>
        <w:t>Rvp 13865/2016</w:t>
      </w:r>
    </w:p>
    <w:p>
      <w:r>
        <w:t>sp. zn. 2 Cdo 895/2015 z 30. júna 2016</w:t>
      </w:r>
    </w:p>
    <w:p>
      <w:r>
        <w:t>520.</w:t>
      </w:r>
    </w:p>
    <w:p>
      <w:r>
        <w:t>Rvp 13866/2016</w:t>
      </w:r>
    </w:p>
    <w:p>
      <w:r>
        <w:t>sp. zn. 2 Cdo 1251/2015 z 30. júna 2016</w:t>
      </w:r>
    </w:p>
    <w:p>
      <w:r>
        <w:t>521.</w:t>
      </w:r>
    </w:p>
    <w:p>
      <w:r>
        <w:t>Rvp 13867/2016</w:t>
      </w:r>
    </w:p>
    <w:p>
      <w:r>
        <w:t>sp. zn. 22 XCdo 70/2016 z 29. júna 2016</w:t>
      </w:r>
    </w:p>
    <w:p>
      <w:r>
        <w:t>522.</w:t>
      </w:r>
    </w:p>
    <w:p>
      <w:r>
        <w:t>Rvp 13868/2016</w:t>
      </w:r>
    </w:p>
    <w:p>
      <w:r>
        <w:t>sp. zn. 15 XCdo 198/2016 z 23. júna 2016</w:t>
      </w:r>
    </w:p>
    <w:p>
      <w:r>
        <w:t>523.</w:t>
      </w:r>
    </w:p>
    <w:p>
      <w:r>
        <w:t>Rvp 13869/2016</w:t>
      </w:r>
    </w:p>
    <w:p>
      <w:r>
        <w:t>sp. zn. 21 XCdo 135/2016 z 26. mája 2016</w:t>
      </w:r>
    </w:p>
    <w:p>
      <w:r>
        <w:t>524.</w:t>
      </w:r>
    </w:p>
    <w:p>
      <w:r>
        <w:t>Rvp 13870/2016</w:t>
      </w:r>
    </w:p>
    <w:p>
      <w:r>
        <w:t>sp. zn. 15 XCdo 143/2016 z 23. júna 2016</w:t>
      </w:r>
    </w:p>
    <w:p>
      <w:r>
        <w:t>525.</w:t>
      </w:r>
    </w:p>
    <w:p>
      <w:r>
        <w:t>Rvp 13871/2016</w:t>
      </w:r>
    </w:p>
    <w:p>
      <w:r>
        <w:t>sp. zn. 22 XCdo 9/2016 z 29. júna 2016</w:t>
      </w:r>
    </w:p>
    <w:p>
      <w:r>
        <w:t>526.</w:t>
      </w:r>
    </w:p>
    <w:p>
      <w:r>
        <w:t>Rvp 13872/2016</w:t>
      </w:r>
    </w:p>
    <w:p>
      <w:r>
        <w:t>sp. zn. 3 XCdo 44/2016 zo 14. júla 2016</w:t>
      </w:r>
    </w:p>
    <w:p>
      <w:r>
        <w:t>527.</w:t>
      </w:r>
    </w:p>
    <w:p>
      <w:r>
        <w:t>Rvp 13873/2016</w:t>
      </w:r>
    </w:p>
    <w:p>
      <w:r>
        <w:t>sp. zn. 3 XCdo 42/2016 zo 14. júla 2016</w:t>
      </w:r>
    </w:p>
    <w:p>
      <w:r>
        <w:t>528.</w:t>
      </w:r>
    </w:p>
    <w:p>
      <w:r>
        <w:t>Rvp 13874/2016</w:t>
      </w:r>
    </w:p>
    <w:p>
      <w:r>
        <w:t>sp. zn. 2 Cdo 1115/2015 z 11. júla 2016</w:t>
      </w:r>
    </w:p>
    <w:p>
      <w:r>
        <w:t>529.</w:t>
      </w:r>
    </w:p>
    <w:p>
      <w:r>
        <w:t>Rvp 13875/2016</w:t>
      </w:r>
    </w:p>
    <w:p>
      <w:r>
        <w:t>sp. zn. 4 Cdo 1182/2015 z 23. júna 2016</w:t>
      </w:r>
    </w:p>
    <w:p>
      <w:r>
        <w:t>530.</w:t>
      </w:r>
    </w:p>
    <w:p>
      <w:r>
        <w:t>Rvp 13876/2016</w:t>
      </w:r>
    </w:p>
    <w:p>
      <w:r>
        <w:t>sp. zn. 13 XCdo 40/2016 z 28. júna 2016</w:t>
      </w:r>
    </w:p>
    <w:p>
      <w:r>
        <w:t>531.</w:t>
      </w:r>
    </w:p>
    <w:p>
      <w:r>
        <w:t>Rvp 13877/2016</w:t>
      </w:r>
    </w:p>
    <w:p>
      <w:r>
        <w:t>sp. zn. 2 Cdo 742/2015 z 30. mája 2016</w:t>
      </w:r>
    </w:p>
    <w:p>
      <w:r>
        <w:t>532.</w:t>
      </w:r>
    </w:p>
    <w:p>
      <w:r>
        <w:t>Rvp 13878/2016</w:t>
      </w:r>
    </w:p>
    <w:p>
      <w:r>
        <w:t>sp. zn. 2 Cdo 794/2015 z 30. júna 2016</w:t>
      </w:r>
    </w:p>
    <w:p>
      <w:r>
        <w:t>533.</w:t>
      </w:r>
    </w:p>
    <w:p>
      <w:r>
        <w:t>Rvp 13879/2016</w:t>
      </w:r>
    </w:p>
    <w:p>
      <w:r>
        <w:t>sp. zn. 22 XCdo 34/2016 z 29. júna 2016</w:t>
      </w:r>
    </w:p>
    <w:p>
      <w:r>
        <w:t>534.</w:t>
      </w:r>
    </w:p>
    <w:p>
      <w:r>
        <w:t>Rvp 13880/2016</w:t>
      </w:r>
    </w:p>
    <w:p>
      <w:r>
        <w:t>sp. zn. 17 XCdo 46/2016 z 30. júna 2016</w:t>
      </w:r>
    </w:p>
    <w:p>
      <w:r>
        <w:t>535.</w:t>
      </w:r>
    </w:p>
    <w:p>
      <w:r>
        <w:t>Rvp 13881/2016</w:t>
      </w:r>
    </w:p>
    <w:p>
      <w:r>
        <w:t>sp. zn. 22 XCdo 49/2016 z 29. júna 2016</w:t>
      </w:r>
    </w:p>
    <w:p>
      <w:r>
        <w:t>536.</w:t>
      </w:r>
    </w:p>
    <w:p>
      <w:r>
        <w:t>Rvp 13882/2016</w:t>
      </w:r>
    </w:p>
    <w:p>
      <w:r>
        <w:t>sp. zn. 18 XCdo 48/2016 z 23. júna 2016</w:t>
      </w:r>
    </w:p>
    <w:p>
      <w:r>
        <w:t>537.</w:t>
      </w:r>
    </w:p>
    <w:p>
      <w:r>
        <w:t>Rvp 13883/2016</w:t>
      </w:r>
    </w:p>
    <w:p>
      <w:r>
        <w:t>sp. zn. 16 XCdo 49/2016 z 29. júna 2016</w:t>
      </w:r>
    </w:p>
    <w:p>
      <w:r>
        <w:t>538.</w:t>
      </w:r>
    </w:p>
    <w:p>
      <w:r>
        <w:t>Rvp 13884/2016</w:t>
      </w:r>
    </w:p>
    <w:p>
      <w:r>
        <w:t>sp. zn. 16 XCdo 45/2016 z 29. júna 2016</w:t>
      </w:r>
    </w:p>
    <w:p>
      <w:r>
        <w:t>539.</w:t>
      </w:r>
    </w:p>
    <w:p>
      <w:r>
        <w:t>Rvp 13885/2016</w:t>
      </w:r>
    </w:p>
    <w:p>
      <w:r>
        <w:t>sp. zn. 22 XCdo 44/2016 z 29. júna 2016</w:t>
      </w:r>
    </w:p>
    <w:p>
      <w:r>
        <w:t>540.</w:t>
      </w:r>
    </w:p>
    <w:p>
      <w:r>
        <w:t>Rvp 13886/2016</w:t>
      </w:r>
    </w:p>
    <w:p>
      <w:r>
        <w:t>sp. zn. 16 XCdo 222/2016 z 29. júna 2016</w:t>
      </w:r>
    </w:p>
    <w:p>
      <w:r>
        <w:t>18</w:t>
      </w:r>
    </w:p>
    <w:p>
      <w:r>
        <w:t>541.</w:t>
      </w:r>
    </w:p>
    <w:p>
      <w:r>
        <w:t>Rvp 13887/2016</w:t>
      </w:r>
    </w:p>
    <w:p>
      <w:r>
        <w:t>sp. zn. 16 XCdo 82/2016 z 29. júna 2016</w:t>
      </w:r>
    </w:p>
    <w:p>
      <w:r>
        <w:t>542.</w:t>
      </w:r>
    </w:p>
    <w:p>
      <w:r>
        <w:t>Rvp 13888/2016</w:t>
      </w:r>
    </w:p>
    <w:p>
      <w:r>
        <w:t>sp. zn. 19 XCdo 24/2016 z 27. apríla 2016</w:t>
      </w:r>
    </w:p>
    <w:p>
      <w:r>
        <w:t>543.</w:t>
      </w:r>
    </w:p>
    <w:p>
      <w:r>
        <w:t>Rvp 13889/2016</w:t>
      </w:r>
    </w:p>
    <w:p>
      <w:r>
        <w:t>sp. zn. 14 XCdo 1/2016 z 8. júna 2016</w:t>
      </w:r>
    </w:p>
    <w:p>
      <w:r>
        <w:t>544.</w:t>
      </w:r>
    </w:p>
    <w:p>
      <w:r>
        <w:t>Rvp 13890/2016</w:t>
      </w:r>
    </w:p>
    <w:p>
      <w:r>
        <w:t>sp. zn. 1 Cdo 514/2015 z 30. júna 2016</w:t>
      </w:r>
    </w:p>
    <w:p>
      <w:r>
        <w:t>545.</w:t>
      </w:r>
    </w:p>
    <w:p>
      <w:r>
        <w:t>Rvp 13891/2016</w:t>
      </w:r>
    </w:p>
    <w:p>
      <w:r>
        <w:t>sp. zn. 1 Cdo 513/2015 z 30. júna 2016</w:t>
      </w:r>
    </w:p>
    <w:p>
      <w:r>
        <w:t>546.</w:t>
      </w:r>
    </w:p>
    <w:p>
      <w:r>
        <w:t>Rvp 13892/2016</w:t>
      </w:r>
    </w:p>
    <w:p>
      <w:r>
        <w:t>sp. zn. 1 Cdo 512/2015 z 30. júna 2016</w:t>
      </w:r>
    </w:p>
    <w:p>
      <w:r>
        <w:t>547.</w:t>
      </w:r>
    </w:p>
    <w:p>
      <w:r>
        <w:t>Rvp 13893/2016</w:t>
      </w:r>
    </w:p>
    <w:p>
      <w:r>
        <w:t>sp. zn. 1 Cdo 511/2015 z 30. júna 2016</w:t>
      </w:r>
    </w:p>
    <w:p>
      <w:r>
        <w:t>548.</w:t>
      </w:r>
    </w:p>
    <w:p>
      <w:r>
        <w:t>Rvp 13894/2016</w:t>
      </w:r>
    </w:p>
    <w:p>
      <w:r>
        <w:t>sp. zn. 1 Cdo 510/2015 z 30. júna 2016</w:t>
      </w:r>
    </w:p>
    <w:p>
      <w:r>
        <w:t>549.</w:t>
      </w:r>
    </w:p>
    <w:p>
      <w:r>
        <w:t>Rvp 13895/2016</w:t>
      </w:r>
    </w:p>
    <w:p>
      <w:r>
        <w:t>sp. zn. 1 Cdo 509/2015 z 30. júna 2016</w:t>
      </w:r>
    </w:p>
    <w:p>
      <w:r>
        <w:t>550.</w:t>
      </w:r>
    </w:p>
    <w:p>
      <w:r>
        <w:t>Rvp 13896/2016</w:t>
      </w:r>
    </w:p>
    <w:p>
      <w:r>
        <w:t>sp. zn. 1 Cdo 508/2015 z 30. júna 2016</w:t>
      </w:r>
    </w:p>
    <w:p>
      <w:r>
        <w:t>551.</w:t>
      </w:r>
    </w:p>
    <w:p>
      <w:r>
        <w:t>Rvp 13897/2016</w:t>
      </w:r>
    </w:p>
    <w:p>
      <w:r>
        <w:t>sp. zn. 1 Cdo 507/2015 z 30. júna 2016</w:t>
      </w:r>
    </w:p>
    <w:p>
      <w:r>
        <w:t>552.</w:t>
      </w:r>
    </w:p>
    <w:p>
      <w:r>
        <w:t>Rvp 13898/2016</w:t>
      </w:r>
    </w:p>
    <w:p>
      <w:r>
        <w:t>sp. zn. 1 Cdo 506/2015 z 30. júna 2016</w:t>
      </w:r>
    </w:p>
    <w:p>
      <w:r>
        <w:t>553.</w:t>
      </w:r>
    </w:p>
    <w:p>
      <w:r>
        <w:t>Rvp 13899/2016</w:t>
      </w:r>
    </w:p>
    <w:p>
      <w:r>
        <w:t>sp. zn. 1 Cdo 505/2015 z 30. júna 2016</w:t>
      </w:r>
    </w:p>
    <w:p>
      <w:r>
        <w:t>554.</w:t>
      </w:r>
    </w:p>
    <w:p>
      <w:r>
        <w:t>Rvp 13900/2016</w:t>
      </w:r>
    </w:p>
    <w:p>
      <w:r>
        <w:t>sp. zn. 1 Cdo 504/2015 z 30. júna 2016</w:t>
      </w:r>
    </w:p>
    <w:p>
      <w:r>
        <w:t>555.</w:t>
      </w:r>
    </w:p>
    <w:p>
      <w:r>
        <w:t>Rvp 13901/2016</w:t>
      </w:r>
    </w:p>
    <w:p>
      <w:r>
        <w:t>sp. zn. 1 Cdo 503/2015 z 30. júna 2016</w:t>
      </w:r>
    </w:p>
    <w:p>
      <w:r>
        <w:t>556.</w:t>
      </w:r>
    </w:p>
    <w:p>
      <w:r>
        <w:t>Rvp 13902/2016</w:t>
      </w:r>
    </w:p>
    <w:p>
      <w:r>
        <w:t>sp. zn. 1 Cdo 502/2015 z 30. júna 2016</w:t>
      </w:r>
    </w:p>
    <w:p>
      <w:r>
        <w:t>557.</w:t>
      </w:r>
    </w:p>
    <w:p>
      <w:r>
        <w:t>Rvp 13903/2016</w:t>
      </w:r>
    </w:p>
    <w:p>
      <w:r>
        <w:t>sp. zn. 21 XCdo 42/2015 z 25. mája 2016</w:t>
      </w:r>
    </w:p>
    <w:p>
      <w:r>
        <w:t>558.</w:t>
      </w:r>
    </w:p>
    <w:p>
      <w:r>
        <w:t>Rvp 13904/2016</w:t>
      </w:r>
    </w:p>
    <w:p>
      <w:r>
        <w:t>sp. zn. 17 XCdo 198/2016 z 30. júna 2016</w:t>
      </w:r>
    </w:p>
    <w:p>
      <w:r>
        <w:t>559.</w:t>
      </w:r>
    </w:p>
    <w:p>
      <w:r>
        <w:t>Rvp 13905/2016</w:t>
      </w:r>
    </w:p>
    <w:p>
      <w:r>
        <w:t>sp. zn. 18 XCdo 197/2016 z 8. augusta 2016</w:t>
      </w:r>
    </w:p>
    <w:p>
      <w:r>
        <w:t>560.</w:t>
      </w:r>
    </w:p>
    <w:p>
      <w:r>
        <w:t>Rvp 13906/2016</w:t>
      </w:r>
    </w:p>
    <w:p>
      <w:r>
        <w:t>sp. zn. 24 XCdo 20/2016 z 29. júna 2016</w:t>
      </w:r>
    </w:p>
    <w:p>
      <w:r>
        <w:t>561.</w:t>
      </w:r>
    </w:p>
    <w:p>
      <w:r>
        <w:t>Rvp 13907/2016</w:t>
      </w:r>
    </w:p>
    <w:p>
      <w:r>
        <w:t>sp. zn. 1 Cdo 350/2015 z 30. júna 2016</w:t>
      </w:r>
    </w:p>
    <w:p>
      <w:r>
        <w:t>562.</w:t>
      </w:r>
    </w:p>
    <w:p>
      <w:r>
        <w:t>Rvp 13908/2016</w:t>
      </w:r>
    </w:p>
    <w:p>
      <w:r>
        <w:t>sp. zn. 15 XCdo 180/2016 z 30. júna 2016</w:t>
      </w:r>
    </w:p>
    <w:p>
      <w:r>
        <w:t>563.</w:t>
      </w:r>
    </w:p>
    <w:p>
      <w:r>
        <w:t>Rvp 13909/2016</w:t>
      </w:r>
    </w:p>
    <w:p>
      <w:r>
        <w:t>sp. zn. 5 Cdo 596/2015 z 10. februára 2016</w:t>
      </w:r>
    </w:p>
    <w:p>
      <w:r>
        <w:t>564.</w:t>
      </w:r>
    </w:p>
    <w:p>
      <w:r>
        <w:t>Rvp 13910/2016</w:t>
      </w:r>
    </w:p>
    <w:p>
      <w:r>
        <w:t>sp. zn. 28 XCdo 96/2016 z 1. júna 2016</w:t>
      </w:r>
    </w:p>
    <w:p>
      <w:r>
        <w:t>565.</w:t>
      </w:r>
    </w:p>
    <w:p>
      <w:r>
        <w:t>Rvp 13911/2016</w:t>
      </w:r>
    </w:p>
    <w:p>
      <w:r>
        <w:t>sp. zn. 4 XCdo 4/2015 z 24. augusta 2016</w:t>
      </w:r>
    </w:p>
    <w:p>
      <w:r>
        <w:t>566.</w:t>
      </w:r>
    </w:p>
    <w:p>
      <w:r>
        <w:t>Rvp 13912/2016</w:t>
      </w:r>
    </w:p>
    <w:p>
      <w:r>
        <w:t>sp. zn. 18 XCdo 283/2016 z 9. augusta 2016</w:t>
      </w:r>
    </w:p>
    <w:p>
      <w:r>
        <w:t>567.</w:t>
      </w:r>
    </w:p>
    <w:p>
      <w:r>
        <w:t>Rvp 13913/2016</w:t>
      </w:r>
    </w:p>
    <w:p>
      <w:r>
        <w:t>sp. zn. 23 XCdo 25/2015 zo 14. júna 2016</w:t>
      </w:r>
    </w:p>
    <w:p>
      <w:r>
        <w:t>568.</w:t>
      </w:r>
    </w:p>
    <w:p>
      <w:r>
        <w:t>Rvp 13914/2016</w:t>
      </w:r>
    </w:p>
    <w:p>
      <w:r>
        <w:t>sp. zn. 10 XCdo 145/2016 z 15. júna 2016</w:t>
      </w:r>
    </w:p>
    <w:p>
      <w:r>
        <w:t>569.</w:t>
      </w:r>
    </w:p>
    <w:p>
      <w:r>
        <w:t>Rvp 13915/2016</w:t>
      </w:r>
    </w:p>
    <w:p>
      <w:r>
        <w:t>sp. zn. 1 Cdo 547/2015 z 26. mája 2016</w:t>
      </w:r>
    </w:p>
    <w:p>
      <w:r>
        <w:t>570.</w:t>
      </w:r>
    </w:p>
    <w:p>
      <w:r>
        <w:t>Rvp 13916/2016</w:t>
      </w:r>
    </w:p>
    <w:p>
      <w:r>
        <w:t>sp. zn. 15 XCdo 271/2016 z 11. augusta 2016</w:t>
      </w:r>
    </w:p>
    <w:p>
      <w:r>
        <w:t>571.</w:t>
      </w:r>
    </w:p>
    <w:p>
      <w:r>
        <w:t>Rvp 13917/2016</w:t>
      </w:r>
    </w:p>
    <w:p>
      <w:r>
        <w:t>sp. zn. 21 XCdo 15/2016 z 29. júna 2016</w:t>
      </w:r>
    </w:p>
    <w:p>
      <w:r>
        <w:t>572.</w:t>
      </w:r>
    </w:p>
    <w:p>
      <w:r>
        <w:t>Rvp 13918/2016</w:t>
      </w:r>
    </w:p>
    <w:p>
      <w:r>
        <w:t>sp. zn. 6 Cdo 728/2015 z 18. augusta 2016</w:t>
      </w:r>
    </w:p>
    <w:p>
      <w:r>
        <w:t>573.</w:t>
      </w:r>
    </w:p>
    <w:p>
      <w:r>
        <w:t>Rvp 13919/2016</w:t>
      </w:r>
    </w:p>
    <w:p>
      <w:r>
        <w:t>sp. zn. 6 Cdo 727/2015 z 18. augusta 2016</w:t>
      </w:r>
    </w:p>
    <w:p>
      <w:r>
        <w:t>574.</w:t>
      </w:r>
    </w:p>
    <w:p>
      <w:r>
        <w:t>Rvp 13920/2016</w:t>
      </w:r>
    </w:p>
    <w:p>
      <w:r>
        <w:t>sp. zn. 6 Cdo 726/2015 z 18. augusta 2016</w:t>
      </w:r>
    </w:p>
    <w:p>
      <w:r>
        <w:t>19</w:t>
      </w:r>
    </w:p>
    <w:p>
      <w:r>
        <w:t>575.</w:t>
      </w:r>
    </w:p>
    <w:p>
      <w:r>
        <w:t>Rvp 13921/2016</w:t>
      </w:r>
    </w:p>
    <w:p>
      <w:r>
        <w:t>sp. zn. 6 Cdo 725/2015 z 18. augusta 2016</w:t>
      </w:r>
    </w:p>
    <w:p>
      <w:r>
        <w:t>576.</w:t>
      </w:r>
    </w:p>
    <w:p>
      <w:r>
        <w:t>Rvp 13922/2016</w:t>
      </w:r>
    </w:p>
    <w:p>
      <w:r>
        <w:t>sp. zn. 6 Cdo 724/2015 z 18. augusta 2016</w:t>
      </w:r>
    </w:p>
    <w:p>
      <w:r>
        <w:t>577.</w:t>
      </w:r>
    </w:p>
    <w:p>
      <w:r>
        <w:t>Rvp 13923/2016</w:t>
      </w:r>
    </w:p>
    <w:p>
      <w:r>
        <w:t>sp. zn. 6 Cdo 723/2015 z 18. augusta 2016</w:t>
      </w:r>
    </w:p>
    <w:p>
      <w:r>
        <w:t>578.</w:t>
      </w:r>
    </w:p>
    <w:p>
      <w:r>
        <w:t>Rvp 13924/2016</w:t>
      </w:r>
    </w:p>
    <w:p>
      <w:r>
        <w:t>sp. zn. 6 Cdo 722/2015 z 18. augusta 2016</w:t>
      </w:r>
    </w:p>
    <w:p>
      <w:r>
        <w:t>579.</w:t>
      </w:r>
    </w:p>
    <w:p>
      <w:r>
        <w:t>Rvp 13925/2016</w:t>
      </w:r>
    </w:p>
    <w:p>
      <w:r>
        <w:t>sp. zn. 6 Cdo 721/2015 z 18. augusta 2016</w:t>
      </w:r>
    </w:p>
    <w:p>
      <w:r>
        <w:t>580.</w:t>
      </w:r>
    </w:p>
    <w:p>
      <w:r>
        <w:t>Rvp 13926/2016</w:t>
      </w:r>
    </w:p>
    <w:p>
      <w:r>
        <w:t>sp. zn. 6 Cdo 720/2015 z 18. augusta 2016</w:t>
      </w:r>
    </w:p>
    <w:p>
      <w:r>
        <w:t>581.</w:t>
      </w:r>
    </w:p>
    <w:p>
      <w:r>
        <w:t>Rvp 13927/2016</w:t>
      </w:r>
    </w:p>
    <w:p>
      <w:r>
        <w:t>sp. zn. 15 XCdo 74/2016 z 23. júna 2016</w:t>
      </w:r>
    </w:p>
    <w:p>
      <w:r>
        <w:t>582.</w:t>
      </w:r>
    </w:p>
    <w:p>
      <w:r>
        <w:t>Rvp 13928/2016</w:t>
      </w:r>
    </w:p>
    <w:p>
      <w:r>
        <w:t>sp. zn. 17 XCdo 125/2016 z 30. júna 2016</w:t>
      </w:r>
    </w:p>
    <w:p>
      <w:r>
        <w:t>583.</w:t>
      </w:r>
    </w:p>
    <w:p>
      <w:r>
        <w:t>Rvp 13980/2016</w:t>
      </w:r>
    </w:p>
    <w:p>
      <w:r>
        <w:t>sp. zn. 5 Cdo 597/2015 z 10. februára 2016</w:t>
      </w:r>
    </w:p>
    <w:p>
      <w:r>
        <w:t>584.</w:t>
      </w:r>
    </w:p>
    <w:p>
      <w:r>
        <w:t>Rvp 13981/2016</w:t>
      </w:r>
    </w:p>
    <w:p>
      <w:r>
        <w:t>sp. zn. 22 XCdo 55/2016 z 29. júna 2016</w:t>
      </w:r>
    </w:p>
    <w:p>
      <w:r>
        <w:t>585.</w:t>
      </w:r>
    </w:p>
    <w:p>
      <w:r>
        <w:t>Rvp 13982/2016</w:t>
      </w:r>
    </w:p>
    <w:p>
      <w:r>
        <w:t>sp. zn. 22 XCdo 13/2016 z 29. júna 2016</w:t>
      </w:r>
    </w:p>
    <w:p>
      <w:r>
        <w:t>586.</w:t>
      </w:r>
    </w:p>
    <w:p>
      <w:r>
        <w:t>Rvp 13983/2016</w:t>
      </w:r>
    </w:p>
    <w:p>
      <w:r>
        <w:t>sp. zn. 25 XCdo 29/2015 z 28. júna 2016</w:t>
      </w:r>
    </w:p>
    <w:p>
      <w:r>
        <w:t>587.</w:t>
      </w:r>
    </w:p>
    <w:p>
      <w:r>
        <w:t>Rvp 13984/2016</w:t>
      </w:r>
    </w:p>
    <w:p>
      <w:r>
        <w:t>sp. zn. 2 Cdo 1009/2015 z 11. júla 2016</w:t>
      </w:r>
    </w:p>
    <w:p>
      <w:r>
        <w:t>588.</w:t>
      </w:r>
    </w:p>
    <w:p>
      <w:r>
        <w:t>Rvp 13985/2016</w:t>
      </w:r>
    </w:p>
    <w:p>
      <w:r>
        <w:t>sp. zn. 6 Cdo 828/2015 z 28. júla 2016</w:t>
      </w:r>
    </w:p>
    <w:p>
      <w:r>
        <w:t>589.</w:t>
      </w:r>
    </w:p>
    <w:p>
      <w:r>
        <w:t>Rvp 13986/2016</w:t>
      </w:r>
    </w:p>
    <w:p>
      <w:r>
        <w:t>sp. zn. 1 Cdo 594/2015 z 30. júna 2016</w:t>
      </w:r>
    </w:p>
    <w:p>
      <w:r>
        <w:t>590.</w:t>
      </w:r>
    </w:p>
    <w:p>
      <w:r>
        <w:t>Rvp 13987/2016</w:t>
      </w:r>
    </w:p>
    <w:p>
      <w:r>
        <w:t>sp. zn. 2 Cdo 796/2015 z 30. júna 2016</w:t>
      </w:r>
    </w:p>
    <w:p>
      <w:r>
        <w:t>591.</w:t>
      </w:r>
    </w:p>
    <w:p>
      <w:r>
        <w:t>Rvp 13988/2016</w:t>
      </w:r>
    </w:p>
    <w:p>
      <w:r>
        <w:t>sp. zn. 15 XCdo 112/2016 z 28. júla 2016</w:t>
      </w:r>
    </w:p>
    <w:p>
      <w:r>
        <w:t>592.</w:t>
      </w:r>
    </w:p>
    <w:p>
      <w:r>
        <w:t>Rvp 13989/2016</w:t>
      </w:r>
    </w:p>
    <w:p>
      <w:r>
        <w:t>sp. zn. 3 XCdo 47/2016 z 9. augusta 2016</w:t>
      </w:r>
    </w:p>
    <w:p>
      <w:r>
        <w:t>593.</w:t>
      </w:r>
    </w:p>
    <w:p>
      <w:r>
        <w:t>Rvp 13990/2016</w:t>
      </w:r>
    </w:p>
    <w:p>
      <w:r>
        <w:t>sp. zn. 2 Cdo 992/2015 z 11. júla 2016</w:t>
      </w:r>
    </w:p>
    <w:p>
      <w:r>
        <w:t>594.</w:t>
      </w:r>
    </w:p>
    <w:p>
      <w:r>
        <w:t>Rvp 13991/2016</w:t>
      </w:r>
    </w:p>
    <w:p>
      <w:r>
        <w:t>sp. zn. 14 XCdo 232/2016 z 12. augusta 2016</w:t>
      </w:r>
    </w:p>
    <w:p>
      <w:r>
        <w:t>595.</w:t>
      </w:r>
    </w:p>
    <w:p>
      <w:r>
        <w:t>Rvp 13992/2016</w:t>
      </w:r>
    </w:p>
    <w:p>
      <w:r>
        <w:t>sp. zn. 15 XCdo 215/2016 z 30. júna 2016</w:t>
      </w:r>
    </w:p>
    <w:p>
      <w:r>
        <w:t>596.</w:t>
      </w:r>
    </w:p>
    <w:p>
      <w:r>
        <w:t>Rvp 13993/2016</w:t>
      </w:r>
    </w:p>
    <w:p>
      <w:r>
        <w:t>sp. zn. 2 Cdo 991/2015 z 11. júla 2016</w:t>
      </w:r>
    </w:p>
    <w:p>
      <w:r>
        <w:t>597.</w:t>
      </w:r>
    </w:p>
    <w:p>
      <w:r>
        <w:t>Rvp 13994/2016</w:t>
      </w:r>
    </w:p>
    <w:p>
      <w:r>
        <w:t>sp. zn. 14 XCdo 267/2016 z 12. augusta 2016</w:t>
      </w:r>
    </w:p>
    <w:p>
      <w:r>
        <w:t>598.</w:t>
      </w:r>
    </w:p>
    <w:p>
      <w:r>
        <w:t>Rvp 13995/2016</w:t>
      </w:r>
    </w:p>
    <w:p>
      <w:r>
        <w:t>sp. zn. 2 Cdo 993/2015 z 11. júla 2016</w:t>
      </w:r>
    </w:p>
    <w:p>
      <w:r>
        <w:t>599.</w:t>
      </w:r>
    </w:p>
    <w:p>
      <w:r>
        <w:t>Rvp 13996/2016</w:t>
      </w:r>
    </w:p>
    <w:p>
      <w:r>
        <w:t>sp. zn. 17 XCdo 8/2015 z 28. júla 2016</w:t>
      </w:r>
    </w:p>
    <w:p>
      <w:r>
        <w:t>600.</w:t>
      </w:r>
    </w:p>
    <w:p>
      <w:r>
        <w:t>Rvp 13997/2016</w:t>
      </w:r>
    </w:p>
    <w:p>
      <w:r>
        <w:t>sp. zn. 10 XCdo 213/2016 z 15. júna 2016</w:t>
      </w:r>
    </w:p>
    <w:p>
      <w:r>
        <w:t>601.</w:t>
      </w:r>
    </w:p>
    <w:p>
      <w:r>
        <w:t>Rvp 13998/2016</w:t>
      </w:r>
    </w:p>
    <w:p>
      <w:r>
        <w:t>sp. zn. 22 XCdo 45/2015 z 29. júna 2016</w:t>
      </w:r>
    </w:p>
    <w:p>
      <w:r>
        <w:t>602.</w:t>
      </w:r>
    </w:p>
    <w:p>
      <w:r>
        <w:t>Rvp 13999/2016</w:t>
      </w:r>
    </w:p>
    <w:p>
      <w:r>
        <w:t>sp. zn. 15 XCdo 181/2016 z 30. júna 2016</w:t>
      </w:r>
    </w:p>
    <w:p>
      <w:r>
        <w:t>603.</w:t>
      </w:r>
    </w:p>
    <w:p>
      <w:r>
        <w:t>Rvp 14000/2016</w:t>
      </w:r>
    </w:p>
    <w:p>
      <w:r>
        <w:t>sp. zn. 15 XCdo 254/2016 z 28. júla 2016</w:t>
      </w:r>
    </w:p>
    <w:p>
      <w:r>
        <w:t>604.</w:t>
      </w:r>
    </w:p>
    <w:p>
      <w:r>
        <w:t>Rvp 14001/2016</w:t>
      </w:r>
    </w:p>
    <w:p>
      <w:r>
        <w:t>sp. zn. 2 Cdo 1110/2015 z 11. júla 2016</w:t>
      </w:r>
    </w:p>
    <w:p>
      <w:r>
        <w:t>605.</w:t>
      </w:r>
    </w:p>
    <w:p>
      <w:r>
        <w:t>Rvp 14002/2016</w:t>
      </w:r>
    </w:p>
    <w:p>
      <w:r>
        <w:t>sp. zn. 3 XCdo 43/2016 z 15. augusta 2016</w:t>
      </w:r>
    </w:p>
    <w:p>
      <w:r>
        <w:t>606.</w:t>
      </w:r>
    </w:p>
    <w:p>
      <w:r>
        <w:t>Rvp 14003/2016</w:t>
      </w:r>
    </w:p>
    <w:p>
      <w:r>
        <w:t>sp. zn. 24 XCdo 22/2016 z 29. júna 2016</w:t>
      </w:r>
    </w:p>
    <w:p>
      <w:r>
        <w:t>607.</w:t>
      </w:r>
    </w:p>
    <w:p>
      <w:r>
        <w:t>Rvp 14004/2016</w:t>
      </w:r>
    </w:p>
    <w:p>
      <w:r>
        <w:t>sp. zn. 15 XCdo 268/2016 z 11. augusta 2016</w:t>
      </w:r>
    </w:p>
    <w:p>
      <w:r>
        <w:t>608.</w:t>
      </w:r>
    </w:p>
    <w:p>
      <w:r>
        <w:t>Rvp 14005/2016</w:t>
      </w:r>
    </w:p>
    <w:p>
      <w:r>
        <w:t>sp. zn. 7 XCdo 28/2016 z 23. júna 2016</w:t>
      </w:r>
    </w:p>
    <w:p>
      <w:r>
        <w:t>20</w:t>
      </w:r>
    </w:p>
    <w:p>
      <w:r>
        <w:t>609.</w:t>
      </w:r>
    </w:p>
    <w:p>
      <w:r>
        <w:t>Rvp 14006/2016</w:t>
      </w:r>
    </w:p>
    <w:p>
      <w:r>
        <w:t>sp. zn. 16 XCdo 231/2016 z 30. júna 2016</w:t>
      </w:r>
    </w:p>
    <w:p>
      <w:r>
        <w:t>610.</w:t>
      </w:r>
    </w:p>
    <w:p>
      <w:r>
        <w:t>Rvp 14007/2016</w:t>
      </w:r>
    </w:p>
    <w:p>
      <w:r>
        <w:t>sp. zn. 22 XCdo 59/2016 z 29. júna 2016</w:t>
      </w:r>
    </w:p>
    <w:p>
      <w:r>
        <w:t>611.</w:t>
      </w:r>
    </w:p>
    <w:p>
      <w:r>
        <w:t>Rvp 14008/2016</w:t>
      </w:r>
    </w:p>
    <w:p>
      <w:r>
        <w:t>sp. zn. 24 XCdo 19/2016 z 29. júna 2016</w:t>
      </w:r>
    </w:p>
    <w:p>
      <w:r>
        <w:t>612.</w:t>
      </w:r>
    </w:p>
    <w:p>
      <w:r>
        <w:t>Rvp 14009/2016</w:t>
      </w:r>
    </w:p>
    <w:p>
      <w:r>
        <w:t>sp. zn. 24 XCdo 18/2016 z 29. júna 2016</w:t>
      </w:r>
    </w:p>
    <w:p>
      <w:r>
        <w:t>613.</w:t>
      </w:r>
    </w:p>
    <w:p>
      <w:r>
        <w:t>Rvp 14010/2016</w:t>
      </w:r>
    </w:p>
    <w:p>
      <w:r>
        <w:t>sp. zn. 1 Cdo 694/2015 z 30. júna 2016</w:t>
      </w:r>
    </w:p>
    <w:p>
      <w:r>
        <w:t>614.</w:t>
      </w:r>
    </w:p>
    <w:p>
      <w:r>
        <w:t>Rvp 14011/2016</w:t>
      </w:r>
    </w:p>
    <w:p>
      <w:r>
        <w:t>sp. zn. 22 XCdo 29/2015 z 29. júna 2016</w:t>
      </w:r>
    </w:p>
    <w:p>
      <w:r>
        <w:t>615.</w:t>
      </w:r>
    </w:p>
    <w:p>
      <w:r>
        <w:t>Rvp 14012/2016</w:t>
      </w:r>
    </w:p>
    <w:p>
      <w:r>
        <w:t>sp. zn. 22 XCdo 7/2016 z 29. júna 2016</w:t>
      </w:r>
    </w:p>
    <w:p>
      <w:r>
        <w:t>616.</w:t>
      </w:r>
    </w:p>
    <w:p>
      <w:r>
        <w:t>Rvp 14013/2016</w:t>
      </w:r>
    </w:p>
    <w:p>
      <w:r>
        <w:t>sp. zn. 22 XCdo 6/2016 z 29. júna 2016</w:t>
      </w:r>
    </w:p>
    <w:p>
      <w:r>
        <w:t>617.</w:t>
      </w:r>
    </w:p>
    <w:p>
      <w:r>
        <w:t>Rvp 14014/2016</w:t>
      </w:r>
    </w:p>
    <w:p>
      <w:r>
        <w:t>sp. zn. 22 XCdo 66/2016 z 29. júna 2016</w:t>
      </w:r>
    </w:p>
    <w:p>
      <w:r>
        <w:t>618.</w:t>
      </w:r>
    </w:p>
    <w:p>
      <w:r>
        <w:t>Rvp 14015/2016</w:t>
      </w:r>
    </w:p>
    <w:p>
      <w:r>
        <w:t>sp. zn. 22 XCdo 67/2016 z 29. júna 2016</w:t>
      </w:r>
    </w:p>
    <w:p>
      <w:r>
        <w:t>619.</w:t>
      </w:r>
    </w:p>
    <w:p>
      <w:r>
        <w:t>Rvp 14016/2016</w:t>
      </w:r>
    </w:p>
    <w:p>
      <w:r>
        <w:t>sp. zn. 15 XCdo 262/2016 z 11. augusta 2016</w:t>
      </w:r>
    </w:p>
    <w:p>
      <w:r>
        <w:t>620.</w:t>
      </w:r>
    </w:p>
    <w:p>
      <w:r>
        <w:t>Rvp 14017/2016</w:t>
      </w:r>
    </w:p>
    <w:p>
      <w:r>
        <w:t>sp. zn. 3 XCdo 45/2016 z 9. augusta 2016</w:t>
      </w:r>
    </w:p>
    <w:p>
      <w:r>
        <w:t>621.</w:t>
      </w:r>
    </w:p>
    <w:p>
      <w:r>
        <w:t>Rvp 14018/2016</w:t>
      </w:r>
    </w:p>
    <w:p>
      <w:r>
        <w:t>sp. zn. 6 XCdo 42/2016 z 28. júla 2016</w:t>
      </w:r>
    </w:p>
    <w:p>
      <w:r>
        <w:t>622.</w:t>
      </w:r>
    </w:p>
    <w:p>
      <w:r>
        <w:t>Rvp 14019/2016</w:t>
      </w:r>
    </w:p>
    <w:p>
      <w:r>
        <w:t>sp. zn. 3 XCdo 46/2016 z 9. augusta 2016</w:t>
      </w:r>
    </w:p>
    <w:p>
      <w:r>
        <w:t>623.</w:t>
      </w:r>
    </w:p>
    <w:p>
      <w:r>
        <w:t>Rvp 14020/2016</w:t>
      </w:r>
    </w:p>
    <w:p>
      <w:r>
        <w:t>sp. zn. 1 Cdo 689/2015 z 30. júna 2016</w:t>
      </w:r>
    </w:p>
    <w:p>
      <w:r>
        <w:t>624.</w:t>
      </w:r>
    </w:p>
    <w:p>
      <w:r>
        <w:t>Rvp 14021/2016</w:t>
      </w:r>
    </w:p>
    <w:p>
      <w:r>
        <w:t>sp. zn. 7 Cdo 913/2015 z 23. júna 2016</w:t>
      </w:r>
    </w:p>
    <w:p>
      <w:r>
        <w:t>625.</w:t>
      </w:r>
    </w:p>
    <w:p>
      <w:r>
        <w:t>Rvp 14022/2016</w:t>
      </w:r>
    </w:p>
    <w:p>
      <w:r>
        <w:t>sp. zn. 7 Cdo 813/2015 z 23. júna 2016</w:t>
      </w:r>
    </w:p>
    <w:p>
      <w:r>
        <w:t>626.</w:t>
      </w:r>
    </w:p>
    <w:p>
      <w:r>
        <w:t>Rvp 14023/2016</w:t>
      </w:r>
    </w:p>
    <w:p>
      <w:r>
        <w:t>sp. zn. 7 Cdo 912/2015 z 23. júna 2016</w:t>
      </w:r>
    </w:p>
    <w:p>
      <w:r>
        <w:t>627.</w:t>
      </w:r>
    </w:p>
    <w:p>
      <w:r>
        <w:t>Rvp 14024/2016</w:t>
      </w:r>
    </w:p>
    <w:p>
      <w:r>
        <w:t>sp. zn. 5 Cdo 822/2015 z 29. júna 2016</w:t>
      </w:r>
    </w:p>
    <w:p>
      <w:r>
        <w:t>628.</w:t>
      </w:r>
    </w:p>
    <w:p>
      <w:r>
        <w:t>Rvp 14025/2016</w:t>
      </w:r>
    </w:p>
    <w:p>
      <w:r>
        <w:t>sp. zn. 6 Cdo 608/2015 z 23. júna 2016</w:t>
      </w:r>
    </w:p>
    <w:p>
      <w:r>
        <w:t>629.</w:t>
      </w:r>
    </w:p>
    <w:p>
      <w:r>
        <w:t>Rvp 14026/2016</w:t>
      </w:r>
    </w:p>
    <w:p>
      <w:r>
        <w:t>sp. zn. 6 Cdo 652/2015 z 23. júna 2016</w:t>
      </w:r>
    </w:p>
    <w:p>
      <w:r>
        <w:t>630.</w:t>
      </w:r>
    </w:p>
    <w:p>
      <w:r>
        <w:t>Rvp 14027/2016</w:t>
      </w:r>
    </w:p>
    <w:p>
      <w:r>
        <w:t>sp. zn. 21 XCdo 17/2016 29. júna 2016</w:t>
      </w:r>
    </w:p>
    <w:p>
      <w:r>
        <w:t>631.</w:t>
      </w:r>
    </w:p>
    <w:p>
      <w:r>
        <w:t>Rvp 14028/2016</w:t>
      </w:r>
    </w:p>
    <w:p>
      <w:r>
        <w:t>sp. zn. 21 XCdo 5/2016 z 29. júna 2016</w:t>
      </w:r>
    </w:p>
    <w:p>
      <w:r>
        <w:t>632.</w:t>
      </w:r>
    </w:p>
    <w:p>
      <w:r>
        <w:t>Rvp 14029/2016</w:t>
      </w:r>
    </w:p>
    <w:p>
      <w:r>
        <w:t>sp. zn. 17 XCdo 30/2016 z 30. júna 2016</w:t>
      </w:r>
    </w:p>
    <w:p>
      <w:r>
        <w:t>633.</w:t>
      </w:r>
    </w:p>
    <w:p>
      <w:r>
        <w:t>Rvp 14030/2016</w:t>
      </w:r>
    </w:p>
    <w:p>
      <w:r>
        <w:t>sp. zn. 17 XCdo 62/2016 z 30. júna 2016</w:t>
      </w:r>
    </w:p>
    <w:p>
      <w:r>
        <w:t>634.</w:t>
      </w:r>
    </w:p>
    <w:p>
      <w:r>
        <w:t>Rvp 14031/2016</w:t>
      </w:r>
    </w:p>
    <w:p>
      <w:r>
        <w:t>sp. zn. 22 XCdo 48/2016 z 29. júna 2016</w:t>
      </w:r>
    </w:p>
    <w:p>
      <w:r>
        <w:t>635.</w:t>
      </w:r>
    </w:p>
    <w:p>
      <w:r>
        <w:t>Rvp 14032/2016</w:t>
      </w:r>
    </w:p>
    <w:p>
      <w:r>
        <w:t>sp. zn. 15 XCdo 281/2016 z 11. augusta 2016</w:t>
      </w:r>
    </w:p>
    <w:p>
      <w:r>
        <w:t>636.</w:t>
      </w:r>
    </w:p>
    <w:p>
      <w:r>
        <w:t>Rvp 14033/2016</w:t>
      </w:r>
    </w:p>
    <w:p>
      <w:r>
        <w:t>sp. zn. 15 XCdo 204/2016 z 30. júna 2016</w:t>
      </w:r>
    </w:p>
    <w:p>
      <w:r>
        <w:t>637.</w:t>
      </w:r>
    </w:p>
    <w:p>
      <w:r>
        <w:t>Rvp 14034/2016</w:t>
      </w:r>
    </w:p>
    <w:p>
      <w:r>
        <w:t>sp. zn. 22 XCdo 50/2016 z 29. júna 2016</w:t>
      </w:r>
    </w:p>
    <w:p>
      <w:r>
        <w:t>638.</w:t>
      </w:r>
    </w:p>
    <w:p>
      <w:r>
        <w:t>Rvp 14035/2016</w:t>
      </w:r>
    </w:p>
    <w:p>
      <w:r>
        <w:t>sp. zn. 16 XCdo 121/2016 z 27. júna 2016</w:t>
      </w:r>
    </w:p>
    <w:p>
      <w:r>
        <w:t>639.</w:t>
      </w:r>
    </w:p>
    <w:p>
      <w:r>
        <w:t>Rvp 14036/2016</w:t>
      </w:r>
    </w:p>
    <w:p>
      <w:r>
        <w:t>sp. zn. 24 XCdo 50/2016 z 29. júna 2016</w:t>
      </w:r>
    </w:p>
    <w:p>
      <w:r>
        <w:t>640.</w:t>
      </w:r>
    </w:p>
    <w:p>
      <w:r>
        <w:t>Rvp 14037/2016</w:t>
      </w:r>
    </w:p>
    <w:p>
      <w:r>
        <w:t>sp. zn. 22 XCdo 43/2016 z 29. júna 2016</w:t>
      </w:r>
    </w:p>
    <w:p>
      <w:r>
        <w:t>641.</w:t>
      </w:r>
    </w:p>
    <w:p>
      <w:r>
        <w:t>Rvp 14038/2016</w:t>
      </w:r>
    </w:p>
    <w:p>
      <w:r>
        <w:t>sp. zn. 15 XCdo 170/2016 z 30. júna 2016</w:t>
      </w:r>
    </w:p>
    <w:p>
      <w:r>
        <w:t>642.</w:t>
      </w:r>
    </w:p>
    <w:p>
      <w:r>
        <w:t>Rvp 14039/2016</w:t>
      </w:r>
    </w:p>
    <w:p>
      <w:r>
        <w:t>sp. zn. 5 XCdo 58/2016 z 29. júna 2016</w:t>
      </w:r>
    </w:p>
    <w:p>
      <w:r>
        <w:t>21</w:t>
      </w:r>
    </w:p>
    <w:p>
      <w:r>
        <w:t>643.</w:t>
      </w:r>
    </w:p>
    <w:p>
      <w:r>
        <w:t>Rvp 14040/2016</w:t>
      </w:r>
    </w:p>
    <w:p>
      <w:r>
        <w:t>sp. zn. 2 Cdo 963/2015 z 11. júla 2016</w:t>
      </w:r>
    </w:p>
    <w:p>
      <w:r>
        <w:t>644.</w:t>
      </w:r>
    </w:p>
    <w:p>
      <w:r>
        <w:t>Rvp 14041/2016</w:t>
      </w:r>
    </w:p>
    <w:p>
      <w:r>
        <w:t>sp. zn. 25 XCdo 25/2015 z 28. júna 2016</w:t>
      </w:r>
    </w:p>
    <w:p>
      <w:r>
        <w:t>645.</w:t>
      </w:r>
    </w:p>
    <w:p>
      <w:r>
        <w:t>Rvp 14042/2016</w:t>
      </w:r>
    </w:p>
    <w:p>
      <w:r>
        <w:t>sp. zn. 6 Cdo 555/2015 z 26. mája 2016</w:t>
      </w:r>
    </w:p>
    <w:p>
      <w:r>
        <w:t>646.</w:t>
      </w:r>
    </w:p>
    <w:p>
      <w:r>
        <w:t>Rvp 14043/2016</w:t>
      </w:r>
    </w:p>
    <w:p>
      <w:r>
        <w:t>sp. zn. 6 Cdo 557/2015 z 26. mája 2016</w:t>
      </w:r>
    </w:p>
    <w:p>
      <w:r>
        <w:t>647.</w:t>
      </w:r>
    </w:p>
    <w:p>
      <w:r>
        <w:t>Rvp 14044/2016</w:t>
      </w:r>
    </w:p>
    <w:p>
      <w:r>
        <w:t>sp. zn. 24 XCdo 21/2015 z 29. júna 2016</w:t>
      </w:r>
    </w:p>
    <w:p>
      <w:r>
        <w:t>648.</w:t>
      </w:r>
    </w:p>
    <w:p>
      <w:r>
        <w:t>Rvp 14045/2016</w:t>
      </w:r>
    </w:p>
    <w:p>
      <w:r>
        <w:t>sp. zn. 24 XCdo 49/2016 z 29. júna 2016</w:t>
      </w:r>
    </w:p>
    <w:p>
      <w:r>
        <w:t>649.</w:t>
      </w:r>
    </w:p>
    <w:p>
      <w:r>
        <w:t>Rvp 14046/2016</w:t>
      </w:r>
    </w:p>
    <w:p>
      <w:r>
        <w:t>sp. zn. 24 XCdo 2/2016 z 29. júna 2016</w:t>
      </w:r>
    </w:p>
    <w:p>
      <w:r>
        <w:t>650.</w:t>
      </w:r>
    </w:p>
    <w:p>
      <w:r>
        <w:t>Rvp 14047/2016</w:t>
      </w:r>
    </w:p>
    <w:p>
      <w:r>
        <w:t>sp. zn. 22 XCdo 47/2016 z 29. júna 2016</w:t>
      </w:r>
    </w:p>
    <w:p>
      <w:r>
        <w:t>651.</w:t>
      </w:r>
    </w:p>
    <w:p>
      <w:r>
        <w:t>Rvp 14048/2016</w:t>
      </w:r>
    </w:p>
    <w:p>
      <w:r>
        <w:t>sp. zn. 25 XCdo 18/2015 z 28. júna 2016</w:t>
      </w:r>
    </w:p>
    <w:p>
      <w:r>
        <w:t>652.</w:t>
      </w:r>
    </w:p>
    <w:p>
      <w:r>
        <w:t>Rvp 14049/2016</w:t>
      </w:r>
    </w:p>
    <w:p>
      <w:r>
        <w:t>sp. zn. 1 Cdo 740/2015 z 30. júna 2016</w:t>
      </w:r>
    </w:p>
    <w:p>
      <w:r>
        <w:t>653.</w:t>
      </w:r>
    </w:p>
    <w:p>
      <w:r>
        <w:t>Rvp 14050/2016</w:t>
      </w:r>
    </w:p>
    <w:p>
      <w:r>
        <w:t>sp. zn. 21 XCdo 21/2016 z 29. júna 2016</w:t>
      </w:r>
    </w:p>
    <w:p>
      <w:r>
        <w:t>654.</w:t>
      </w:r>
    </w:p>
    <w:p>
      <w:r>
        <w:t>Rvp 14051/2016</w:t>
      </w:r>
    </w:p>
    <w:p>
      <w:r>
        <w:t>sp. zn. 15 XCdo 206/2016 z 30. júna 2016</w:t>
      </w:r>
    </w:p>
    <w:p>
      <w:r>
        <w:t>655.</w:t>
      </w:r>
    </w:p>
    <w:p>
      <w:r>
        <w:t>Rvp 14052/2016</w:t>
      </w:r>
    </w:p>
    <w:p>
      <w:r>
        <w:t>sp. zn. 1 Cdo 771/2015 z 30. júna 2016</w:t>
      </w:r>
    </w:p>
    <w:p>
      <w:r>
        <w:t>656.</w:t>
      </w:r>
    </w:p>
    <w:p>
      <w:r>
        <w:t>Rvp 14053/2016</w:t>
      </w:r>
    </w:p>
    <w:p>
      <w:r>
        <w:t>sp. zn. 2 Cdo 966/2015 z 11. júla 2016</w:t>
      </w:r>
    </w:p>
    <w:p>
      <w:r>
        <w:t>657.</w:t>
      </w:r>
    </w:p>
    <w:p>
      <w:r>
        <w:t>Rvp 14054/2016</w:t>
      </w:r>
    </w:p>
    <w:p>
      <w:r>
        <w:t>sp. zn. 2 Cdo 972/2015 z 11. júla 2016</w:t>
      </w:r>
    </w:p>
    <w:p>
      <w:r>
        <w:t>658.</w:t>
      </w:r>
    </w:p>
    <w:p>
      <w:r>
        <w:t>Rvp 14055/2016</w:t>
      </w:r>
    </w:p>
    <w:p>
      <w:r>
        <w:t>sp. zn. 2 Cdo 954/2015 z 11. júla 2016</w:t>
      </w:r>
    </w:p>
    <w:p>
      <w:r>
        <w:t>659.</w:t>
      </w:r>
    </w:p>
    <w:p>
      <w:r>
        <w:t>Rvp 14056/2016</w:t>
      </w:r>
    </w:p>
    <w:p>
      <w:r>
        <w:t>sp. zn. 2 Cdo 959/2015 z 11. júla 2016</w:t>
      </w:r>
    </w:p>
    <w:p>
      <w:r>
        <w:t>660.</w:t>
      </w:r>
    </w:p>
    <w:p>
      <w:r>
        <w:t>Rvp 14057/2016</w:t>
      </w:r>
    </w:p>
    <w:p>
      <w:r>
        <w:t>sp. zn. 2 Cdo 965/2015 z 11. júla 2016</w:t>
      </w:r>
    </w:p>
    <w:p>
      <w:r>
        <w:t>22</w:t>
      </w:r>
    </w:p>
    <w:p/>
    <w:p>
      <w:r>
        <w:t>Zdroj: KAUZIS.SK – https://www.kauzis.sk/judikatura/r/ECLI:SK:USSR:2017:2.US.273.2017.2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