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32/2017 z 4. 4. 2017</w:t>
      </w:r>
    </w:p>
    <w:p>
      <w:r>
        <w:t>Uznesenie Ústavného súdu SR z 4. apríla 2017, sp. zn. II. ÚS 32/2017, ECLI:SK:USSR:2017:2.US.32.2017.2</w:t>
      </w:r>
    </w:p>
    <w:p>
      <w:r>
        <w:t>Súd: Ústavný súd Slovenskej republiky</w:t>
      </w:r>
    </w:p>
    <w:p>
      <w:r>
        <w:t>Spisová značka: II. ÚS 32/2017</w:t>
      </w:r>
    </w:p>
    <w:p>
      <w:r>
        <w:t>ECLI: ECLI:SK:USSR:2017:2.US.32.2017.2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32/2017-22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Banskej Bystrici uvedenými v prílohe tohto rozhodnutia, ako aj postupom, ktorý predchádzal ich vydaniu, takto rozhodol: Konanie o sťažnostiach obchodnej spoločnosti POHOTOVOSŤ, s. r. o., vedené pod sp. zn. II. ÚS 32/2017 z a s t a v u j e . Odôvodnenie: 1. Ústavný súd Slovenskej republiky (ďalej len „ústavný súd“) uznesením č. k. II. ÚS 32/2017-8 z 12. januára 2017 (ďalej aj „uznesenie“) uložil obchodnej spoločnosti POHOTOVOSŤ, s. r. o, (ďalej len „sťažovateľka“) povinnosť zaplatiť súdny</w:t>
      </w:r>
    </w:p>
    <w:p>
      <w:r>
        <w:t>poplatok vo výške 3 540 € do 7 dní odo dňa doručenia uznesenia na účet Kancelárie Ústavného súdu Slovenskej republiky za 118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32/2017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32/2017 Por. č.</w:t>
      </w:r>
    </w:p>
    <w:p>
      <w:r>
        <w:t>sp. zn. sťažností vedených</w:t>
      </w:r>
    </w:p>
    <w:p>
      <w:r>
        <w:t>sp. zn. uznesení Krajského súdu v Banskej</w:t>
      </w:r>
    </w:p>
    <w:p>
      <w:r>
        <w:t>1.</w:t>
      </w:r>
    </w:p>
    <w:p>
      <w:r>
        <w:t>ústavným súdom (Rvp) Rvp 2769/2016</w:t>
      </w:r>
    </w:p>
    <w:p>
      <w:r>
        <w:t>Bystrici sp. zn. 13 Co 945/2015 z 15. decembra 2015</w:t>
      </w:r>
    </w:p>
    <w:p>
      <w:r>
        <w:t>2.</w:t>
      </w:r>
    </w:p>
    <w:p>
      <w:r>
        <w:t>Rvp 2770/2016</w:t>
      </w:r>
    </w:p>
    <w:p>
      <w:r>
        <w:t>sp. zn. 13 Co 946/2015 z 15. decembra 2015</w:t>
      </w:r>
    </w:p>
    <w:p>
      <w:r>
        <w:t>3.</w:t>
      </w:r>
    </w:p>
    <w:p>
      <w:r>
        <w:t>Rvp 2771/2016</w:t>
      </w:r>
    </w:p>
    <w:p>
      <w:r>
        <w:t>sp. zn. 14 Co 1315/2014 z 19. mája 2015</w:t>
      </w:r>
    </w:p>
    <w:p>
      <w:r>
        <w:t>4.</w:t>
      </w:r>
    </w:p>
    <w:p>
      <w:r>
        <w:t>Rvp 2772/2016</w:t>
      </w:r>
    </w:p>
    <w:p>
      <w:r>
        <w:t>sp. zn. 13 Co 242/2015 zo 16. júna 2015</w:t>
      </w:r>
    </w:p>
    <w:p>
      <w:r>
        <w:t>5.</w:t>
      </w:r>
    </w:p>
    <w:p>
      <w:r>
        <w:t>Rvp 2773/2016</w:t>
      </w:r>
    </w:p>
    <w:p>
      <w:r>
        <w:t>sp. zn. 14 Co 1171/2014 z 27. apríla 2015</w:t>
      </w:r>
    </w:p>
    <w:p>
      <w:r>
        <w:t>6.</w:t>
      </w:r>
    </w:p>
    <w:p>
      <w:r>
        <w:t>Rvp 2774/2016</w:t>
      </w:r>
    </w:p>
    <w:p>
      <w:r>
        <w:t>sp. zn. 13 Co 1312/2014 z 25. mája 2015</w:t>
      </w:r>
    </w:p>
    <w:p>
      <w:r>
        <w:t>7.</w:t>
      </w:r>
    </w:p>
    <w:p>
      <w:r>
        <w:t>Rvp 2775/2016</w:t>
      </w:r>
    </w:p>
    <w:p>
      <w:r>
        <w:t>sp. zn. 16 Co 1322/2014 z 28. mája 2015</w:t>
      </w:r>
    </w:p>
    <w:p>
      <w:r>
        <w:t>8.</w:t>
      </w:r>
    </w:p>
    <w:p>
      <w:r>
        <w:t>Rvp 2776/2016</w:t>
      </w:r>
    </w:p>
    <w:p>
      <w:r>
        <w:t>sp. zn. 13 Co 1168/2014 z 8. júna 2015</w:t>
      </w:r>
    </w:p>
    <w:p>
      <w:r>
        <w:t>9.</w:t>
      </w:r>
    </w:p>
    <w:p>
      <w:r>
        <w:t>Rvp 2777/2016</w:t>
      </w:r>
    </w:p>
    <w:p>
      <w:r>
        <w:t>sp. zn. 41 Co 711/2015 z 15. decembra 2015</w:t>
      </w:r>
    </w:p>
    <w:p>
      <w:r>
        <w:t>10.</w:t>
      </w:r>
    </w:p>
    <w:p>
      <w:r>
        <w:t>Rvp 2778/2016</w:t>
      </w:r>
    </w:p>
    <w:p>
      <w:r>
        <w:t>sp. zn. 13 Co 1155/2016 z 8. júna 2015</w:t>
      </w:r>
    </w:p>
    <w:p>
      <w:r>
        <w:t>11.</w:t>
      </w:r>
    </w:p>
    <w:p>
      <w:r>
        <w:t>Rvp 2779/2016</w:t>
      </w:r>
    </w:p>
    <w:p>
      <w:r>
        <w:t>sp. zn. 2 Co 300/2015 z 30. októbra 2015</w:t>
      </w:r>
    </w:p>
    <w:p>
      <w:r>
        <w:t>12.</w:t>
      </w:r>
    </w:p>
    <w:p>
      <w:r>
        <w:t>Rvp 2780/2016</w:t>
      </w:r>
    </w:p>
    <w:p>
      <w:r>
        <w:t>sp. zn. 17 Co 852/2015 z 26. novembra 2015</w:t>
      </w:r>
    </w:p>
    <w:p>
      <w:r>
        <w:t>13.</w:t>
      </w:r>
    </w:p>
    <w:p>
      <w:r>
        <w:t>Rvp 2781/2016</w:t>
      </w:r>
    </w:p>
    <w:p>
      <w:r>
        <w:t>sp. zn. 43 Co 531/2015 z 10. decembra 2015</w:t>
      </w:r>
    </w:p>
    <w:p>
      <w:r>
        <w:t>14.</w:t>
      </w:r>
    </w:p>
    <w:p>
      <w:r>
        <w:t>Rvp 2782/2016</w:t>
      </w:r>
    </w:p>
    <w:p>
      <w:r>
        <w:t>sp. zn. 14 Co 934/2015 z 24. novembra 2015</w:t>
      </w:r>
    </w:p>
    <w:p>
      <w:r>
        <w:t>15.</w:t>
      </w:r>
    </w:p>
    <w:p>
      <w:r>
        <w:t>Rvp 2783/2016</w:t>
      </w:r>
    </w:p>
    <w:p>
      <w:r>
        <w:t>sp. zn. 12 Co 526/2015 z 26. novembra 2015</w:t>
      </w:r>
    </w:p>
    <w:p>
      <w:r>
        <w:t>16.</w:t>
      </w:r>
    </w:p>
    <w:p>
      <w:r>
        <w:t>Rvp 2784/2016</w:t>
      </w:r>
    </w:p>
    <w:p>
      <w:r>
        <w:t>sp. zn. 16 Co 171/2015 zo 17. decembra 2015</w:t>
      </w:r>
    </w:p>
    <w:p>
      <w:r>
        <w:t>17.</w:t>
      </w:r>
    </w:p>
    <w:p>
      <w:r>
        <w:t>Rvp 2785/2016</w:t>
      </w:r>
    </w:p>
    <w:p>
      <w:r>
        <w:t>sp. zn. 17 Co 1148/2014 zo 4. marca 2015</w:t>
      </w:r>
    </w:p>
    <w:p>
      <w:r>
        <w:t>18.</w:t>
      </w:r>
    </w:p>
    <w:p>
      <w:r>
        <w:t>Rvp 2786/2016</w:t>
      </w:r>
    </w:p>
    <w:p>
      <w:r>
        <w:t>sp. zn. 13 Co 1143/2014 zo 14. apríla 2015</w:t>
      </w:r>
    </w:p>
    <w:p>
      <w:r>
        <w:t>19.</w:t>
      </w:r>
    </w:p>
    <w:p>
      <w:r>
        <w:t>Rvp 2787/2016</w:t>
      </w:r>
    </w:p>
    <w:p>
      <w:r>
        <w:t>sp. zn. 15 Co 764/2015 zo 17. decembra 2015</w:t>
      </w:r>
    </w:p>
    <w:p>
      <w:r>
        <w:t>20.</w:t>
      </w:r>
    </w:p>
    <w:p>
      <w:r>
        <w:t>Rvp 2788/2016</w:t>
      </w:r>
    </w:p>
    <w:p>
      <w:r>
        <w:t>sp. zn. 13 Co 1002/2015 z 29. decembra 2015</w:t>
      </w:r>
    </w:p>
    <w:p>
      <w:r>
        <w:t>21.</w:t>
      </w:r>
    </w:p>
    <w:p>
      <w:r>
        <w:t>Rvp 2789/2016</w:t>
      </w:r>
    </w:p>
    <w:p>
      <w:r>
        <w:t>sp. zn. 13 Co 1000/2015 z 29. decembra 2015</w:t>
      </w:r>
    </w:p>
    <w:p>
      <w:r>
        <w:t>22.</w:t>
      </w:r>
    </w:p>
    <w:p>
      <w:r>
        <w:t>Rvp 2790/2016</w:t>
      </w:r>
    </w:p>
    <w:p>
      <w:r>
        <w:t>sp. zn. 16 Co 604/2015 z 26. novembra 2015</w:t>
      </w:r>
    </w:p>
    <w:p>
      <w:r>
        <w:t>23.</w:t>
      </w:r>
    </w:p>
    <w:p>
      <w:r>
        <w:t>Rvp 2791/2016</w:t>
      </w:r>
    </w:p>
    <w:p>
      <w:r>
        <w:t>sp. zn. 1 Co 162/2015 zo 16. decembra 2015</w:t>
      </w:r>
    </w:p>
    <w:p>
      <w:r>
        <w:t>24.</w:t>
      </w:r>
    </w:p>
    <w:p>
      <w:r>
        <w:t>Rvp 2792/2016</w:t>
      </w:r>
    </w:p>
    <w:p>
      <w:r>
        <w:t>sp. zn. 1Co 168/2015 z 25. novembra 2015</w:t>
      </w:r>
    </w:p>
    <w:p>
      <w:r>
        <w:t>25.</w:t>
      </w:r>
    </w:p>
    <w:p>
      <w:r>
        <w:t>Rvp 2793/2016</w:t>
      </w:r>
    </w:p>
    <w:p>
      <w:r>
        <w:t>sp. zn. 2 Co 42/2015 z 30. októbra 2015</w:t>
      </w:r>
    </w:p>
    <w:p>
      <w:r>
        <w:t>26.</w:t>
      </w:r>
    </w:p>
    <w:p>
      <w:r>
        <w:t>Rvp 2794/2016</w:t>
      </w:r>
    </w:p>
    <w:p>
      <w:r>
        <w:t>sp. zn. 43 Co 513/2015 z 19. novembra 2015</w:t>
      </w:r>
    </w:p>
    <w:p>
      <w:r>
        <w:t>27.</w:t>
      </w:r>
    </w:p>
    <w:p>
      <w:r>
        <w:t>Rvp 2795/2016</w:t>
      </w:r>
    </w:p>
    <w:p>
      <w:r>
        <w:t>sp. zn. 43 Co 519/2015 z 19. novembra 2015</w:t>
      </w:r>
    </w:p>
    <w:p>
      <w:r>
        <w:t>28.</w:t>
      </w:r>
    </w:p>
    <w:p>
      <w:r>
        <w:t>Rvp 2796/2016</w:t>
      </w:r>
    </w:p>
    <w:p>
      <w:r>
        <w:t>sp. zn. 41 Co 665/2015 z 25. novembra 2015</w:t>
      </w:r>
    </w:p>
    <w:p>
      <w:r>
        <w:t>29.</w:t>
      </w:r>
    </w:p>
    <w:p>
      <w:r>
        <w:t>Rvp 2797/2016</w:t>
      </w:r>
    </w:p>
    <w:p>
      <w:r>
        <w:t>sp. zn. 41 Co 661/2015 z 25. novembra 2015</w:t>
      </w:r>
    </w:p>
    <w:p>
      <w:r>
        <w:t>30.</w:t>
      </w:r>
    </w:p>
    <w:p>
      <w:r>
        <w:t>Rvp 2798/2016</w:t>
      </w:r>
    </w:p>
    <w:p>
      <w:r>
        <w:t>sp. zn. 41 Co 567/2015 z 9. decembra 2015</w:t>
      </w:r>
    </w:p>
    <w:p>
      <w:r>
        <w:t>3</w:t>
      </w:r>
    </w:p>
    <w:p>
      <w:r>
        <w:t>31.</w:t>
      </w:r>
    </w:p>
    <w:p>
      <w:r>
        <w:t>Rvp 3138/2016</w:t>
      </w:r>
    </w:p>
    <w:p>
      <w:r>
        <w:t>sp. zn. 43 Co 538/2015 z 10. decembra 2015</w:t>
      </w:r>
    </w:p>
    <w:p>
      <w:r>
        <w:t>32.</w:t>
      </w:r>
    </w:p>
    <w:p>
      <w:r>
        <w:t>Rvp 3139/2016</w:t>
      </w:r>
    </w:p>
    <w:p>
      <w:r>
        <w:t>sp. zn. 1 Co 149/2015 zo 16. decembra 2015</w:t>
      </w:r>
    </w:p>
    <w:p>
      <w:r>
        <w:t>33.</w:t>
      </w:r>
    </w:p>
    <w:p>
      <w:r>
        <w:t>Rvp 3140/2016</w:t>
      </w:r>
    </w:p>
    <w:p>
      <w:r>
        <w:t>sp. zn. 17 Co 864/2015 zo 16. decembra 2015</w:t>
      </w:r>
    </w:p>
    <w:p>
      <w:r>
        <w:t>34.</w:t>
      </w:r>
    </w:p>
    <w:p>
      <w:r>
        <w:t>Rvp 3141/2016</w:t>
      </w:r>
    </w:p>
    <w:p>
      <w:r>
        <w:t>sp. zn. 41 Co 631/2015 zo 16. decembra 2015</w:t>
      </w:r>
    </w:p>
    <w:p>
      <w:r>
        <w:t>35.</w:t>
      </w:r>
    </w:p>
    <w:p>
      <w:r>
        <w:t>Rvp 3142/2016</w:t>
      </w:r>
    </w:p>
    <w:p>
      <w:r>
        <w:t>sp. zn. 43 Co 454/2015 zo 17. decembra 2015</w:t>
      </w:r>
    </w:p>
    <w:p>
      <w:r>
        <w:t>36.</w:t>
      </w:r>
    </w:p>
    <w:p>
      <w:r>
        <w:t>Rvp 3143/2016</w:t>
      </w:r>
    </w:p>
    <w:p>
      <w:r>
        <w:t>sp. zn. 2 Co 306/2015 zo 17. decembra 2015</w:t>
      </w:r>
    </w:p>
    <w:p>
      <w:r>
        <w:t>37.</w:t>
      </w:r>
    </w:p>
    <w:p>
      <w:r>
        <w:t>Rvp 3144/2016</w:t>
      </w:r>
    </w:p>
    <w:p>
      <w:r>
        <w:t>sp. zn. 2 Co 307/2015 zo 17. decembra 2015</w:t>
      </w:r>
    </w:p>
    <w:p>
      <w:r>
        <w:t>38.</w:t>
      </w:r>
    </w:p>
    <w:p>
      <w:r>
        <w:t>Rvp 3145/2016</w:t>
      </w:r>
    </w:p>
    <w:p>
      <w:r>
        <w:t>sp. zn. 2 Co 455/2015 z 20. novembra 2015</w:t>
      </w:r>
    </w:p>
    <w:p>
      <w:r>
        <w:t>39.</w:t>
      </w:r>
    </w:p>
    <w:p>
      <w:r>
        <w:t>Rvp 3146/2016</w:t>
      </w:r>
    </w:p>
    <w:p>
      <w:r>
        <w:t>sp. zn. 13 Co 338/2015 z 29. decembra 2015</w:t>
      </w:r>
    </w:p>
    <w:p>
      <w:r>
        <w:t>40.</w:t>
      </w:r>
    </w:p>
    <w:p>
      <w:r>
        <w:t>Rvp 3147/2016</w:t>
      </w:r>
    </w:p>
    <w:p>
      <w:r>
        <w:t>sp. zn. 13 Co 339/2015 z 15. decembra 2015</w:t>
      </w:r>
    </w:p>
    <w:p>
      <w:r>
        <w:t>41.</w:t>
      </w:r>
    </w:p>
    <w:p>
      <w:r>
        <w:t>Rvp 3148/2016</w:t>
      </w:r>
    </w:p>
    <w:p>
      <w:r>
        <w:t>sp. zn. 41 Co 379/2015 zo 16. decembra 2015</w:t>
      </w:r>
    </w:p>
    <w:p>
      <w:r>
        <w:t>42.</w:t>
      </w:r>
    </w:p>
    <w:p>
      <w:r>
        <w:t>Rvp 3149/2016</w:t>
      </w:r>
    </w:p>
    <w:p>
      <w:r>
        <w:t>sp. zn. 1 Co 164/2015 zo 16. decembra 2015</w:t>
      </w:r>
    </w:p>
    <w:p>
      <w:r>
        <w:t>43.</w:t>
      </w:r>
    </w:p>
    <w:p>
      <w:r>
        <w:t>Rvp 3150/2016</w:t>
      </w:r>
    </w:p>
    <w:p>
      <w:r>
        <w:t>sp. zn. 41 Co 606/2015 zo 16. decembra 2015</w:t>
      </w:r>
    </w:p>
    <w:p>
      <w:r>
        <w:t>44.</w:t>
      </w:r>
    </w:p>
    <w:p>
      <w:r>
        <w:t>Rvp 3151/2016</w:t>
      </w:r>
    </w:p>
    <w:p>
      <w:r>
        <w:t>sp. zn. 41 Co 588/2015 zo 16. decembra 2015</w:t>
      </w:r>
    </w:p>
    <w:p>
      <w:r>
        <w:t>45.</w:t>
      </w:r>
    </w:p>
    <w:p>
      <w:r>
        <w:t>Rvp 3152/2016</w:t>
      </w:r>
    </w:p>
    <w:p>
      <w:r>
        <w:t>sp. zn. 13 Co 860/2015 z 1. decembra 2015</w:t>
      </w:r>
    </w:p>
    <w:p>
      <w:r>
        <w:t>46.</w:t>
      </w:r>
    </w:p>
    <w:p>
      <w:r>
        <w:t>Rvp 3153/2016</w:t>
      </w:r>
    </w:p>
    <w:p>
      <w:r>
        <w:t>sp. zn. 41 Co 669/2015 zo 16. decembra 2015</w:t>
      </w:r>
    </w:p>
    <w:p>
      <w:r>
        <w:t>47.</w:t>
      </w:r>
    </w:p>
    <w:p>
      <w:r>
        <w:t>Rvp 3154/2016</w:t>
      </w:r>
    </w:p>
    <w:p>
      <w:r>
        <w:t>sp. zn. 41 Co 658/2015 zo 16. decembra 2015</w:t>
      </w:r>
    </w:p>
    <w:p>
      <w:r>
        <w:t>48.</w:t>
      </w:r>
    </w:p>
    <w:p>
      <w:r>
        <w:t>Rvp 3155/2016</w:t>
      </w:r>
    </w:p>
    <w:p>
      <w:r>
        <w:t>sp. zn. 43 Co 516/2015 z 10. decembra 2015</w:t>
      </w:r>
    </w:p>
    <w:p>
      <w:r>
        <w:t>49.</w:t>
      </w:r>
    </w:p>
    <w:p>
      <w:r>
        <w:t>Rvp 3156/2016</w:t>
      </w:r>
    </w:p>
    <w:p>
      <w:r>
        <w:t>sp. zn. 41 Co 644/2015 z 25. novembra 2015</w:t>
      </w:r>
    </w:p>
    <w:p>
      <w:r>
        <w:t>50.</w:t>
      </w:r>
    </w:p>
    <w:p>
      <w:r>
        <w:t>Rvp 3157/2016</w:t>
      </w:r>
    </w:p>
    <w:p>
      <w:r>
        <w:t>sp. zn. 14 Co 1287/2014 z 24. novembra 2015</w:t>
      </w:r>
    </w:p>
    <w:p>
      <w:r>
        <w:t>51.</w:t>
      </w:r>
    </w:p>
    <w:p>
      <w:r>
        <w:t>Rvp 3158/2016</w:t>
      </w:r>
    </w:p>
    <w:p>
      <w:r>
        <w:t>sp. zn. 41 Co 712/2015 z 15. decembra 2015</w:t>
      </w:r>
    </w:p>
    <w:p>
      <w:r>
        <w:t>52.</w:t>
      </w:r>
    </w:p>
    <w:p>
      <w:r>
        <w:t>Rvp 3159/2016</w:t>
      </w:r>
    </w:p>
    <w:p>
      <w:r>
        <w:t>sp. zn. 2 Co 428/2015 z 20. novembra 2015</w:t>
      </w:r>
    </w:p>
    <w:p>
      <w:r>
        <w:t>53.</w:t>
      </w:r>
    </w:p>
    <w:p>
      <w:r>
        <w:t>Rvp 3160/2016</w:t>
      </w:r>
    </w:p>
    <w:p>
      <w:r>
        <w:t>sp. zn. 17 Co 812/2015 z 25. novembra 2015</w:t>
      </w:r>
    </w:p>
    <w:p>
      <w:r>
        <w:t>54.</w:t>
      </w:r>
    </w:p>
    <w:p>
      <w:r>
        <w:t>Rvp 3161/2016</w:t>
      </w:r>
    </w:p>
    <w:p>
      <w:r>
        <w:t>sp. zn. 2 Co 425/2015 z 20. novembra 2015</w:t>
      </w:r>
    </w:p>
    <w:p>
      <w:r>
        <w:t>55.</w:t>
      </w:r>
    </w:p>
    <w:p>
      <w:r>
        <w:t>Rvp 3162/2016</w:t>
      </w:r>
    </w:p>
    <w:p>
      <w:r>
        <w:t>sp. zn. 12 Co 568/2015 z 26. novembra 2015</w:t>
      </w:r>
    </w:p>
    <w:p>
      <w:r>
        <w:t>56.</w:t>
      </w:r>
    </w:p>
    <w:p>
      <w:r>
        <w:t>Rvp 3163/2016</w:t>
      </w:r>
    </w:p>
    <w:p>
      <w:r>
        <w:t>sp. zn. 14 Co 196/2015 z 15. decembra 2015</w:t>
      </w:r>
    </w:p>
    <w:p>
      <w:r>
        <w:t>57.</w:t>
      </w:r>
    </w:p>
    <w:p>
      <w:r>
        <w:t>Rvp 3164/2016</w:t>
      </w:r>
    </w:p>
    <w:p>
      <w:r>
        <w:t>sp. zn. 41 Co 293/2015 z 12. augusta 2015</w:t>
      </w:r>
    </w:p>
    <w:p>
      <w:r>
        <w:t>58.</w:t>
      </w:r>
    </w:p>
    <w:p>
      <w:r>
        <w:t>Rvp 3165/2016</w:t>
      </w:r>
    </w:p>
    <w:p>
      <w:r>
        <w:t>sp. zn. 15 Co 976/2014 z 9. decembra 2015</w:t>
      </w:r>
    </w:p>
    <w:p>
      <w:r>
        <w:t>59.</w:t>
      </w:r>
    </w:p>
    <w:p>
      <w:r>
        <w:t>Rvp 3166/2016</w:t>
      </w:r>
    </w:p>
    <w:p>
      <w:r>
        <w:t>sp. zn. 14 Co 922/2015 z 24. novembra 2015</w:t>
      </w:r>
    </w:p>
    <w:p>
      <w:r>
        <w:t>60.</w:t>
      </w:r>
    </w:p>
    <w:p>
      <w:r>
        <w:t>Rvp 3167/2016</w:t>
      </w:r>
    </w:p>
    <w:p>
      <w:r>
        <w:t>sp. zn. 1 Co 160/2015 zo 16. decembra 2015</w:t>
      </w:r>
    </w:p>
    <w:p>
      <w:r>
        <w:t>61.</w:t>
      </w:r>
    </w:p>
    <w:p>
      <w:r>
        <w:t>Rvp 3168/2016</w:t>
      </w:r>
    </w:p>
    <w:p>
      <w:r>
        <w:t>sp. zn. 1 Co 200/2015 z 30. novembra 2015</w:t>
      </w:r>
    </w:p>
    <w:p>
      <w:r>
        <w:t>62.</w:t>
      </w:r>
    </w:p>
    <w:p>
      <w:r>
        <w:t>Rvp 3169/2016</w:t>
      </w:r>
    </w:p>
    <w:p>
      <w:r>
        <w:t>sp. zn. 17 Co 754/2015 z 25. novembra 2015</w:t>
      </w:r>
    </w:p>
    <w:p>
      <w:r>
        <w:t>63.</w:t>
      </w:r>
    </w:p>
    <w:p>
      <w:r>
        <w:t>Rvp 3170/2016</w:t>
      </w:r>
    </w:p>
    <w:p>
      <w:r>
        <w:t>sp. zn. 2 Co 184/2015 zo 17. decembra 2015</w:t>
      </w:r>
    </w:p>
    <w:p>
      <w:r>
        <w:t>64.</w:t>
      </w:r>
    </w:p>
    <w:p>
      <w:r>
        <w:t>Rvp 3171/2016</w:t>
      </w:r>
    </w:p>
    <w:p>
      <w:r>
        <w:t>sp. zn. 1 Co 29/2015 z 29. októbra 2015</w:t>
      </w:r>
    </w:p>
    <w:p>
      <w:r>
        <w:t>4</w:t>
      </w:r>
    </w:p>
    <w:p>
      <w:r>
        <w:t>65.</w:t>
      </w:r>
    </w:p>
    <w:p>
      <w:r>
        <w:t>Rvp 3172/2016</w:t>
      </w:r>
    </w:p>
    <w:p>
      <w:r>
        <w:t>sp. zn. 41 Co 689/2015 zo 16. decembra 2015</w:t>
      </w:r>
    </w:p>
    <w:p>
      <w:r>
        <w:t>66.</w:t>
      </w:r>
    </w:p>
    <w:p>
      <w:r>
        <w:t>Rvp 3173/2016</w:t>
      </w:r>
    </w:p>
    <w:p>
      <w:r>
        <w:t>sp. zn. 14 Co 969/2014 zo 16. júna 2015</w:t>
      </w:r>
    </w:p>
    <w:p>
      <w:r>
        <w:t>67.</w:t>
      </w:r>
    </w:p>
    <w:p>
      <w:r>
        <w:t>Rvp 3174/2016</w:t>
      </w:r>
    </w:p>
    <w:p>
      <w:r>
        <w:t>sp. zn. 13 Co 990/2015 z 29. decembra 2015</w:t>
      </w:r>
    </w:p>
    <w:p>
      <w:r>
        <w:t>68.</w:t>
      </w:r>
    </w:p>
    <w:p>
      <w:r>
        <w:t>Rvp 3175/2016</w:t>
      </w:r>
    </w:p>
    <w:p>
      <w:r>
        <w:t>sp. zn. 1 Co 195/2015 zo 16. decembra 2015</w:t>
      </w:r>
    </w:p>
    <w:p>
      <w:r>
        <w:t>69.</w:t>
      </w:r>
    </w:p>
    <w:p>
      <w:r>
        <w:t>Rvp 3176/2016</w:t>
      </w:r>
    </w:p>
    <w:p>
      <w:r>
        <w:t>sp. zn. 13 Co 803/2014 z 26. februára 2015</w:t>
      </w:r>
    </w:p>
    <w:p>
      <w:r>
        <w:t>70.</w:t>
      </w:r>
    </w:p>
    <w:p>
      <w:r>
        <w:t>Rvp 3584/2016</w:t>
      </w:r>
    </w:p>
    <w:p>
      <w:r>
        <w:t>sp. zn. 17 Co 909/2015 zo 16. decembra 2015</w:t>
      </w:r>
    </w:p>
    <w:p>
      <w:r>
        <w:t>71.</w:t>
      </w:r>
    </w:p>
    <w:p>
      <w:r>
        <w:t>Rvp 3585/2016</w:t>
      </w:r>
    </w:p>
    <w:p>
      <w:r>
        <w:t>sp. zn. 15 Co 683/2015 zo 14. januára 2016</w:t>
      </w:r>
    </w:p>
    <w:p>
      <w:r>
        <w:t>72.</w:t>
      </w:r>
    </w:p>
    <w:p>
      <w:r>
        <w:t>Rvp 3586/2016</w:t>
      </w:r>
    </w:p>
    <w:p>
      <w:r>
        <w:t>sp. zn. 1 Co 151/2015 zo 16. decembra 2015</w:t>
      </w:r>
    </w:p>
    <w:p>
      <w:r>
        <w:t>73.</w:t>
      </w:r>
    </w:p>
    <w:p>
      <w:r>
        <w:t>Rvp 3587/2016</w:t>
      </w:r>
    </w:p>
    <w:p>
      <w:r>
        <w:t>sp. zn. 15 Co 765/2015 zo 17. decembra 2015</w:t>
      </w:r>
    </w:p>
    <w:p>
      <w:r>
        <w:t>74.</w:t>
      </w:r>
    </w:p>
    <w:p>
      <w:r>
        <w:t>Rvp 3588/2016</w:t>
      </w:r>
    </w:p>
    <w:p>
      <w:r>
        <w:t>sp. zn. 1 Co 190/2015 zo16. decembra 2015</w:t>
      </w:r>
    </w:p>
    <w:p>
      <w:r>
        <w:t>75.</w:t>
      </w:r>
    </w:p>
    <w:p>
      <w:r>
        <w:t>Rvp 3589/2016</w:t>
      </w:r>
    </w:p>
    <w:p>
      <w:r>
        <w:t>sp. zn. 17 Co 951/2015 zo 16. decembra 2015</w:t>
      </w:r>
    </w:p>
    <w:p>
      <w:r>
        <w:t>76.</w:t>
      </w:r>
    </w:p>
    <w:p>
      <w:r>
        <w:t>Rvp 3590/2016</w:t>
      </w:r>
    </w:p>
    <w:p>
      <w:r>
        <w:t>sp. zn. 17 Co 902/2015 zo 16. decembra 2015</w:t>
      </w:r>
    </w:p>
    <w:p>
      <w:r>
        <w:t>77.</w:t>
      </w:r>
    </w:p>
    <w:p>
      <w:r>
        <w:t>Rvp 3591/2016</w:t>
      </w:r>
    </w:p>
    <w:p>
      <w:r>
        <w:t>sp. zn. 41 Co 513/2015 z 9. decembra 2015</w:t>
      </w:r>
    </w:p>
    <w:p>
      <w:r>
        <w:t>78.</w:t>
      </w:r>
    </w:p>
    <w:p>
      <w:r>
        <w:t>Rvp 3592/2016</w:t>
      </w:r>
    </w:p>
    <w:p>
      <w:r>
        <w:t>sp. zn. 14 Co 1332/2014 z 24. novembra 2015</w:t>
      </w:r>
    </w:p>
    <w:p>
      <w:r>
        <w:t>79.</w:t>
      </w:r>
    </w:p>
    <w:p>
      <w:r>
        <w:t>Rvp 3593/2016</w:t>
      </w:r>
    </w:p>
    <w:p>
      <w:r>
        <w:t>sp. zn. 41 Co 713/2015 z 15. decembra 2015</w:t>
      </w:r>
    </w:p>
    <w:p>
      <w:r>
        <w:t>80.</w:t>
      </w:r>
    </w:p>
    <w:p>
      <w:r>
        <w:t>Rvp 3594/2016</w:t>
      </w:r>
    </w:p>
    <w:p>
      <w:r>
        <w:t>sp. zn. 41 Co 570/2015 z 12. januára 2016</w:t>
      </w:r>
    </w:p>
    <w:p>
      <w:r>
        <w:t>81.</w:t>
      </w:r>
    </w:p>
    <w:p>
      <w:r>
        <w:t>Rvp 3595/2016</w:t>
      </w:r>
    </w:p>
    <w:p>
      <w:r>
        <w:t>sp. zn. 17 Co 728/2015 z 25. novembra 2015</w:t>
      </w:r>
    </w:p>
    <w:p>
      <w:r>
        <w:t>82.</w:t>
      </w:r>
    </w:p>
    <w:p>
      <w:r>
        <w:t>Rvp 3596/2016</w:t>
      </w:r>
    </w:p>
    <w:p>
      <w:r>
        <w:t>sp. zn. 1 Co 183/2015 zo 16. decembra 2015</w:t>
      </w:r>
    </w:p>
    <w:p>
      <w:r>
        <w:t>83.</w:t>
      </w:r>
    </w:p>
    <w:p>
      <w:r>
        <w:t>Rvp 3597/2016</w:t>
      </w:r>
    </w:p>
    <w:p>
      <w:r>
        <w:t>sp. zn. 14 Co 1189/2014 z 28. októbra 2015</w:t>
      </w:r>
    </w:p>
    <w:p>
      <w:r>
        <w:t>84.</w:t>
      </w:r>
    </w:p>
    <w:p>
      <w:r>
        <w:t>Rvp 3598/2016</w:t>
      </w:r>
    </w:p>
    <w:p>
      <w:r>
        <w:t>sp. zn. 1 Co 184/2015 zo 16. decembra 2015</w:t>
      </w:r>
    </w:p>
    <w:p>
      <w:r>
        <w:t>85.</w:t>
      </w:r>
    </w:p>
    <w:p>
      <w:r>
        <w:t>Rvp 3599/2016</w:t>
      </w:r>
    </w:p>
    <w:p>
      <w:r>
        <w:t>sp. zn. 2 Co 364/2015 zo 17. decembra 2015</w:t>
      </w:r>
    </w:p>
    <w:p>
      <w:r>
        <w:t>86.</w:t>
      </w:r>
    </w:p>
    <w:p>
      <w:r>
        <w:t>Rvp 3600/2016</w:t>
      </w:r>
    </w:p>
    <w:p>
      <w:r>
        <w:t>sp. zn. 43 Co 498/2015 zo 17. decembra 2015</w:t>
      </w:r>
    </w:p>
    <w:p>
      <w:r>
        <w:t>87.</w:t>
      </w:r>
    </w:p>
    <w:p>
      <w:r>
        <w:t>Rvp 3601/2016</w:t>
      </w:r>
    </w:p>
    <w:p>
      <w:r>
        <w:t>sp. zn. 43 Co 490/2015 zo 17. decembra 2015</w:t>
      </w:r>
    </w:p>
    <w:p>
      <w:r>
        <w:t>88.</w:t>
      </w:r>
    </w:p>
    <w:p>
      <w:r>
        <w:t>Rvp 3602/2016</w:t>
      </w:r>
    </w:p>
    <w:p>
      <w:r>
        <w:t>sp. zn. 13 Co 925/2014 z 24. februára 2015</w:t>
      </w:r>
    </w:p>
    <w:p>
      <w:r>
        <w:t>89.</w:t>
      </w:r>
    </w:p>
    <w:p>
      <w:r>
        <w:t>Rvp 3603/2016</w:t>
      </w:r>
    </w:p>
    <w:p>
      <w:r>
        <w:t>sp. zn. 14 Co 269/2015 z 8. decembra 2015</w:t>
      </w:r>
    </w:p>
    <w:p>
      <w:r>
        <w:t>90.</w:t>
      </w:r>
    </w:p>
    <w:p>
      <w:r>
        <w:t>Rvp 3604/2016</w:t>
      </w:r>
    </w:p>
    <w:p>
      <w:r>
        <w:t>sp. zn. 2 Co 276/2015 zo 17. decembra 2015</w:t>
      </w:r>
    </w:p>
    <w:p>
      <w:r>
        <w:t>91.</w:t>
      </w:r>
    </w:p>
    <w:p>
      <w:r>
        <w:t>Rvp 3605/2016</w:t>
      </w:r>
    </w:p>
    <w:p>
      <w:r>
        <w:t>sp. zn. 14 Co 1005/2015 z 22. decembra 2015</w:t>
      </w:r>
    </w:p>
    <w:p>
      <w:r>
        <w:t>92.</w:t>
      </w:r>
    </w:p>
    <w:p>
      <w:r>
        <w:t>Rvp 3606/2016</w:t>
      </w:r>
    </w:p>
    <w:p>
      <w:r>
        <w:t>sp. zn. 14 Co 973/2015 z 15. decembra 2015</w:t>
      </w:r>
    </w:p>
    <w:p>
      <w:r>
        <w:t>93.</w:t>
      </w:r>
    </w:p>
    <w:p>
      <w:r>
        <w:t>Rvp 3607/2016</w:t>
      </w:r>
    </w:p>
    <w:p>
      <w:r>
        <w:t>sp. zn. 13 Co 956/2015 z 15. decembra 2015</w:t>
      </w:r>
    </w:p>
    <w:p>
      <w:r>
        <w:t>94.</w:t>
      </w:r>
    </w:p>
    <w:p>
      <w:r>
        <w:t>Rvp 3608/2016</w:t>
      </w:r>
    </w:p>
    <w:p>
      <w:r>
        <w:t>sp. zn. 1 Co 33/2015 z 9. decembra 2015</w:t>
      </w:r>
    </w:p>
    <w:p>
      <w:r>
        <w:t>95.</w:t>
      </w:r>
    </w:p>
    <w:p>
      <w:r>
        <w:t>Rvp 3609/2016</w:t>
      </w:r>
    </w:p>
    <w:p>
      <w:r>
        <w:t>sp. zn. 14 Co 628/2015 z 8. decembra 2015</w:t>
      </w:r>
    </w:p>
    <w:p>
      <w:r>
        <w:t>96.</w:t>
      </w:r>
    </w:p>
    <w:p>
      <w:r>
        <w:t>Rvp 3610/2016</w:t>
      </w:r>
    </w:p>
    <w:p>
      <w:r>
        <w:t>sp. zn. 43 Co 455/2015 zo 17. decembra 2015</w:t>
      </w:r>
    </w:p>
    <w:p>
      <w:r>
        <w:t>97.</w:t>
      </w:r>
    </w:p>
    <w:p>
      <w:r>
        <w:t>Rvp 3611/2016</w:t>
      </w:r>
    </w:p>
    <w:p>
      <w:r>
        <w:t>sp. zn. 1 Co 180/2015 z 2. decembra 2015</w:t>
      </w:r>
    </w:p>
    <w:p>
      <w:r>
        <w:t>98.</w:t>
      </w:r>
    </w:p>
    <w:p>
      <w:r>
        <w:t>Rvp 3612/2016</w:t>
      </w:r>
    </w:p>
    <w:p>
      <w:r>
        <w:t>sp. zn. 1 Co 181/2015 z 2. decembra 2015</w:t>
      </w:r>
    </w:p>
    <w:p>
      <w:r>
        <w:t>5</w:t>
      </w:r>
    </w:p>
    <w:p>
      <w:r>
        <w:t>99.</w:t>
      </w:r>
    </w:p>
    <w:p>
      <w:r>
        <w:t>Rvp 3613/2016</w:t>
      </w:r>
    </w:p>
    <w:p>
      <w:r>
        <w:t>sp. zn. 41 Co 706/2015 zo 16. decembra 2015</w:t>
      </w:r>
    </w:p>
    <w:p>
      <w:r>
        <w:t>100 . 101 . 102 . 103 . 104 . 105 . 106 . 107 . 108 . 109 . 110 . 111 . 112 . 113 . 114 . 115 . 116 . 117 . 118 .</w:t>
      </w:r>
    </w:p>
    <w:p>
      <w:r>
        <w:t>Rvp 3614/2016</w:t>
      </w:r>
    </w:p>
    <w:p>
      <w:r>
        <w:t>sp. zn. 41 Co 707/2015 zo 16. decembra 2015</w:t>
      </w:r>
    </w:p>
    <w:p>
      <w:r>
        <w:t>Rvp 3615/2016</w:t>
      </w:r>
    </w:p>
    <w:p>
      <w:r>
        <w:t>sp. zn. 17 Co 729/2015 z 25. novembra 2015</w:t>
      </w:r>
    </w:p>
    <w:p>
      <w:r>
        <w:t>Rvp 3616/2016</w:t>
      </w:r>
    </w:p>
    <w:p>
      <w:r>
        <w:t>sp. zn. 14 Co 484/2015 z 15. decembra 2015</w:t>
      </w:r>
    </w:p>
    <w:p>
      <w:r>
        <w:t>Rvp 3617/2016</w:t>
      </w:r>
    </w:p>
    <w:p>
      <w:r>
        <w:t>sp. zn. 1 Co 118/2015 z 9. decembra 2015</w:t>
      </w:r>
    </w:p>
    <w:p>
      <w:r>
        <w:t>Rvp 3618/2016</w:t>
      </w:r>
    </w:p>
    <w:p>
      <w:r>
        <w:t>sp. zn. 14 Co 309/2015 z 8. decembra 2015</w:t>
      </w:r>
    </w:p>
    <w:p>
      <w:r>
        <w:t>Rvp 3619/2016</w:t>
      </w:r>
    </w:p>
    <w:p>
      <w:r>
        <w:t>sp. zn. 14 Co 148/2015 z 15. decembra 2015</w:t>
      </w:r>
    </w:p>
    <w:p>
      <w:r>
        <w:t>Rvp 3620/2016</w:t>
      </w:r>
    </w:p>
    <w:p>
      <w:r>
        <w:t>sp. zn. 2 Co 284/2015 zo 17. decembra 2015</w:t>
      </w:r>
    </w:p>
    <w:p>
      <w:r>
        <w:t>Rvp 3621/2016</w:t>
      </w:r>
    </w:p>
    <w:p>
      <w:r>
        <w:t>sp. zn. 17 Co 891/2015 zo 16. decembra 2015</w:t>
      </w:r>
    </w:p>
    <w:p>
      <w:r>
        <w:t>Rvp 3622/2016</w:t>
      </w:r>
    </w:p>
    <w:p>
      <w:r>
        <w:t>sp. zn. 15 Co 152/2015 zo 16. decembra 2015</w:t>
      </w:r>
    </w:p>
    <w:p>
      <w:r>
        <w:t>Rvp 3623/2016</w:t>
      </w:r>
    </w:p>
    <w:p>
      <w:r>
        <w:t>sp. zn. 14 Co 801/2015 z 15. decembra 2015</w:t>
      </w:r>
    </w:p>
    <w:p>
      <w:r>
        <w:t>Rvp 3624/2016</w:t>
      </w:r>
    </w:p>
    <w:p>
      <w:r>
        <w:t>sp. zn. 14 Co 979/2015 z 15. decembra 2015</w:t>
      </w:r>
    </w:p>
    <w:p>
      <w:r>
        <w:t>Rvp 3625/2016</w:t>
      </w:r>
    </w:p>
    <w:p>
      <w:r>
        <w:t>sp. zn. 14 Co 978/2015 z 15. decembra 2015</w:t>
      </w:r>
    </w:p>
    <w:p>
      <w:r>
        <w:t>Rvp 3626/2016</w:t>
      </w:r>
    </w:p>
    <w:p>
      <w:r>
        <w:t>sp. zn. 2 Co 469/2015 zo 17. decembra 2015</w:t>
      </w:r>
    </w:p>
    <w:p>
      <w:r>
        <w:t>Rvp 3627/2016</w:t>
      </w:r>
    </w:p>
    <w:p>
      <w:r>
        <w:t>sp. zn. 2 Co 467/2015 zo 17. decembra 2015</w:t>
      </w:r>
    </w:p>
    <w:p>
      <w:r>
        <w:t>Rvp 3628/2016</w:t>
      </w:r>
    </w:p>
    <w:p>
      <w:r>
        <w:t>sp. zn. 2 Co 466/2015 zo 17. decembra 2015</w:t>
      </w:r>
    </w:p>
    <w:p>
      <w:r>
        <w:t>Rvp 3629/2016</w:t>
      </w:r>
    </w:p>
    <w:p>
      <w:r>
        <w:t>sp. zn. 2 Co 397/2015 zo 17. decembra 2015</w:t>
      </w:r>
    </w:p>
    <w:p>
      <w:r>
        <w:t>Rvp 3630/2016</w:t>
      </w:r>
    </w:p>
    <w:p>
      <w:r>
        <w:t>sp. zn. 41 Co 601/2015 z 13. januára 2016</w:t>
      </w:r>
    </w:p>
    <w:p>
      <w:r>
        <w:t>Rvp 3631/2016</w:t>
      </w:r>
    </w:p>
    <w:p>
      <w:r>
        <w:t>sp. zn. 2 Co 395/2015 zo 17. decembra 2015</w:t>
      </w:r>
    </w:p>
    <w:p>
      <w:r>
        <w:t>Rvp 3632/2016</w:t>
      </w:r>
    </w:p>
    <w:p>
      <w:r>
        <w:t>sp. zn. 2 Co 394/2015 zo 17. decembra 2015</w:t>
      </w:r>
    </w:p>
    <w:p>
      <w:r>
        <w:t>6</w:t>
      </w:r>
    </w:p>
    <w:p/>
    <w:p>
      <w:r>
        <w:t>Zdroj: KAUZIS.SK – https://www.kauzis.sk/judikatura/r/ECLI:SK:USSR:2017:2.US.32.2017.2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