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394/2017 z 25. 7. 2017</w:t>
      </w:r>
    </w:p>
    <w:p>
      <w:r>
        <w:t>Uznesenie Ústavného súdu SR z 25. júla 2017, sp. zn. II. ÚS 394/2017, ECLI:SK:USSR:2017:2.US.394.2017.2</w:t>
      </w:r>
    </w:p>
    <w:p>
      <w:r>
        <w:t>Súd: Ústavný súd Slovenskej republiky</w:t>
      </w:r>
    </w:p>
    <w:p>
      <w:r>
        <w:t>Spisová značka: II. ÚS 394/2017</w:t>
      </w:r>
    </w:p>
    <w:p>
      <w:r>
        <w:t>ECLI: ECLI:SK:USSR:2017:2.US.394.2017.2</w:t>
      </w:r>
    </w:p>
    <w:p>
      <w:r>
        <w:t>Dátum vydania: 25. 7.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394/2017-20 Ústavný súd Slovenskej republiky na neverejnom zasadnutí 25. júla 2017 v senáte zloženom z predsedu Ladislava Orosza, zo sudkyne Ľudmily Gajdošíkovej a sudcu Lajosa Mészárosa</w:t>
      </w:r>
    </w:p>
    <w:p>
      <w:r>
        <w:t>(sudca</w:t>
      </w:r>
    </w:p>
    <w:p>
      <w:r>
        <w:t>spravodajca)</w:t>
      </w:r>
    </w:p>
    <w:p>
      <w:r>
        <w:t>v konaní</w:t>
      </w:r>
    </w:p>
    <w:p>
      <w:r>
        <w:t>o</w:t>
      </w:r>
    </w:p>
    <w:p>
      <w:r>
        <w:t>sťažnostiach</w:t>
      </w:r>
    </w:p>
    <w:p>
      <w:r>
        <w:t>obchodnej</w:t>
      </w:r>
    </w:p>
    <w:p>
      <w:r>
        <w:t>spoločnosti</w:t>
      </w:r>
    </w:p>
    <w:p>
      <w:r>
        <w:t>POHOTOVOSŤ, s. r. o., Pribinova 25, Bratislava, zastúpenej Advokátskou kanceláriou Fridrich Paľko, s. r. o., Grösslingová 4, Bratislava, v mene ktorej koná konateľ a advokát doc. JUDr. Branislav Fridrich, PhD., smerujúcich proti postupu Krajského súdu v Trenčíne a jeho uzneseniam uvedeným v prílohe tohto rozhodnutia takto rozhodol: Konanie o sťažnostiach obchodnej spoločnosti POHOTOVOSŤ, s. r. o., vedené pod sp. zn. II. ÚS 394/2017 z a s t a v u j e . Odôvodnenie: I. 1. Ústavný súd Slovenskej republiky (ďalej len „ústavný súd“) uznesením č. k. II. ÚS 394/2017-8 z 22. júna 2017 uložil obchodnej spoločnosti POHOTOVOSŤ, s. r. o. (ďalej len „sťažovateľka“), povinnosť zaplatiť súdny poplatok vo výške 1 770 € do 7 dní odo dňa doručenia uznesenia na účet Kancelárie ústavného súdu za 59 uznesením spojených sťažností sťažovateľky.</w:t>
      </w:r>
    </w:p>
    <w:p>
      <w:r>
        <w:t>2. Podľa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2, zaniká. 3. Keďže sťažovateľka v lehote uloženej ústavným súdom na splnenie povinnosti uhradiť súdny poplatok za podané sťažnosti tento neuhradila, ústavný súd v zmysle § 35 ods. 4 zákona o ústavnom súde konanie o sťažnostiach sťažovateľky vedené pod sp. zn. II. ÚS 394/2017 zastavil. P o u č e n i e : Proti tomuto uzneseniu nemožno podať opravný prostriedok. V Košiciach 25. júla 2017</w:t>
      </w:r>
    </w:p>
    <w:p>
      <w:r>
        <w:t>2</w:t>
      </w:r>
    </w:p>
    <w:p>
      <w:r>
        <w:t>Príloha k uzneseniu Ústavného súdu Slovenskej republiky sp. zn. II. ÚS 394/2017 1. Rvp 5660/2016 uznesenie Krajského súdu v Trenčíne sp. zn. 5 Co 100/2016 z 24. februára 2016 2. Rvp 5661/2016 uznesenie Krajského súdu v Trenčíne sp. zn. 5 Co 97/2016 z 24. februára 2016 3. Rvp 5662/2016 uznesenie Krajského súdu v Trenčíne sp. zn. 17 Co 92/2016 zo 17. februára 2016 4. Rvp 5663/2016 uznesenie Krajského súdu v Trenčíne sp. zn. 17 Co 93/2016 zo 17. februára 2016 5. Rvp 5664/2016 uznesenie Krajského súdu v Trenčíne sp. zn. 6 Co 7/2016 z 23. februára 2016 6. Rvp 5975/2016 uznesenie Krajského súdu v Trenčíne sp. zn. 10 Co 21/2016 z 29. januára 2016 7. Rvp 5976/2016 uznesenie Krajského súdu v Trenčíne sp. zn. 17 Co 1325/2015 zo 17. februára 2016 8. Rvp 5977/2016 uznesenie Krajského súdu v Trenčíne sp. zn. 6 Co 45/2016 z 23. februára 2016 9. Rvp 5978/2016 uznesenie Krajského súdu v Trenčíne sp. zn. 19 Co 683/2015 zo 17. februára 2016 10. Rvp 5979/2016 uznesenie Krajského súdu v Trenčíne sp. zn. 19 Co 833/2015 zo 17. februára 2016 11. Rvp 5980/2016 uznesenie Krajského súdu v Trenčíne sp. zn. 19 Co 830/2015 zo 17. februára 2016 12. Rvp 5981/2016 uznesenie Krajského súdu v Trenčíne sp. zn. 4 Co 118/2016 z 2. marca 2016 13. Rvp 5982/2016 uznesenie Krajského súdu v Trenčíne sp. zn. 17 Co 88/2016 zo 17. februára 2016 14. Rvp 5983/2016 uznesenie Krajského súdu v Trenčíne sp. zn. 19 Co 25/2016 z 2. marca 2016 15. Rvp 5984/2016 uznesenie Krajského súdu v Trenčíne sp. zn. 5 Co 615/2015 z 24. februára 2016 16. Rvp 6281/2016 uznesenie Krajského súdu v Trenčíne sp. zn. 19 Co 827/2015 z 3. marca 2016 17. Rvp 6282/2016 uznesenie Krajského súdu v Trenčíne sp. zn. 6 Co 128/2016 z 23. februára 2016 18. Rvp 6283/2016 uznesenie Krajského súdu v Trenčíne sp. zn. 6 Co 130/2016 z 23. februára 2016 19. Rvp 6284/2016 uznesenie Krajského súdu v Trenčíne sp. zn. 6 Co 126/2016 z 23. februára 2016 20. Rvp 6285/2016 uznesenie Krajského súdu v Trenčíne sp. zn. 6 Co 133/2016 z 23. februára 2016 21. Rvp 6286/2016 uznesenie Krajského súdu v Trenčíne sp. zn. 6 Co 131/2016 z 23. februára 2016 22. Rvp 6287/2016 uznesenie Krajského súdu v Trenčíne sp. zn. 6 Co 73/2016 z 23. februára 2016 3</w:t>
      </w:r>
    </w:p>
    <w:p>
      <w:r>
        <w:t>23. Rvp 6288/2016 uznesenie Krajského súdu v Trenčíne sp. zn. 19 Co 646/2015 z 3. marca 2016 24. Rvp 6289/2016 uznesenie Krajského súdu v Trenčíne sp. zn. 6 Co 132/2016 z 23. februára 2016 25. Rvp 6573/2016 uznesenie Krajského súdu v Trenčíne sp. zn. 6 Co 164/2016 z 9. marca 2016 26. Rvp 6574/2016 uznesenie Krajského súdu v Trenčíne sp. zn. 19 Co 611/2015 z 3. marca 2016 27. Rvp 6575/2016 uznesenie Krajského súdu v Trenčíne sp. zn. 6 Co 75/2016 z 23. februára 2016 28. Rvp 6576/2016 uznesenie Krajského súdu v Trenčíne sp. zn. 6 Co 154/2016 z 8. marca 2016 29. Rvp 6577/2016 uznesenie Krajského súdu v Trenčíne sp. zn. 19 Co 624/2015 z 3. marca 2016 30. Rvp 6578/2016 uznesenie Krajského súdu v Trenčíne sp. zn. 8 Co 139/2015 zo 17. februára 2016 31. Rvp 6579/2016 uznesenie Krajského súdu v Trenčíne sp. zn. 8 Co 97/2015 zo 17. februára 2016 32. Rvp 6580/2016 uznesenie Krajského súdu v Trenčíne sp. zn. 6 Co 1117/2015 z 23. februára 2016 33. Rvp 6581/2016 uznesenie Krajského súdu v Trenčíne sp. zn. 6 Co 140/2016 z 24. februára 2016 34. Rvp 6582/2016 uznesenie Krajského súdu v Trenčíne sp. zn. 6 Co 29/2016 z 23. februára 2016 35. Rvp 6867/2016 uznesenie Krajského súdu v Trenčíne sp. zn. 4 Co 688/2015 z 18. februára 2016 36. Rvp 6868/2016 uznesenie Krajského súdu v Trenčíne sp. zn. 16 Co 257/2015 z 23. februára 2016 37. Rvp 6869/2016 uznesenie Krajského súdu v Trenčíne sp. zn. 4 Co 691/2015 z 18. februára 2016 38. Rvp 6870/2016 uznesenie Krajského súdu v Trenčíne sp. zn. 19 Co 801/2015 z 3. marca 2016 39. Rvp 6871/2016 uznesenie Krajského súdu v Trenčíne sp. zn. 6 Co 172/2016 z 15. marca 2016 40. Rvp 6872/2016 uznesenie Krajského súdu v Trenčíne sp. zn. 4 Co 110/2016 z 19. februára 2016 41. Rvp 6873/2016 uznesenie Krajského súdu v Trenčíne sp. zn. 5 Co 61/2016 zo 17. februára 2016 42. Rvp 6874/2016 uznesenie Krajského súdu v Trenčíne sp. zn. 19 Co 749/2015 zo 14. januára 2016 43. Rvp 6875/2016 uznesenie Krajského súdu v Trenčíne sp. zn. 6 Co 61/2016 z 23. februára 2016 44. Rvp 6876/2016 uznesenie Krajského súdu v Trenčíne sp. zn. 6 Co 15/2016 z 23. februára 2016 45. Rvp 6877/2016 uznesenie Krajského súdu v Trenčíne sp. zn. 6 Co 47/2016 z 23. februára 2016</w:t>
      </w:r>
    </w:p>
    <w:p>
      <w:r>
        <w:t>4</w:t>
      </w:r>
    </w:p>
    <w:p>
      <w:r>
        <w:t>46. Rvp 6878/2016 uznesenie Krajského súdu v Trenčíne sp. zn. 19 Co 30/2016 z 3. marca 2016 47. Rvp 6879/2016 uznesenie Krajského súdu v Trenčíne sp. zn. 5 Co 543/2015 zo 17. februára 2016 48. Rvp 6880/2016 uznesenie Krajského súdu v Trenčíne sp. zn. 6 Co 1073/2015 z 9. februára 2016 49. Rvp 6881/2016 uznesenie Krajského súdu v Trenčíne sp. zn. 6 Co 148/2016 z 8. marca 2016 50. Rvp 6882/2016 uznesenie Krajského súdu v Trenčíne sp. zn. 4 Co 75/2016 z 19. februára 2016 51. Rvp 6883/2016 uznesenie Krajského súdu v Trenčíne sp. zn. 5 Co 649/2015 z 24. februára 2016 52. Rvp 6884/2016 uznesenie Krajského súdu v Trenčíne sp. zn. 16 Co 261/2015 z 24. februára 2016 53. Rvp 6885/2016 uznesenie Krajského súdu v Trenčíne sp. zn. 19 Co 572/2015 z 11. februára 2016 54. Rvp 7051/2016 uznesenie Krajského súdu v Trenčíne sp. zn. 8 Co 222/2015 zo 17. februára 2016 55. Rvp 7052/2016 uznesenie Krajského súdu v Trenčíne sp. zn. 5 Co 779/2015 z 9. marca 2016 56. Rvp 7053/2016 uznesenie Krajského súdu v Trenčíne sp. zn. 8 Co 91/2015 zo 17. februára 2016 57. Rvp 7054/2016 uznesenie Krajského súdu v Trenčíne sp. zn. 5 Co 767/2015 z 9. marca 2016 58. Rvp 7055/2016 uznesenie Krajského súdu v Trenčíne sp. zn. 16 Co 252/2015 z 23. februára 2016 59. Rvp 7056/2016 uznesenie Krajského súdu v Trenčíne sp. zn. 16 Co 92/2015 z 23. februára 2016</w:t>
      </w:r>
    </w:p>
    <w:p>
      <w:r>
        <w:t>5</w:t>
      </w:r>
    </w:p>
    <w:p/>
    <w:p>
      <w:r>
        <w:t>Zdroj: KAUZIS.SK – https://www.kauzis.sk/judikatura/r/ECLI:SK:USSR:2017:2.US.394.2017.2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