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416/2017 z 5. 10. 2017</w:t>
      </w:r>
    </w:p>
    <w:p>
      <w:r>
        <w:t>Uznesenie Ústavného súdu SR z 5. októbra 2017, sp. zn. II. ÚS 416/2017, ECLI:SK:USSR:2017:2.US.416.2017.2</w:t>
      </w:r>
    </w:p>
    <w:p>
      <w:r>
        <w:t>Súd: Ústavný súd Slovenskej republiky</w:t>
      </w:r>
    </w:p>
    <w:p>
      <w:r>
        <w:t>Spisová značka: II. ÚS 416/2017</w:t>
      </w:r>
    </w:p>
    <w:p>
      <w:r>
        <w:t>ECLI: ECLI:SK:USSR:2017:2.US.416.2017.2</w:t>
      </w:r>
    </w:p>
    <w:p>
      <w:r>
        <w:t>Dátum vydania: 5. 10. 2017</w:t>
      </w:r>
    </w:p>
    <w:p>
      <w:r>
        <w:t>Forma: Uznesenie</w:t>
      </w:r>
    </w:p>
    <w:p>
      <w:r>
        <w:t>Oblasť práva: Ústavné právo</w:t>
      </w:r>
    </w:p>
    <w:p>
      <w:pPr>
        <w:pStyle w:val="Heading2"/>
      </w:pPr>
      <w:r>
        <w:t>Text rozhodnutia</w:t>
      </w:r>
    </w:p>
    <w:p>
      <w:r>
        <w:t>SLOVENSKÁ REPUBLIKA</w:t>
      </w:r>
    </w:p>
    <w:p>
      <w:r>
        <w:t>UZNESENIE Ústavného súdu Slovenskej republiky II. ÚS 416/2017-27 Ústavný súd Slovenskej republiky na neverejnom zasadnutí 5. októbra 2017 v senáte zloženom z predsedu Ladislava Orosza, zo sudkyne Ľudmily Gajdošíkovej (sudkyňa spravodajkyňa) a sudcu Lajosa Mészárosa o sťažnosti</w:t>
      </w:r>
    </w:p>
    <w:p>
      <w:r>
        <w:t>,</w:t>
      </w:r>
    </w:p>
    <w:p>
      <w:r>
        <w:t>, zastúpeného Advokátskou kanceláriou JUDr. Daniel Blyšťan s. r. o., Užhorodská 21, Košice, v mene ktorej koná konateľ a advokát JUDr. Daniel Blyšťan, vedenej pod sp. zn. II. ÚS 416/2017, ktorou namieta porušenie svojho základného práva podľa čl. 48 ods. 2 Ústavy Slovenskej republiky a práva podľa čl. 6 ods. 1 Dohovoru o ochrane ľudských práv a základných slobôd postupom Okresného súdu Košice I v konaní vedenom pod sp. zn. 38 C 355/2008, takto rozhodol: Konanie o sťažnosti</w:t>
      </w:r>
    </w:p>
    <w:p>
      <w:r>
        <w:t>zastavuje. Odôvodnenie:</w:t>
      </w:r>
    </w:p>
    <w:p>
      <w:r>
        <w:t>Ústavnému súdu Slovenskej republiky (ďalej len „ústavný súd“) bola 14. júna 2017 doručená sťažnosť</w:t>
      </w:r>
    </w:p>
    <w:p>
      <w:r>
        <w:t>,</w:t>
      </w:r>
    </w:p>
    <w:p>
      <w:r>
        <w:t>(ďalej len „sťažovateľ“),</w:t>
      </w:r>
    </w:p>
    <w:p>
      <w:r>
        <w:t>zastúpeného Advokátskou kanceláriou JUDr. Daniel Blyšťan s. r. o., Užhorodská 21, Košice, v mene ktorej koná konateľ a advokát JUDr. Daniel Blyšťan, ktorou namieta</w:t>
      </w:r>
    </w:p>
    <w:p>
      <w:r>
        <w:t>porušenie svojho základného práva podľa čl. 48 ods. 2 Ústavy Slovenskej republiky a práva podľa čl. 6 ods. 1 Dohovoru o ochrane ľudských práv a základných slobôd postupom Okresného súdu Košice I v konaní vedenom pod sp. zn. 38 C 355/2008 (ďalej len „napadnuté konanie“). Ústavný súd sťažnosť sťažovateľa predbežne prerokoval a uznesením č. k. II. ÚS 416/2017-9 z 22. júna 2017 ju prijal na ďalšie konanie. Zo sťažnosti vyplýva, že sťažovateľ je v napadnutom konaní, ktoré sa začalo v roku 2008, „vedľajším účastníkom v 2. rade“. Predmetom napadnutého konania je vyslovenie absolútnej neplatnosti rozhodcovského konania. Sťažovateľ uviedol, že ku dňu podania sťažnosti ústavnému súdu nebolo konanie v jeho právnej veci právoplatne skončené. Sťažovateľ na základe uvedeného navrhuje, aby ústavný súd nálezom takto rozhodol: „1. Právo sťažovateľa na prerokovanie veci bez zbytočných prieťahov upravené v čl. 48 ods. 2 Ústavy Slovenskej republiky a čl. 6 ods. 1 Dohovoru o ochrane ľudských práv a základných slobôd, postupom Okresného súdu Košice 1 v konaní vedenom pod sp. zn. 38 C 355/2008 porušené bolo. 2. Okresnému súdu Košice I prikazuje, aby v konaní vedenom pod sp. zn. 38 C 355/2008 konal bez zbytočných prieťahov. 3. Sťažovateľovi priznáva finančné zadosťučinenie vo výške 3.500.- EUR, ktoré je Okresný súd Košice I povinný vyplatiť sťažovateľovi do dvoch mesiacov odo dňa vyhlásenia nálezu Ústavného súdu Slovenskej republiky v sídle Ústavného súdu Slovenskej republiky. Okresný súd Košice I vykoná platbu na číslo účtu, ktoré jej sťažovateľ uvedie. 4. Sťažovateľovi priznáva náhradu trov právneho zastúpenia vo výške 374,81.EUR...“ Dňa 25. septembra 2017 bolo ústavnému súdu doručené podanie sťažovateľa označené ako „Podanie k sp. zn. II. ÚS 416/2017“, v ktorom sťažovateľ uviedol: „Vo veci ústavnej sťažnosti na prieťahy v súdnom konaní vedenom Okresným súdom Košice I pod sp. zn. 38 C/355/2008 týmto beriem podanú ústavnú sťažnosť späť.“</w:t>
      </w:r>
    </w:p>
    <w:p>
      <w:r>
        <w:t>2</w:t>
      </w:r>
    </w:p>
    <w:p>
      <w:r>
        <w:t>Ústavný súd vo veci sťažovateľa nezistil žiadne dôvody na to, aby rozhodol o nepripustení späťvzatia sťažnosti, a preto podľa § 54 zákona Národnej rady Slovenskej republiky č. 38/1993 Z. z. o organizácii Ústavného súdu Slovenskej republiky, o konaní pred ním a o postavení jeho sudcov v znení neskorších predpisov rozhodol tak, ako to je uvedené vo výroku tohto uznesenia. P o u č e n i e : Proti tomuto rozhodnutiu nemožno podať opravný prostriedok. V Košiciach 5. októbra 2017</w:t>
      </w:r>
    </w:p>
    <w:p>
      <w:r>
        <w:t>3</w:t>
      </w:r>
    </w:p>
    <w:p/>
    <w:p>
      <w:r>
        <w:t>Zdroj: KAUZIS.SK – https://www.kauzis.sk/judikatura/r/ECLI:SK:USSR:2017:2.US.416.2017.2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