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650/2017 z 15. 11. 2017</w:t>
      </w:r>
    </w:p>
    <w:p>
      <w:r>
        <w:t>Uznesenie Ústavného súdu SR z 15. novembra 2017, sp. zn. II. ÚS 650/2017, ECLI:SK:USSR:2017:2.US.650.2017.2</w:t>
      </w:r>
    </w:p>
    <w:p>
      <w:r>
        <w:t>Súd: Ústavný súd Slovenskej republiky</w:t>
      </w:r>
    </w:p>
    <w:p>
      <w:r>
        <w:t>Spisová značka: II. ÚS 650/2017</w:t>
      </w:r>
    </w:p>
    <w:p>
      <w:r>
        <w:t>ECLI: ECLI:SK:USSR:2017:2.US.650.2017.2</w:t>
      </w:r>
    </w:p>
    <w:p>
      <w:r>
        <w:t>Dátum vydania: 15. 11.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650/2017-28 Ústavný súd Slovenskej republiky na neverejnom zasadnutí 15. novembra 2017 v senáte zloženom z predsedu Ladislava Orosza (sudca spravodajca), zo sudkyne Ľudmily Gajdošíkovej a sudcu Lajosa Mészárosa v konaní o sťažnostiach obchodnej spoločnosti POHOTOVOSŤ, s. r. o., Pribinova 25, Bratislava, zastúpenej advokátskou kanceláriou Fridrich Paľko, s. r. o., Grösslingová 4, Bratislava, v mene ktorej koná advokát doc. JUDr. Branislav Fridrich, PhD., vo veci namietaného porušenia jej základného práva podľa čl. 46 ods. 1 Ústavy Slovenskej republiky a práva podľa čl. 6 ods. 1 Dohovoru o ochrane ľudských práv a základných slobôd uzneseniami Najvyššieho súdu Slovenskej republiky uvedenými v prílohe tohto rozhodnutia, ako aj postupom, ktorý predchádzal ich vydaniu, takto rozhodol: Konanie o sťažnostiach obchodnej spoločnosti POHOTOVOSŤ, s. r. o., vedené pod sp. zn. II. ÚS 650/2017 z a s t a v u j e . Odôvodnenie: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aj</w:t>
      </w:r>
    </w:p>
    <w:p>
      <w:r>
        <w:t>„ústavný</w:t>
      </w:r>
    </w:p>
    <w:p>
      <w:r>
        <w:t>súd“)</w:t>
      </w:r>
    </w:p>
    <w:p>
      <w:r>
        <w:t>uznesením</w:t>
      </w:r>
    </w:p>
    <w:p>
      <w:r>
        <w:t>č. k. II. ÚS 650/2017-10 z 18. októbra 2017 (ďalej len „uznesenie“) uložil obchodnej spoločnosti POHOTOVOSŤ, s. r. o., Pribinova 25, Bratislava (ďalej len „sťažovateľka“), povinnosť zaplatiť súdny poplatok v sume 7 290 € do 7 dní odo dňa doručenia uznesenia</w:t>
      </w:r>
    </w:p>
    <w:p>
      <w:r>
        <w:t>na účet Kancelárie Ústavného súdu Slovenskej republiky za 243 uznesením spojených sťažností sťažovateľky.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650/2017 zastavil. P o u č e n i e : Proti tomuto uzneseniu nemožno podať opravný prostriedok. V Košiciach 15. novembra 2017</w:t>
      </w:r>
    </w:p>
    <w:p>
      <w:r>
        <w:t>2</w:t>
      </w:r>
    </w:p>
    <w:p>
      <w:r>
        <w:t>Príloha k uzneseniu Ústavného súdu Slovenskej republiky sp. zn. II. ÚS 650/2017 Por. č.</w:t>
      </w:r>
    </w:p>
    <w:p>
      <w:r>
        <w:t>sp. zn. sťažností vedených</w:t>
      </w:r>
    </w:p>
    <w:p>
      <w:r>
        <w:t>sp. zn. uznesení Najvyššieho súdu Slovenskej</w:t>
      </w:r>
    </w:p>
    <w:p>
      <w:r>
        <w:t>1.</w:t>
      </w:r>
    </w:p>
    <w:p>
      <w:r>
        <w:t>ústavným súdom (Rvp) Rvp 8201/2016</w:t>
      </w:r>
    </w:p>
    <w:p>
      <w:r>
        <w:t>republiky 7 Cdo 890/2015 zo 16. marca 2016</w:t>
      </w:r>
    </w:p>
    <w:p>
      <w:r>
        <w:t>2.</w:t>
      </w:r>
    </w:p>
    <w:p>
      <w:r>
        <w:t>Rvp 8202/2016</w:t>
      </w:r>
    </w:p>
    <w:p>
      <w:r>
        <w:t>7 Cdo 693/2015 zo 16. marca 2016</w:t>
      </w:r>
    </w:p>
    <w:p>
      <w:r>
        <w:t>3.</w:t>
      </w:r>
    </w:p>
    <w:p>
      <w:r>
        <w:t>Rvp 8203/2016</w:t>
      </w:r>
    </w:p>
    <w:p>
      <w:r>
        <w:t>7 Cdo 728/2015 zo 16. marca 2016</w:t>
      </w:r>
    </w:p>
    <w:p>
      <w:r>
        <w:t>4.</w:t>
      </w:r>
    </w:p>
    <w:p>
      <w:r>
        <w:t>Rvp 8204/2016</w:t>
      </w:r>
    </w:p>
    <w:p>
      <w:r>
        <w:t>1 XCdo 6/2016 zo 14. apríla 2016</w:t>
      </w:r>
    </w:p>
    <w:p>
      <w:r>
        <w:t>5.</w:t>
      </w:r>
    </w:p>
    <w:p>
      <w:r>
        <w:t>Rvp 8205/2016</w:t>
      </w:r>
    </w:p>
    <w:p>
      <w:r>
        <w:t>11 XCdo 41/2015 zo 6. apríla 2016</w:t>
      </w:r>
    </w:p>
    <w:p>
      <w:r>
        <w:t>6.</w:t>
      </w:r>
    </w:p>
    <w:p>
      <w:r>
        <w:t>Rvp 8206/2016</w:t>
      </w:r>
    </w:p>
    <w:p>
      <w:r>
        <w:t>18 XCdo 12/2016 z 2. marca 2016</w:t>
      </w:r>
    </w:p>
    <w:p>
      <w:r>
        <w:t>7.</w:t>
      </w:r>
    </w:p>
    <w:p>
      <w:r>
        <w:t>Rvp 8207/2016</w:t>
      </w:r>
    </w:p>
    <w:p>
      <w:r>
        <w:t>12 XCdo 89/2016 z 11. marca 2016</w:t>
      </w:r>
    </w:p>
    <w:p>
      <w:r>
        <w:t>8.</w:t>
      </w:r>
    </w:p>
    <w:p>
      <w:r>
        <w:t>Rvp 8208/2016</w:t>
      </w:r>
    </w:p>
    <w:p>
      <w:r>
        <w:t>5 Cdo 1256/2015 z 18. februára 2016</w:t>
      </w:r>
    </w:p>
    <w:p>
      <w:r>
        <w:t>9.</w:t>
      </w:r>
    </w:p>
    <w:p>
      <w:r>
        <w:t>Rvp 8209/2016</w:t>
      </w:r>
    </w:p>
    <w:p>
      <w:r>
        <w:t>11 XCdo 54/2015 zo 6. apríla 2016</w:t>
      </w:r>
    </w:p>
    <w:p>
      <w:r>
        <w:t>10.</w:t>
      </w:r>
    </w:p>
    <w:p>
      <w:r>
        <w:t>Rvp 8210/2016</w:t>
      </w:r>
    </w:p>
    <w:p>
      <w:r>
        <w:t>11 XCdo 57/2015 zo 6. apríla 2016</w:t>
      </w:r>
    </w:p>
    <w:p>
      <w:r>
        <w:t>11.</w:t>
      </w:r>
    </w:p>
    <w:p>
      <w:r>
        <w:t>Rvp 8211/2016</w:t>
      </w:r>
    </w:p>
    <w:p>
      <w:r>
        <w:t>18 XCdo 80/2016 z 13. apríla 2016</w:t>
      </w:r>
    </w:p>
    <w:p>
      <w:r>
        <w:t>12.</w:t>
      </w:r>
    </w:p>
    <w:p>
      <w:r>
        <w:t>Rvp 8212/2016</w:t>
      </w:r>
    </w:p>
    <w:p>
      <w:r>
        <w:t>9 XCdo 148/2016 z 13. apríla 2016</w:t>
      </w:r>
    </w:p>
    <w:p>
      <w:r>
        <w:t>13.</w:t>
      </w:r>
    </w:p>
    <w:p>
      <w:r>
        <w:t>Rvp 8213/2016</w:t>
      </w:r>
    </w:p>
    <w:p>
      <w:r>
        <w:t>9 XCdo 149/2016 z 13. apríla 2016</w:t>
      </w:r>
    </w:p>
    <w:p>
      <w:r>
        <w:t>14.</w:t>
      </w:r>
    </w:p>
    <w:p>
      <w:r>
        <w:t>Rvp 8214/2016</w:t>
      </w:r>
    </w:p>
    <w:p>
      <w:r>
        <w:t>12 XCdo 145/2016 zo 14. apríla 2016</w:t>
      </w:r>
    </w:p>
    <w:p>
      <w:r>
        <w:t>15.</w:t>
      </w:r>
    </w:p>
    <w:p>
      <w:r>
        <w:t>Rvp 8215/2016</w:t>
      </w:r>
    </w:p>
    <w:p>
      <w:r>
        <w:t>6 Cdo 717/2015 zo 16. marca 2016</w:t>
      </w:r>
    </w:p>
    <w:p>
      <w:r>
        <w:t>16.</w:t>
      </w:r>
    </w:p>
    <w:p>
      <w:r>
        <w:t>Rvp 8216/2016</w:t>
      </w:r>
    </w:p>
    <w:p>
      <w:r>
        <w:t>9 XCdo 147/2016 z 13. apríla 2016</w:t>
      </w:r>
    </w:p>
    <w:p>
      <w:r>
        <w:t>17.</w:t>
      </w:r>
    </w:p>
    <w:p>
      <w:r>
        <w:t>Rvp 8217/2016</w:t>
      </w:r>
    </w:p>
    <w:p>
      <w:r>
        <w:t>18 XCdo 40/2016 z 13. apríla 2016</w:t>
      </w:r>
    </w:p>
    <w:p>
      <w:r>
        <w:t>18.</w:t>
      </w:r>
    </w:p>
    <w:p>
      <w:r>
        <w:t>Rvp 8218/2016</w:t>
      </w:r>
    </w:p>
    <w:p>
      <w:r>
        <w:t>12 XCdo 148/2016 zo 14. apríla 2016</w:t>
      </w:r>
    </w:p>
    <w:p>
      <w:r>
        <w:t>19.</w:t>
      </w:r>
    </w:p>
    <w:p>
      <w:r>
        <w:t>Rvp 8219/2016</w:t>
      </w:r>
    </w:p>
    <w:p>
      <w:r>
        <w:t>18 XCdo 25/2016 z 13. apríla 2016</w:t>
      </w:r>
    </w:p>
    <w:p>
      <w:r>
        <w:t>20.</w:t>
      </w:r>
    </w:p>
    <w:p>
      <w:r>
        <w:t>Rvp 8220/2016</w:t>
      </w:r>
    </w:p>
    <w:p>
      <w:r>
        <w:t>7 Cdo 736/2015 zo 16. marca 2016</w:t>
      </w:r>
    </w:p>
    <w:p>
      <w:r>
        <w:t>21.</w:t>
      </w:r>
    </w:p>
    <w:p>
      <w:r>
        <w:t>Rvp 8221/2016</w:t>
      </w:r>
    </w:p>
    <w:p>
      <w:r>
        <w:t>11 XCdo 51/2015 zo 6. apríla 2016</w:t>
      </w:r>
    </w:p>
    <w:p>
      <w:r>
        <w:t>22.</w:t>
      </w:r>
    </w:p>
    <w:p>
      <w:r>
        <w:t>Rvp 8222/2016</w:t>
      </w:r>
    </w:p>
    <w:p>
      <w:r>
        <w:t>7 Cdo 391/2015 zo 16. marca 2016</w:t>
      </w:r>
    </w:p>
    <w:p>
      <w:r>
        <w:t>23.</w:t>
      </w:r>
    </w:p>
    <w:p>
      <w:r>
        <w:t>Rvp 8223/2016</w:t>
      </w:r>
    </w:p>
    <w:p>
      <w:r>
        <w:t>11 XCdo 38/2015 z 15. marca 2016</w:t>
      </w:r>
    </w:p>
    <w:p>
      <w:r>
        <w:t>24.</w:t>
      </w:r>
    </w:p>
    <w:p>
      <w:r>
        <w:t>Rvp 8224/2016</w:t>
      </w:r>
    </w:p>
    <w:p>
      <w:r>
        <w:t>11 XCdo 45/2015 zo 6. apríla 2016</w:t>
      </w:r>
    </w:p>
    <w:p>
      <w:r>
        <w:t>25.</w:t>
      </w:r>
    </w:p>
    <w:p>
      <w:r>
        <w:t>Rvp 8225/2016</w:t>
      </w:r>
    </w:p>
    <w:p>
      <w:r>
        <w:t>8 XCdo 13/2016 z 23. marca 2016</w:t>
      </w:r>
    </w:p>
    <w:p>
      <w:r>
        <w:t>26.</w:t>
      </w:r>
    </w:p>
    <w:p>
      <w:r>
        <w:t>Rvp 8226/2016</w:t>
      </w:r>
    </w:p>
    <w:p>
      <w:r>
        <w:t>13 XCdo 25/2015 z 22. marca 2016</w:t>
      </w:r>
    </w:p>
    <w:p>
      <w:r>
        <w:t>27.</w:t>
      </w:r>
    </w:p>
    <w:p>
      <w:r>
        <w:t>Rvp 8227/2016</w:t>
      </w:r>
    </w:p>
    <w:p>
      <w:r>
        <w:t>12 XCdo 92/2016 z 31. marca 2016</w:t>
      </w:r>
    </w:p>
    <w:p>
      <w:r>
        <w:t>28.</w:t>
      </w:r>
    </w:p>
    <w:p>
      <w:r>
        <w:t>Rvp 8228/2016</w:t>
      </w:r>
    </w:p>
    <w:p>
      <w:r>
        <w:t>7 Cdo 208/2015 zo 16. marca 2016</w:t>
      </w:r>
    </w:p>
    <w:p>
      <w:r>
        <w:t>29.</w:t>
      </w:r>
    </w:p>
    <w:p>
      <w:r>
        <w:t>Rvp 8229/2016</w:t>
      </w:r>
    </w:p>
    <w:p>
      <w:r>
        <w:t>7 Cdo 316/2015 zo 16. marca 2016</w:t>
      </w:r>
    </w:p>
    <w:p>
      <w:r>
        <w:t>30.</w:t>
      </w:r>
    </w:p>
    <w:p>
      <w:r>
        <w:t>Rvp 8230/2016</w:t>
      </w:r>
    </w:p>
    <w:p>
      <w:r>
        <w:t>5 Cdo 784/2015 z 13. apríla 2016</w:t>
      </w:r>
    </w:p>
    <w:p>
      <w:r>
        <w:t>3</w:t>
      </w:r>
    </w:p>
    <w:p>
      <w:r>
        <w:t>31.</w:t>
      </w:r>
    </w:p>
    <w:p>
      <w:r>
        <w:t>Rvp 8231/2016</w:t>
      </w:r>
    </w:p>
    <w:p>
      <w:r>
        <w:t>9 XCdo 151/2016 z 13. apríla 2016</w:t>
      </w:r>
    </w:p>
    <w:p>
      <w:r>
        <w:t>32.</w:t>
      </w:r>
    </w:p>
    <w:p>
      <w:r>
        <w:t>Rvp 8232/2016</w:t>
      </w:r>
    </w:p>
    <w:p>
      <w:r>
        <w:t>12 XCdo 101/2016 z 11. marca 2016</w:t>
      </w:r>
    </w:p>
    <w:p>
      <w:r>
        <w:t>33.</w:t>
      </w:r>
    </w:p>
    <w:p>
      <w:r>
        <w:t>Rvp 8233/2016</w:t>
      </w:r>
    </w:p>
    <w:p>
      <w:r>
        <w:t>9 XCdo 24/2015 z 22. marca 2016</w:t>
      </w:r>
    </w:p>
    <w:p>
      <w:r>
        <w:t>34.</w:t>
      </w:r>
    </w:p>
    <w:p>
      <w:r>
        <w:t>Rvp 8234/2016</w:t>
      </w:r>
    </w:p>
    <w:p>
      <w:r>
        <w:t>17 XCdo 51/2015 z 29. februára 2016</w:t>
      </w:r>
    </w:p>
    <w:p>
      <w:r>
        <w:t>35.</w:t>
      </w:r>
    </w:p>
    <w:p>
      <w:r>
        <w:t>Rvp 8235/2016</w:t>
      </w:r>
    </w:p>
    <w:p>
      <w:r>
        <w:t>17 XCdo 5/2016 z 28. januára 2016</w:t>
      </w:r>
    </w:p>
    <w:p>
      <w:r>
        <w:t>36.</w:t>
      </w:r>
    </w:p>
    <w:p>
      <w:r>
        <w:t>Rvp 8236/2016</w:t>
      </w:r>
    </w:p>
    <w:p>
      <w:r>
        <w:t>2 Cdo 656/2015 z 28. januára 2016</w:t>
      </w:r>
    </w:p>
    <w:p>
      <w:r>
        <w:t>37.</w:t>
      </w:r>
    </w:p>
    <w:p>
      <w:r>
        <w:t>Rvp 8237/2016</w:t>
      </w:r>
    </w:p>
    <w:p>
      <w:r>
        <w:t>6 Cdo 499/2015 zo 16. marca 2016</w:t>
      </w:r>
    </w:p>
    <w:p>
      <w:r>
        <w:t>38.</w:t>
      </w:r>
    </w:p>
    <w:p>
      <w:r>
        <w:t>Rvp 8238/2016</w:t>
      </w:r>
    </w:p>
    <w:p>
      <w:r>
        <w:t>7 Cdo 622/2015 zo 16. marca 2016</w:t>
      </w:r>
    </w:p>
    <w:p>
      <w:r>
        <w:t>39.</w:t>
      </w:r>
    </w:p>
    <w:p>
      <w:r>
        <w:t>Rvp 8239/2016</w:t>
      </w:r>
    </w:p>
    <w:p>
      <w:r>
        <w:t>6 Cdo 482/2015 z 24. februára 2016</w:t>
      </w:r>
    </w:p>
    <w:p>
      <w:r>
        <w:t>40.</w:t>
      </w:r>
    </w:p>
    <w:p>
      <w:r>
        <w:t>Rvp 8240/2016</w:t>
      </w:r>
    </w:p>
    <w:p>
      <w:r>
        <w:t>2 Cdo 528/2015 z 29. februára 2016</w:t>
      </w:r>
    </w:p>
    <w:p>
      <w:r>
        <w:t>41.</w:t>
      </w:r>
    </w:p>
    <w:p>
      <w:r>
        <w:t>Rvp 8241/2016</w:t>
      </w:r>
    </w:p>
    <w:p>
      <w:r>
        <w:t>7 Cdo 717/2015 zo 16. marca 2016</w:t>
      </w:r>
    </w:p>
    <w:p>
      <w:r>
        <w:t>42.</w:t>
      </w:r>
    </w:p>
    <w:p>
      <w:r>
        <w:t>Rvp 8242/2016</w:t>
      </w:r>
    </w:p>
    <w:p>
      <w:r>
        <w:t>6 Co 282/2015 z 30. júna 2015</w:t>
      </w:r>
    </w:p>
    <w:p>
      <w:r>
        <w:t>43.</w:t>
      </w:r>
    </w:p>
    <w:p>
      <w:r>
        <w:t>Rvp 8243/2016</w:t>
      </w:r>
    </w:p>
    <w:p>
      <w:r>
        <w:t>11 XCdo 47/2015 zo 6. apríla 2016</w:t>
      </w:r>
    </w:p>
    <w:p>
      <w:r>
        <w:t>44.</w:t>
      </w:r>
    </w:p>
    <w:p>
      <w:r>
        <w:t>Rvp 8244/2016</w:t>
      </w:r>
    </w:p>
    <w:p>
      <w:r>
        <w:t>6 Cdo 449/2015 z 27. októbra 2015</w:t>
      </w:r>
    </w:p>
    <w:p>
      <w:r>
        <w:t>45.</w:t>
      </w:r>
    </w:p>
    <w:p>
      <w:r>
        <w:t>Rvp 8245/2016</w:t>
      </w:r>
    </w:p>
    <w:p>
      <w:r>
        <w:t>7 Cdo 627/2015 zo 16. marca 2016</w:t>
      </w:r>
    </w:p>
    <w:p>
      <w:r>
        <w:t>46.</w:t>
      </w:r>
    </w:p>
    <w:p>
      <w:r>
        <w:t>Rvp 8246/2016</w:t>
      </w:r>
    </w:p>
    <w:p>
      <w:r>
        <w:t>7 Cdo 1298/2015 zo 16. marca 2016</w:t>
      </w:r>
    </w:p>
    <w:p>
      <w:r>
        <w:t>47.</w:t>
      </w:r>
    </w:p>
    <w:p>
      <w:r>
        <w:t>Rvp 8247/2016</w:t>
      </w:r>
    </w:p>
    <w:p>
      <w:r>
        <w:t>17 XCdo 45/2015 z 29. februára 2016</w:t>
      </w:r>
    </w:p>
    <w:p>
      <w:r>
        <w:t>48.</w:t>
      </w:r>
    </w:p>
    <w:p>
      <w:r>
        <w:t>Rvp 8248/2016</w:t>
      </w:r>
    </w:p>
    <w:p>
      <w:r>
        <w:t>18 XCdo 46/2015 z 13. apríla 2016</w:t>
      </w:r>
    </w:p>
    <w:p>
      <w:r>
        <w:t>49.</w:t>
      </w:r>
    </w:p>
    <w:p>
      <w:r>
        <w:t>Rvp 8249/2016</w:t>
      </w:r>
    </w:p>
    <w:p>
      <w:r>
        <w:t>12 XCdo 144/2016 zo 14. apríla 2016</w:t>
      </w:r>
    </w:p>
    <w:p>
      <w:r>
        <w:t>50.</w:t>
      </w:r>
    </w:p>
    <w:p>
      <w:r>
        <w:t>Rvp 8250/2016</w:t>
      </w:r>
    </w:p>
    <w:p>
      <w:r>
        <w:t>7 Cdo 666/2015 zo 16. marca 2016</w:t>
      </w:r>
    </w:p>
    <w:p>
      <w:r>
        <w:t>51.</w:t>
      </w:r>
    </w:p>
    <w:p>
      <w:r>
        <w:t>Rvp 8251/2016</w:t>
      </w:r>
    </w:p>
    <w:p>
      <w:r>
        <w:t>2 Cdo 706/2015 z 31. marca 2016</w:t>
      </w:r>
    </w:p>
    <w:p>
      <w:r>
        <w:t>52.</w:t>
      </w:r>
    </w:p>
    <w:p>
      <w:r>
        <w:t>Rvp 8252/2016</w:t>
      </w:r>
    </w:p>
    <w:p>
      <w:r>
        <w:t>9 XCdo 90/2016 z 22. marca 2016</w:t>
      </w:r>
    </w:p>
    <w:p>
      <w:r>
        <w:t>53.</w:t>
      </w:r>
    </w:p>
    <w:p>
      <w:r>
        <w:t>Rvp 8253/2016</w:t>
      </w:r>
    </w:p>
    <w:p>
      <w:r>
        <w:t>2 Cdo 539/2015 z 29. februára 2016</w:t>
      </w:r>
    </w:p>
    <w:p>
      <w:r>
        <w:t>54.</w:t>
      </w:r>
    </w:p>
    <w:p>
      <w:r>
        <w:t>Rvp 8354/2016</w:t>
      </w:r>
    </w:p>
    <w:p>
      <w:r>
        <w:t>1 Cdo 43/2015 z 21. apríla 2016</w:t>
      </w:r>
    </w:p>
    <w:p>
      <w:r>
        <w:t>55.</w:t>
      </w:r>
    </w:p>
    <w:p>
      <w:r>
        <w:t>Rvp 8355/2016</w:t>
      </w:r>
    </w:p>
    <w:p>
      <w:r>
        <w:t>2 Cdo 407/2013 zo 16. decembra 2014</w:t>
      </w:r>
    </w:p>
    <w:p>
      <w:r>
        <w:t>56.</w:t>
      </w:r>
    </w:p>
    <w:p>
      <w:r>
        <w:t>Rvp 8356/2016</w:t>
      </w:r>
    </w:p>
    <w:p>
      <w:r>
        <w:t>28 XCdo 73/2016 z 13. apríla 2016</w:t>
      </w:r>
    </w:p>
    <w:p>
      <w:r>
        <w:t>57.</w:t>
      </w:r>
    </w:p>
    <w:p>
      <w:r>
        <w:t>Rvp 8357/2016</w:t>
      </w:r>
    </w:p>
    <w:p>
      <w:r>
        <w:t>1 Cdo 316/2015 zo 14. apríla 2016</w:t>
      </w:r>
    </w:p>
    <w:p>
      <w:r>
        <w:t>58.</w:t>
      </w:r>
    </w:p>
    <w:p>
      <w:r>
        <w:t>Rvp 8358/2016</w:t>
      </w:r>
    </w:p>
    <w:p>
      <w:r>
        <w:t>1 Cdo 239/2015 zo 14. apríla 2016</w:t>
      </w:r>
    </w:p>
    <w:p>
      <w:r>
        <w:t>59.</w:t>
      </w:r>
    </w:p>
    <w:p>
      <w:r>
        <w:t>Rvp 8359/2016</w:t>
      </w:r>
    </w:p>
    <w:p>
      <w:r>
        <w:t>4 Cdo 673/2015 z 26. apríla 2016</w:t>
      </w:r>
    </w:p>
    <w:p>
      <w:r>
        <w:t>60.</w:t>
      </w:r>
    </w:p>
    <w:p>
      <w:r>
        <w:t>Rvp 8360/2016</w:t>
      </w:r>
    </w:p>
    <w:p>
      <w:r>
        <w:t>18 XCdo 37/2016 z 12. apríla 2016</w:t>
      </w:r>
    </w:p>
    <w:p>
      <w:r>
        <w:t>61.</w:t>
      </w:r>
    </w:p>
    <w:p>
      <w:r>
        <w:t>Rvp 8361/2016</w:t>
      </w:r>
    </w:p>
    <w:p>
      <w:r>
        <w:t>3 XCdo 1/2016 zo 14. apríla 2016</w:t>
      </w:r>
    </w:p>
    <w:p>
      <w:r>
        <w:t>62.</w:t>
      </w:r>
    </w:p>
    <w:p>
      <w:r>
        <w:t>Rvp 8362/2016</w:t>
      </w:r>
    </w:p>
    <w:p>
      <w:r>
        <w:t>9 XCdo 134/2016 z 13. apríla 2016</w:t>
      </w:r>
    </w:p>
    <w:p>
      <w:r>
        <w:t>63.</w:t>
      </w:r>
    </w:p>
    <w:p>
      <w:r>
        <w:t>Rvp 8363/2016</w:t>
      </w:r>
    </w:p>
    <w:p>
      <w:r>
        <w:t>1 Cdo 307/2015 zo 14. apríla 2016</w:t>
      </w:r>
    </w:p>
    <w:p>
      <w:r>
        <w:t>64.</w:t>
      </w:r>
    </w:p>
    <w:p>
      <w:r>
        <w:t>Rvp 8364/2016</w:t>
      </w:r>
    </w:p>
    <w:p>
      <w:r>
        <w:t>1 Cdo 319/2015 zo 14. apríla 2016</w:t>
      </w:r>
    </w:p>
    <w:p>
      <w:r>
        <w:t>4</w:t>
      </w:r>
    </w:p>
    <w:p>
      <w:r>
        <w:t>65.</w:t>
      </w:r>
    </w:p>
    <w:p>
      <w:r>
        <w:t>Rvp 8365/2016</w:t>
      </w:r>
    </w:p>
    <w:p>
      <w:r>
        <w:t>6 Cdo 448/2015 z 27. októbra 2016</w:t>
      </w:r>
    </w:p>
    <w:p>
      <w:r>
        <w:t>66.</w:t>
      </w:r>
    </w:p>
    <w:p>
      <w:r>
        <w:t>Rvp 8366/2016</w:t>
      </w:r>
    </w:p>
    <w:p>
      <w:r>
        <w:t>28 XCdo 10/2016 z 25. júna 2014</w:t>
      </w:r>
    </w:p>
    <w:p>
      <w:r>
        <w:t>67.</w:t>
      </w:r>
    </w:p>
    <w:p>
      <w:r>
        <w:t>Rvp 8367/2016</w:t>
      </w:r>
    </w:p>
    <w:p>
      <w:r>
        <w:t>8 Cdo 929/2015 z 23. marca 2016</w:t>
      </w:r>
    </w:p>
    <w:p>
      <w:r>
        <w:t>68.</w:t>
      </w:r>
    </w:p>
    <w:p>
      <w:r>
        <w:t>Rvp 8368/2016</w:t>
      </w:r>
    </w:p>
    <w:p>
      <w:r>
        <w:t>1 Cdo 267/2015 zo 14. apríla 2016</w:t>
      </w:r>
    </w:p>
    <w:p>
      <w:r>
        <w:t>69.</w:t>
      </w:r>
    </w:p>
    <w:p>
      <w:r>
        <w:t>Rvp 8369/2016</w:t>
      </w:r>
    </w:p>
    <w:p>
      <w:r>
        <w:t>1 Cdo 279/2015 zo 14. apríla 2016</w:t>
      </w:r>
    </w:p>
    <w:p>
      <w:r>
        <w:t>70.</w:t>
      </w:r>
    </w:p>
    <w:p>
      <w:r>
        <w:t>Rvp 8370/2016</w:t>
      </w:r>
    </w:p>
    <w:p>
      <w:r>
        <w:t>1 Cdo 399/2015 zo 14. apríla 2016</w:t>
      </w:r>
    </w:p>
    <w:p>
      <w:r>
        <w:t>71.</w:t>
      </w:r>
    </w:p>
    <w:p>
      <w:r>
        <w:t>Rvp 8371/2016</w:t>
      </w:r>
    </w:p>
    <w:p>
      <w:r>
        <w:t>5 Cdo 213/2015 z 13. apríla 2016</w:t>
      </w:r>
    </w:p>
    <w:p>
      <w:r>
        <w:t>72.</w:t>
      </w:r>
    </w:p>
    <w:p>
      <w:r>
        <w:t>Rvp 8372/2016</w:t>
      </w:r>
    </w:p>
    <w:p>
      <w:r>
        <w:t>28 XCdo 53/2015 z 28. októbra 2013</w:t>
      </w:r>
    </w:p>
    <w:p>
      <w:r>
        <w:t>73.</w:t>
      </w:r>
    </w:p>
    <w:p>
      <w:r>
        <w:t>Rvp 8373/2016</w:t>
      </w:r>
    </w:p>
    <w:p>
      <w:r>
        <w:t>1 Cdo 308/2015 zo 14. apríla 2016</w:t>
      </w:r>
    </w:p>
    <w:p>
      <w:r>
        <w:t>74.</w:t>
      </w:r>
    </w:p>
    <w:p>
      <w:r>
        <w:t>Rvp 8374/2016</w:t>
      </w:r>
    </w:p>
    <w:p>
      <w:r>
        <w:t>11 XCdo 48/2015 zo 6. apríla 2016</w:t>
      </w:r>
    </w:p>
    <w:p>
      <w:r>
        <w:t>75.</w:t>
      </w:r>
    </w:p>
    <w:p>
      <w:r>
        <w:t>Rvp 8375/2016</w:t>
      </w:r>
    </w:p>
    <w:p>
      <w:r>
        <w:t>6 Cdo 412/2015 z 24. februára 2016</w:t>
      </w:r>
    </w:p>
    <w:p>
      <w:r>
        <w:t>76.</w:t>
      </w:r>
    </w:p>
    <w:p>
      <w:r>
        <w:t>Rvp 8376/2016</w:t>
      </w:r>
    </w:p>
    <w:p>
      <w:r>
        <w:t>13 XCdo 42/2015 z 21. apríla 2016</w:t>
      </w:r>
    </w:p>
    <w:p>
      <w:r>
        <w:t>77.</w:t>
      </w:r>
    </w:p>
    <w:p>
      <w:r>
        <w:t>Rvp 8377/2016</w:t>
      </w:r>
    </w:p>
    <w:p>
      <w:r>
        <w:t>18 XCdo 30/2016 z 13. apríla 2016</w:t>
      </w:r>
    </w:p>
    <w:p>
      <w:r>
        <w:t>78.</w:t>
      </w:r>
    </w:p>
    <w:p>
      <w:r>
        <w:t>Rvp 8378/2016</w:t>
      </w:r>
    </w:p>
    <w:p>
      <w:r>
        <w:t>28 XCdo 72/2016 z 13. apríla 2016</w:t>
      </w:r>
    </w:p>
    <w:p>
      <w:r>
        <w:t>79.</w:t>
      </w:r>
    </w:p>
    <w:p>
      <w:r>
        <w:t>Rvp 8379/2016</w:t>
      </w:r>
    </w:p>
    <w:p>
      <w:r>
        <w:t>5 Cdo 764/2015 z 26. apríla 2016</w:t>
      </w:r>
    </w:p>
    <w:p>
      <w:r>
        <w:t>80.</w:t>
      </w:r>
    </w:p>
    <w:p>
      <w:r>
        <w:t>Rvp 8380/2016</w:t>
      </w:r>
    </w:p>
    <w:p>
      <w:r>
        <w:t>22 XCdo 5/2015 z 5. apríla 2016</w:t>
      </w:r>
    </w:p>
    <w:p>
      <w:r>
        <w:t>81.</w:t>
      </w:r>
    </w:p>
    <w:p>
      <w:r>
        <w:t>Rvp 8381/2016</w:t>
      </w:r>
    </w:p>
    <w:p>
      <w:r>
        <w:t>6 Cdo 500/2015 zo 16. marca 2016</w:t>
      </w:r>
    </w:p>
    <w:p>
      <w:r>
        <w:t>82.</w:t>
      </w:r>
    </w:p>
    <w:p>
      <w:r>
        <w:t>Rvp 8382/2016</w:t>
      </w:r>
    </w:p>
    <w:p>
      <w:r>
        <w:t>13 XCdo 34/2015 z 21. apríla 2016</w:t>
      </w:r>
    </w:p>
    <w:p>
      <w:r>
        <w:t>83.</w:t>
      </w:r>
    </w:p>
    <w:p>
      <w:r>
        <w:t>Rvp 8383/2016</w:t>
      </w:r>
    </w:p>
    <w:p>
      <w:r>
        <w:t>6 XCdo 9/2016 z 29. marca 2016</w:t>
      </w:r>
    </w:p>
    <w:p>
      <w:r>
        <w:t>84.</w:t>
      </w:r>
    </w:p>
    <w:p>
      <w:r>
        <w:t>Rvp 8384/2016</w:t>
      </w:r>
    </w:p>
    <w:p>
      <w:r>
        <w:t>4 Cdo 674/2015 z 26. apríla 2016</w:t>
      </w:r>
    </w:p>
    <w:p>
      <w:r>
        <w:t>85.</w:t>
      </w:r>
    </w:p>
    <w:p>
      <w:r>
        <w:t>Rvp 8385/2016</w:t>
      </w:r>
    </w:p>
    <w:p>
      <w:r>
        <w:t>11 XCdo 6/2016 zo 7. apríla 2016</w:t>
      </w:r>
    </w:p>
    <w:p>
      <w:r>
        <w:t>86.</w:t>
      </w:r>
    </w:p>
    <w:p>
      <w:r>
        <w:t>Rvp 8386/2016</w:t>
      </w:r>
    </w:p>
    <w:p>
      <w:r>
        <w:t>18 XCdo 123/2016 z 24. marca 2016</w:t>
      </w:r>
    </w:p>
    <w:p>
      <w:r>
        <w:t>87.</w:t>
      </w:r>
    </w:p>
    <w:p>
      <w:r>
        <w:t>Rvp 8387/2016</w:t>
      </w:r>
    </w:p>
    <w:p>
      <w:r>
        <w:t>18 XCdo 47/2016 z 2. marca 2016</w:t>
      </w:r>
    </w:p>
    <w:p>
      <w:r>
        <w:t>88.</w:t>
      </w:r>
    </w:p>
    <w:p>
      <w:r>
        <w:t>Rvp 8388/2016</w:t>
      </w:r>
    </w:p>
    <w:p>
      <w:r>
        <w:t>17 XCdo 6/2016 z 29. februára 2016</w:t>
      </w:r>
    </w:p>
    <w:p>
      <w:r>
        <w:t>89.</w:t>
      </w:r>
    </w:p>
    <w:p>
      <w:r>
        <w:t>Rvp 8389/2016</w:t>
      </w:r>
    </w:p>
    <w:p>
      <w:r>
        <w:t>11 XCdo 113/2016 z 26. apríla 2016</w:t>
      </w:r>
    </w:p>
    <w:p>
      <w:r>
        <w:t>90.</w:t>
      </w:r>
    </w:p>
    <w:p>
      <w:r>
        <w:t>Rvp 8390/2016</w:t>
      </w:r>
    </w:p>
    <w:p>
      <w:r>
        <w:t>11 XCdo 82/2016 z 21. apríla 2016</w:t>
      </w:r>
    </w:p>
    <w:p>
      <w:r>
        <w:t>91.</w:t>
      </w:r>
    </w:p>
    <w:p>
      <w:r>
        <w:t>Rvp 8391/2016</w:t>
      </w:r>
    </w:p>
    <w:p>
      <w:r>
        <w:t>9 XCdo 139/2016 z 13. apríla 2016</w:t>
      </w:r>
    </w:p>
    <w:p>
      <w:r>
        <w:t>92.</w:t>
      </w:r>
    </w:p>
    <w:p>
      <w:r>
        <w:t>Rvp 8392/2016</w:t>
      </w:r>
    </w:p>
    <w:p>
      <w:r>
        <w:t>11 XCdo 58/2016 z 21. apríla 2016</w:t>
      </w:r>
    </w:p>
    <w:p>
      <w:r>
        <w:t>93.</w:t>
      </w:r>
    </w:p>
    <w:p>
      <w:r>
        <w:t>Rvp 8393/2016</w:t>
      </w:r>
    </w:p>
    <w:p>
      <w:r>
        <w:t>1 Cdo 333/2015 zo 14. apríla 2016</w:t>
      </w:r>
    </w:p>
    <w:p>
      <w:r>
        <w:t>94.</w:t>
      </w:r>
    </w:p>
    <w:p>
      <w:r>
        <w:t>Rvp 8394/2016</w:t>
      </w:r>
    </w:p>
    <w:p>
      <w:r>
        <w:t>11 XCdo 2/2016 zo 7. apríla 2016</w:t>
      </w:r>
    </w:p>
    <w:p>
      <w:r>
        <w:t>95.</w:t>
      </w:r>
    </w:p>
    <w:p>
      <w:r>
        <w:t>Rvp 8395/2016</w:t>
      </w:r>
    </w:p>
    <w:p>
      <w:r>
        <w:t>13 XCdo 20/2015 z 21. apríla 2016</w:t>
      </w:r>
    </w:p>
    <w:p>
      <w:r>
        <w:t>96.</w:t>
      </w:r>
    </w:p>
    <w:p>
      <w:r>
        <w:t>Rvp 8396/2016</w:t>
      </w:r>
    </w:p>
    <w:p>
      <w:r>
        <w:t>1 Cdo 240/2015 zo 14. apríla 2016</w:t>
      </w:r>
    </w:p>
    <w:p>
      <w:r>
        <w:t>97.</w:t>
      </w:r>
    </w:p>
    <w:p>
      <w:r>
        <w:t>Rvp 8397/2016</w:t>
      </w:r>
    </w:p>
    <w:p>
      <w:r>
        <w:t>10 XCdo 11/2015 z 23. marca 2016</w:t>
      </w:r>
    </w:p>
    <w:p>
      <w:r>
        <w:t>98.</w:t>
      </w:r>
    </w:p>
    <w:p>
      <w:r>
        <w:t>Rvp 8398/2016</w:t>
      </w:r>
    </w:p>
    <w:p>
      <w:r>
        <w:t>15 XCdo 42/2015 z 15. marca 2016</w:t>
      </w:r>
    </w:p>
    <w:p>
      <w:r>
        <w:t>5</w:t>
      </w:r>
    </w:p>
    <w:p>
      <w:r>
        <w:t>99.</w:t>
      </w:r>
    </w:p>
    <w:p>
      <w:r>
        <w:t>Rvp 8399/2016</w:t>
      </w:r>
    </w:p>
    <w:p>
      <w:r>
        <w:t>11 XCdo 42/2015 zo 7. apríla 2016</w:t>
      </w:r>
    </w:p>
    <w:p>
      <w:r>
        <w:t>100 . 101 . 102 . 103 . 104 . 105 . 106 . 107 . 108 . 109 . 110 . 111 . 112 . 113 . 114 . 115 . 116 . 117 . 118 . 119 . 120 . 121 . 122 . 123 .</w:t>
      </w:r>
    </w:p>
    <w:p>
      <w:r>
        <w:t>Rvp 8400/2016</w:t>
      </w:r>
    </w:p>
    <w:p>
      <w:r>
        <w:t>3 Cdo 1072/2015 z 21. apríla 2016</w:t>
      </w:r>
    </w:p>
    <w:p>
      <w:r>
        <w:t>Rvp 8401/2016</w:t>
      </w:r>
    </w:p>
    <w:p>
      <w:r>
        <w:t>11 XCdo 55/2016 z 21. apríla 2016</w:t>
      </w:r>
    </w:p>
    <w:p>
      <w:r>
        <w:t>Rvp 8402/2016</w:t>
      </w:r>
    </w:p>
    <w:p>
      <w:r>
        <w:t>2 Cdo 537/2015 z 29. februára 2016</w:t>
      </w:r>
    </w:p>
    <w:p>
      <w:r>
        <w:t>Rvp 8403/2016</w:t>
      </w:r>
    </w:p>
    <w:p>
      <w:r>
        <w:t>13 XCdo 8/2015 z 22. marca 2016</w:t>
      </w:r>
    </w:p>
    <w:p>
      <w:r>
        <w:t>Rvp 8404/2016</w:t>
      </w:r>
    </w:p>
    <w:p>
      <w:r>
        <w:t>8 Cdo 1060/2015 z 24. februára 2016</w:t>
      </w:r>
    </w:p>
    <w:p>
      <w:r>
        <w:t>Rvp 8405/2016</w:t>
      </w:r>
    </w:p>
    <w:p>
      <w:r>
        <w:t>8 Cdo 1071/2015 z 24. februára 2016</w:t>
      </w:r>
    </w:p>
    <w:p>
      <w:r>
        <w:t>Rvp 8406/2016</w:t>
      </w:r>
    </w:p>
    <w:p>
      <w:r>
        <w:t>18 XCdo 21/2016 z 23. marca 2016</w:t>
      </w:r>
    </w:p>
    <w:p>
      <w:r>
        <w:t>Rvp 8407/2016</w:t>
      </w:r>
    </w:p>
    <w:p>
      <w:r>
        <w:t>2 Cdo 577/2015 z 28. januára 2016</w:t>
      </w:r>
    </w:p>
    <w:p>
      <w:r>
        <w:t>Rvp 8408/2016</w:t>
      </w:r>
    </w:p>
    <w:p>
      <w:r>
        <w:t>8 Cdo 1062/2015 z 10. decembra 2015</w:t>
      </w:r>
    </w:p>
    <w:p>
      <w:r>
        <w:t>Rvp 8409/2016</w:t>
      </w:r>
    </w:p>
    <w:p>
      <w:r>
        <w:t>28 XCdo 52/2015 z 13. apríla 2016</w:t>
      </w:r>
    </w:p>
    <w:p>
      <w:r>
        <w:t>Rvp 8410/2016</w:t>
      </w:r>
    </w:p>
    <w:p>
      <w:r>
        <w:t>13 XCdo 13/2015 z 21. apríla 2016</w:t>
      </w:r>
    </w:p>
    <w:p>
      <w:r>
        <w:t>Rvp 8411/2016</w:t>
      </w:r>
    </w:p>
    <w:p>
      <w:r>
        <w:t>18 XCdo 86/2016 z 13. apríla 2016</w:t>
      </w:r>
    </w:p>
    <w:p>
      <w:r>
        <w:t>Rvp 8412/2016</w:t>
      </w:r>
    </w:p>
    <w:p>
      <w:r>
        <w:t>11 XCdo 52/2015 zo 7. apríla 2016</w:t>
      </w:r>
    </w:p>
    <w:p>
      <w:r>
        <w:t>Rvp 8413/2016</w:t>
      </w:r>
    </w:p>
    <w:p>
      <w:r>
        <w:t>1 Cdo 361/2015 zo 14. apríla 2016</w:t>
      </w:r>
    </w:p>
    <w:p>
      <w:r>
        <w:t>Rvp 8414/2016</w:t>
      </w:r>
    </w:p>
    <w:p>
      <w:r>
        <w:t>13 XCdo 18/2015 z 21. apríla 2016</w:t>
      </w:r>
    </w:p>
    <w:p>
      <w:r>
        <w:t>Rvp 8415/2016</w:t>
      </w:r>
    </w:p>
    <w:p>
      <w:r>
        <w:t>17 XCdo 16/2016 z 29. februára 2016</w:t>
      </w:r>
    </w:p>
    <w:p>
      <w:r>
        <w:t>Rvp 8416/2016</w:t>
      </w:r>
    </w:p>
    <w:p>
      <w:r>
        <w:t>14 XCdo 3/2016 z 22. marca 2016</w:t>
      </w:r>
    </w:p>
    <w:p>
      <w:r>
        <w:t>Rvp 8417/2016</w:t>
      </w:r>
    </w:p>
    <w:p>
      <w:r>
        <w:t>2 Cdo 588/2015 z 31. marca 2015</w:t>
      </w:r>
    </w:p>
    <w:p>
      <w:r>
        <w:t>Rvp 8418/2016</w:t>
      </w:r>
    </w:p>
    <w:p>
      <w:r>
        <w:t>17 XCdo 56/2015 z 29. februára 2016</w:t>
      </w:r>
    </w:p>
    <w:p>
      <w:r>
        <w:t>Rvp 8419/2016</w:t>
      </w:r>
    </w:p>
    <w:p>
      <w:r>
        <w:t>12 XCdo 127/2016 z 28. apríla 2016</w:t>
      </w:r>
    </w:p>
    <w:p>
      <w:r>
        <w:t>Rvp 8420/2016</w:t>
      </w:r>
    </w:p>
    <w:p>
      <w:r>
        <w:t>1 Cdo 327/2015 zo 14. apríla 2016</w:t>
      </w:r>
    </w:p>
    <w:p>
      <w:r>
        <w:t>Rvp 8421/2016</w:t>
      </w:r>
    </w:p>
    <w:p>
      <w:r>
        <w:t>1 Cdo 407/2015 zo 14. apríla 2016</w:t>
      </w:r>
    </w:p>
    <w:p>
      <w:r>
        <w:t>Rvp 8422/2016</w:t>
      </w:r>
    </w:p>
    <w:p>
      <w:r>
        <w:t>11 XCdo 28/2016 zo 7. apríla 2016</w:t>
      </w:r>
    </w:p>
    <w:p>
      <w:r>
        <w:t>Rvp 8423/2016</w:t>
      </w:r>
    </w:p>
    <w:p>
      <w:r>
        <w:t>1 Cdo 357/2015 zo 14. apríla 2016</w:t>
      </w:r>
    </w:p>
    <w:p>
      <w:r>
        <w:t>6</w:t>
      </w:r>
    </w:p>
    <w:p>
      <w:r>
        <w:t>124 . 125 . 126 . 127 . 128 . 129 . 130 . 131 . 132 . 133 . 134 . 135 . 136 . 137 . 138 . 139 . 140 . 141 . 142 . 143 . 144 . 145 . 146 . 147 . 148</w:t>
      </w:r>
    </w:p>
    <w:p>
      <w:r>
        <w:t>Rvp 8424/2016</w:t>
      </w:r>
    </w:p>
    <w:p>
      <w:r>
        <w:t>11 XCdo 78/2016 z 21. apríla 2016</w:t>
      </w:r>
    </w:p>
    <w:p>
      <w:r>
        <w:t>Rvp 8425/2016</w:t>
      </w:r>
    </w:p>
    <w:p>
      <w:r>
        <w:t>11 XCdo 81/2016 z 21. apríla 2016</w:t>
      </w:r>
    </w:p>
    <w:p>
      <w:r>
        <w:t>Rvp 8426/2016</w:t>
      </w:r>
    </w:p>
    <w:p>
      <w:r>
        <w:t>11 XCdo 80/2016 z 21. apríla 2016</w:t>
      </w:r>
    </w:p>
    <w:p>
      <w:r>
        <w:t>Rvp 8427/2016</w:t>
      </w:r>
    </w:p>
    <w:p>
      <w:r>
        <w:t>1 Cdo 397/2015 zo 14. apríla 2016</w:t>
      </w:r>
    </w:p>
    <w:p>
      <w:r>
        <w:t>Rvp 8428/2016</w:t>
      </w:r>
    </w:p>
    <w:p>
      <w:r>
        <w:t>2 Cdo 596/2015 z 31. marca 2016</w:t>
      </w:r>
    </w:p>
    <w:p>
      <w:r>
        <w:t>Rvp 8429/2016</w:t>
      </w:r>
    </w:p>
    <w:p>
      <w:r>
        <w:t>11 XCdo 5/2016 zo 7. apríla 2016</w:t>
      </w:r>
    </w:p>
    <w:p>
      <w:r>
        <w:t>Rvp 8430/2016</w:t>
      </w:r>
    </w:p>
    <w:p>
      <w:r>
        <w:t>8 Cdo 909/2015 z 23. marca 2016</w:t>
      </w:r>
    </w:p>
    <w:p>
      <w:r>
        <w:t>Rvp 8431/2016</w:t>
      </w:r>
    </w:p>
    <w:p>
      <w:r>
        <w:t>2 Cdo 604/2015 z 31. marca 2016</w:t>
      </w:r>
    </w:p>
    <w:p>
      <w:r>
        <w:t>Rvp 8432/2016</w:t>
      </w:r>
    </w:p>
    <w:p>
      <w:r>
        <w:t>2 Cdo 602/2015 z 31. marca 2016</w:t>
      </w:r>
    </w:p>
    <w:p>
      <w:r>
        <w:t>Rvp 8433/2016</w:t>
      </w:r>
    </w:p>
    <w:p>
      <w:r>
        <w:t>28 XCdo 93/2016 z 13. apríla 2016</w:t>
      </w:r>
    </w:p>
    <w:p>
      <w:r>
        <w:t>Rvp 8434/2016</w:t>
      </w:r>
    </w:p>
    <w:p>
      <w:r>
        <w:t>28 XCdo 11/2016 z 18. marca 2016</w:t>
      </w:r>
    </w:p>
    <w:p>
      <w:r>
        <w:t>Rvp 8435/2016</w:t>
      </w:r>
    </w:p>
    <w:p>
      <w:r>
        <w:t>1 Cdo 400/2015 zo 14. apríla 2016</w:t>
      </w:r>
    </w:p>
    <w:p>
      <w:r>
        <w:t>Rvp 8436/2016</w:t>
      </w:r>
    </w:p>
    <w:p>
      <w:r>
        <w:t>8 Cdo 930/2016 z 23. marca 2016</w:t>
      </w:r>
    </w:p>
    <w:p>
      <w:r>
        <w:t>Rvp 8437/2016</w:t>
      </w:r>
    </w:p>
    <w:p>
      <w:r>
        <w:t>28 XCdo 54/2015 z 13. apríla 2016</w:t>
      </w:r>
    </w:p>
    <w:p>
      <w:r>
        <w:t>Rvp 8438/2016</w:t>
      </w:r>
    </w:p>
    <w:p>
      <w:r>
        <w:t>10 XCdo 1/2016 z 23. marca 2016</w:t>
      </w:r>
    </w:p>
    <w:p>
      <w:r>
        <w:t>Rvp 8439/2016</w:t>
      </w:r>
    </w:p>
    <w:p>
      <w:r>
        <w:t>23 XCdo 10/2015 z 22. marca 2016</w:t>
      </w:r>
    </w:p>
    <w:p>
      <w:r>
        <w:t>Rvp 8440/2016</w:t>
      </w:r>
    </w:p>
    <w:p>
      <w:r>
        <w:t>11 XCdo 60/2016 z 21. apríla 2016</w:t>
      </w:r>
    </w:p>
    <w:p>
      <w:r>
        <w:t>Rvp 8441/2016</w:t>
      </w:r>
    </w:p>
    <w:p>
      <w:r>
        <w:t>13 XCdo 26/2015 z 21. apríla 2016</w:t>
      </w:r>
    </w:p>
    <w:p>
      <w:r>
        <w:t>Rvp 8442/2016</w:t>
      </w:r>
    </w:p>
    <w:p>
      <w:r>
        <w:t>13 XCdo 22/2015 z 21. apríla 2016</w:t>
      </w:r>
    </w:p>
    <w:p>
      <w:r>
        <w:t>Rvp 8443/2016</w:t>
      </w:r>
    </w:p>
    <w:p>
      <w:r>
        <w:t>11 XCdo 36/2015 zo 7. apríla 2016</w:t>
      </w:r>
    </w:p>
    <w:p>
      <w:r>
        <w:t>Rvp 8444/2016</w:t>
      </w:r>
    </w:p>
    <w:p>
      <w:r>
        <w:t>5 Cdo 413/2015 z 13. apríla 2016</w:t>
      </w:r>
    </w:p>
    <w:p>
      <w:r>
        <w:t>Rvp 8445/2016</w:t>
      </w:r>
    </w:p>
    <w:p>
      <w:r>
        <w:t>11 XCdo 26/2015 zo 7. apríla 2016</w:t>
      </w:r>
    </w:p>
    <w:p>
      <w:r>
        <w:t>Rvp 8446/2016</w:t>
      </w:r>
    </w:p>
    <w:p>
      <w:r>
        <w:t>12 XCdo 141/2016 zo 14. apríla 2016</w:t>
      </w:r>
    </w:p>
    <w:p>
      <w:r>
        <w:t>Rvp 8447/2016</w:t>
      </w:r>
    </w:p>
    <w:p>
      <w:r>
        <w:t>28 XCdo 37/2016 z 13. apríla 2016</w:t>
      </w:r>
    </w:p>
    <w:p>
      <w:r>
        <w:t>Rvp 8448/2016</w:t>
      </w:r>
    </w:p>
    <w:p>
      <w:r>
        <w:t>28 XCdo 34/2016 z 13. apríla 2016 7</w:t>
      </w:r>
    </w:p>
    <w:p>
      <w:r>
        <w:t>149 . 150 . 151 . 152 . 153 . 154 . 155 . 156 . 157 . 158 . 159 . 160 . 161 . 162 . 163 . 164 . 165 . 166 . 167 . 168 . 169 . 170 . 171 . 172 .</w:t>
      </w:r>
    </w:p>
    <w:p>
      <w:r>
        <w:t>Rvp 8449/2016</w:t>
      </w:r>
    </w:p>
    <w:p>
      <w:r>
        <w:t>4 Cdo 646/2015 zo 17. marca 2016</w:t>
      </w:r>
    </w:p>
    <w:p>
      <w:r>
        <w:t>Rvp 8450/2016</w:t>
      </w:r>
    </w:p>
    <w:p>
      <w:r>
        <w:t>28 XCdo 5/2016 z 13. apríla 2016</w:t>
      </w:r>
    </w:p>
    <w:p>
      <w:r>
        <w:t>Rvp 8451/2016</w:t>
      </w:r>
    </w:p>
    <w:p>
      <w:r>
        <w:t>28 XCdo 38/2015 z 13. apríla 2016</w:t>
      </w:r>
    </w:p>
    <w:p>
      <w:r>
        <w:t>Rvp 8452/2016</w:t>
      </w:r>
    </w:p>
    <w:p>
      <w:r>
        <w:t>11 XCdo 50/2015 zo 6. apríla 2016</w:t>
      </w:r>
    </w:p>
    <w:p>
      <w:r>
        <w:t>Rvp 8453/2016</w:t>
      </w:r>
    </w:p>
    <w:p>
      <w:r>
        <w:t>28 XCdo 36/2015 z 13. apríla 2016</w:t>
      </w:r>
    </w:p>
    <w:p>
      <w:r>
        <w:t>Rvp 8454/2016</w:t>
      </w:r>
    </w:p>
    <w:p>
      <w:r>
        <w:t>28 XCdo 45/2015 z 13. apríla 2016</w:t>
      </w:r>
    </w:p>
    <w:p>
      <w:r>
        <w:t>Rvp 8455/2016</w:t>
      </w:r>
    </w:p>
    <w:p>
      <w:r>
        <w:t>18 XCdo 4/2016 z 2. marca 2016</w:t>
      </w:r>
    </w:p>
    <w:p>
      <w:r>
        <w:t>Rvp 8456/2016</w:t>
      </w:r>
    </w:p>
    <w:p>
      <w:r>
        <w:t>7 Cdo 394/2015 zo 16. marca 2016</w:t>
      </w:r>
    </w:p>
    <w:p>
      <w:r>
        <w:t>Rvp 8457/2016</w:t>
      </w:r>
    </w:p>
    <w:p>
      <w:r>
        <w:t>8 XCdo 32/2016 z 20. apríla 2016</w:t>
      </w:r>
    </w:p>
    <w:p>
      <w:r>
        <w:t>Rvp 8458/2016</w:t>
      </w:r>
    </w:p>
    <w:p>
      <w:r>
        <w:t>4 Cdo 638/2015 z 26. apríla 2016</w:t>
      </w:r>
    </w:p>
    <w:p>
      <w:r>
        <w:t>Rvp 8459/2016</w:t>
      </w:r>
    </w:p>
    <w:p>
      <w:r>
        <w:t>3 XCdo 3/2016 z 21. apríla 2016</w:t>
      </w:r>
    </w:p>
    <w:p>
      <w:r>
        <w:t>Rvp 8460/2016</w:t>
      </w:r>
    </w:p>
    <w:p>
      <w:r>
        <w:t>1 Cdo 351/2015 zo 14. apríla 2016</w:t>
      </w:r>
    </w:p>
    <w:p>
      <w:r>
        <w:t>Rvp 8461/2016</w:t>
      </w:r>
    </w:p>
    <w:p>
      <w:r>
        <w:t>5 Cdo 661/2015 z 13. apríla 2016</w:t>
      </w:r>
    </w:p>
    <w:p>
      <w:r>
        <w:t>Rvp 8462/2016</w:t>
      </w:r>
    </w:p>
    <w:p>
      <w:r>
        <w:t>5 Cdo 670/2015 z 13. apríla 2016</w:t>
      </w:r>
    </w:p>
    <w:p>
      <w:r>
        <w:t>Rvp 8463/2016</w:t>
      </w:r>
    </w:p>
    <w:p>
      <w:r>
        <w:t>5 Cdo 154/2015 z 13. apríla 2016</w:t>
      </w:r>
    </w:p>
    <w:p>
      <w:r>
        <w:t>Rvp 8464/2016</w:t>
      </w:r>
    </w:p>
    <w:p>
      <w:r>
        <w:t>5 Cdo 219/2015 z 13. apríla 2016</w:t>
      </w:r>
    </w:p>
    <w:p>
      <w:r>
        <w:t>Rvp 8465/2016</w:t>
      </w:r>
    </w:p>
    <w:p>
      <w:r>
        <w:t>11 XCdo 79/2016 z 21. apríla 2016</w:t>
      </w:r>
    </w:p>
    <w:p>
      <w:r>
        <w:t>Rvp 8466/2016</w:t>
      </w:r>
    </w:p>
    <w:p>
      <w:r>
        <w:t>11 XCdo 32/2016 zo 7. apríla 2016</w:t>
      </w:r>
    </w:p>
    <w:p>
      <w:r>
        <w:t>Rvp 8467/2016</w:t>
      </w:r>
    </w:p>
    <w:p>
      <w:r>
        <w:t>8 Cdo 1250/2015 zo 14. apríla 2016</w:t>
      </w:r>
    </w:p>
    <w:p>
      <w:r>
        <w:t>Rvp 8468/2016</w:t>
      </w:r>
    </w:p>
    <w:p>
      <w:r>
        <w:t>3 Cdo 1325/2015 z 21. apríla 2016</w:t>
      </w:r>
    </w:p>
    <w:p>
      <w:r>
        <w:t>Rvp 8469/2016</w:t>
      </w:r>
    </w:p>
    <w:p>
      <w:r>
        <w:t>8 XCdo 31/2016 z 20. apríla 2016</w:t>
      </w:r>
    </w:p>
    <w:p>
      <w:r>
        <w:t>Rvp 8470/2016</w:t>
      </w:r>
    </w:p>
    <w:p>
      <w:r>
        <w:t>11 XCdo 92/2016 z 21. apríla 2016</w:t>
      </w:r>
    </w:p>
    <w:p>
      <w:r>
        <w:t>Rvp 8471/2016</w:t>
      </w:r>
    </w:p>
    <w:p>
      <w:r>
        <w:t>11 XCdo 39/2016 zo 7. apríla 2016</w:t>
      </w:r>
    </w:p>
    <w:p>
      <w:r>
        <w:t>Rvp 8472/2016</w:t>
      </w:r>
    </w:p>
    <w:p>
      <w:r>
        <w:t>11 XCdo 51/2016 zo 7. apríla 2016</w:t>
      </w:r>
    </w:p>
    <w:p>
      <w:r>
        <w:t>8</w:t>
      </w:r>
    </w:p>
    <w:p>
      <w:r>
        <w:t>173 . 174 . 175 . 176 . 177 . 178 . 179 . 180 . 181 . 182 . 183 . 184 . 185 . 186 . 187 . 188 . 189 . 190 . 191 . 192 . 193 . 194 . 195 . 196 . 197</w:t>
      </w:r>
    </w:p>
    <w:p>
      <w:r>
        <w:t>Rvp 8473/2016</w:t>
      </w:r>
    </w:p>
    <w:p>
      <w:r>
        <w:t>11 XCdo 129/2016 z 26. apríla 2016</w:t>
      </w:r>
    </w:p>
    <w:p>
      <w:r>
        <w:t>Rvp 8474/2016</w:t>
      </w:r>
    </w:p>
    <w:p>
      <w:r>
        <w:t>1 Cdo 393/2015 zo 14. apríla 2016</w:t>
      </w:r>
    </w:p>
    <w:p>
      <w:r>
        <w:t>Rvp 8475/2016</w:t>
      </w:r>
    </w:p>
    <w:p>
      <w:r>
        <w:t>11 XCdo 1/2016 zo 7. apríla 2016</w:t>
      </w:r>
    </w:p>
    <w:p>
      <w:r>
        <w:t>Rvp 8476/2016</w:t>
      </w:r>
    </w:p>
    <w:p>
      <w:r>
        <w:t>18 XCdo 53/2016 z 21. apríla 2016</w:t>
      </w:r>
    </w:p>
    <w:p>
      <w:r>
        <w:t>Rvp 8477/2016</w:t>
      </w:r>
    </w:p>
    <w:p>
      <w:r>
        <w:t>18 XCdo 27/2016 z 12. apríla 2016</w:t>
      </w:r>
    </w:p>
    <w:p>
      <w:r>
        <w:t>Rvp 8478/2016</w:t>
      </w:r>
    </w:p>
    <w:p>
      <w:r>
        <w:t>1 Cdo 323/2015 zo 14. apríla 2016</w:t>
      </w:r>
    </w:p>
    <w:p>
      <w:r>
        <w:t>Rvp 8479/2016</w:t>
      </w:r>
    </w:p>
    <w:p>
      <w:r>
        <w:t>11 XCdo 77/2016 z 21. apríla 2016</w:t>
      </w:r>
    </w:p>
    <w:p>
      <w:r>
        <w:t>Rvp 8480/2016</w:t>
      </w:r>
    </w:p>
    <w:p>
      <w:r>
        <w:t>11 XCdo 76/2016 z 21. apríla 2016</w:t>
      </w:r>
    </w:p>
    <w:p>
      <w:r>
        <w:t>Rvp 8481/2016</w:t>
      </w:r>
    </w:p>
    <w:p>
      <w:r>
        <w:t>11 XCdo 112/2016 z 26. apríla 2016</w:t>
      </w:r>
    </w:p>
    <w:p>
      <w:r>
        <w:t>Rvp 8482/2016</w:t>
      </w:r>
    </w:p>
    <w:p>
      <w:r>
        <w:t>11 XCdo 128/2016 z 26. apríla 2016</w:t>
      </w:r>
    </w:p>
    <w:p>
      <w:r>
        <w:t>Rvp 8483/2016</w:t>
      </w:r>
    </w:p>
    <w:p>
      <w:r>
        <w:t>11 XCdo 93/2016 z 21. apríla 2016</w:t>
      </w:r>
    </w:p>
    <w:p>
      <w:r>
        <w:t>Rvp 8484/2016</w:t>
      </w:r>
    </w:p>
    <w:p>
      <w:r>
        <w:t>11 XCdo 40/2016 zo 7. apríla 2016</w:t>
      </w:r>
    </w:p>
    <w:p>
      <w:r>
        <w:t>Rvp 8485/2016</w:t>
      </w:r>
    </w:p>
    <w:p>
      <w:r>
        <w:t>11 XCdo 98/2016 z 21. apríla 2016</w:t>
      </w:r>
    </w:p>
    <w:p>
      <w:r>
        <w:t>Rvp 8486/2016</w:t>
      </w:r>
    </w:p>
    <w:p>
      <w:r>
        <w:t>4 Cdo 632/2015 z 26. apríla 2016</w:t>
      </w:r>
    </w:p>
    <w:p>
      <w:r>
        <w:t>Rvp 8487/2016</w:t>
      </w:r>
    </w:p>
    <w:p>
      <w:r>
        <w:t>1 Cdo 363/2015 zo 14. apríla 2016</w:t>
      </w:r>
    </w:p>
    <w:p>
      <w:r>
        <w:t>Rvp 8488/2016</w:t>
      </w:r>
    </w:p>
    <w:p>
      <w:r>
        <w:t>2 Cdo 715/2015 z 31. marca 2016</w:t>
      </w:r>
    </w:p>
    <w:p>
      <w:r>
        <w:t>Rvp 8489/2016</w:t>
      </w:r>
    </w:p>
    <w:p>
      <w:r>
        <w:t>17 XCdo 5/2015 z 29. februára 2016</w:t>
      </w:r>
    </w:p>
    <w:p>
      <w:r>
        <w:t>Rvp 8490/2016</w:t>
      </w:r>
    </w:p>
    <w:p>
      <w:r>
        <w:t>15 XCdo 36/2016 z 15. marca 2016</w:t>
      </w:r>
    </w:p>
    <w:p>
      <w:r>
        <w:t>Rvp 8491/2016</w:t>
      </w:r>
    </w:p>
    <w:p>
      <w:r>
        <w:t>28 XCdo 45/2016 z 13. apríla 2016</w:t>
      </w:r>
    </w:p>
    <w:p>
      <w:r>
        <w:t>Rvp 8492/2016</w:t>
      </w:r>
    </w:p>
    <w:p>
      <w:r>
        <w:t>1 Cdo 320/2015 zo 14. apríla 2016</w:t>
      </w:r>
    </w:p>
    <w:p>
      <w:r>
        <w:t>Rvp 8939/2016</w:t>
      </w:r>
    </w:p>
    <w:p>
      <w:r>
        <w:t>18 XCdo 27/2015 z 24. marca 2016</w:t>
      </w:r>
    </w:p>
    <w:p>
      <w:r>
        <w:t>Rvp 8940/2016</w:t>
      </w:r>
    </w:p>
    <w:p>
      <w:r>
        <w:t>11 XCdo 4/2016 zo 7. apríla 2016</w:t>
      </w:r>
    </w:p>
    <w:p>
      <w:r>
        <w:t>Rvp 8941/2016</w:t>
      </w:r>
    </w:p>
    <w:p>
      <w:r>
        <w:t>5 Cdo 659/2015 zo 17. marca 2016</w:t>
      </w:r>
    </w:p>
    <w:p>
      <w:r>
        <w:t>Rvp 8942/2016</w:t>
      </w:r>
    </w:p>
    <w:p>
      <w:r>
        <w:t>18 XCdo 23/2015 z 24. marca 2016</w:t>
      </w:r>
    </w:p>
    <w:p>
      <w:r>
        <w:t>Rvp 8943/2016</w:t>
      </w:r>
    </w:p>
    <w:p>
      <w:r>
        <w:t>8 Cdo 1030/2015 z 23. marca 2016 9</w:t>
      </w:r>
    </w:p>
    <w:p>
      <w:r>
        <w:t>198 . 199 . 200 . 201 . 202 . 203 . 204 . 205 . 206 . 207 . 208 . 209 . 210 . 211 . 212 . 213 . 214 . 215 . 216 . 217 . 218 . 219 . 220 . 221 .</w:t>
      </w:r>
    </w:p>
    <w:p>
      <w:r>
        <w:t>Rvp 8944/2016</w:t>
      </w:r>
    </w:p>
    <w:p>
      <w:r>
        <w:t>5 Cdo 736/2015 z 13. apríla 2016</w:t>
      </w:r>
    </w:p>
    <w:p>
      <w:r>
        <w:t>Rvp 8945/2016</w:t>
      </w:r>
    </w:p>
    <w:p>
      <w:r>
        <w:t>11 XCdo 161/2016 z 26. apríla 2016</w:t>
      </w:r>
    </w:p>
    <w:p>
      <w:r>
        <w:t>Rvp 8946/2016</w:t>
      </w:r>
    </w:p>
    <w:p>
      <w:r>
        <w:t>11 XCdo 34/2016 zo 7. apríla 2016</w:t>
      </w:r>
    </w:p>
    <w:p>
      <w:r>
        <w:t>Rvp 8947/2016</w:t>
      </w:r>
    </w:p>
    <w:p>
      <w:r>
        <w:t>11 XCdo 124/2016 z 26. apríla 2016</w:t>
      </w:r>
    </w:p>
    <w:p>
      <w:r>
        <w:t>Rvp 8948/2016</w:t>
      </w:r>
    </w:p>
    <w:p>
      <w:r>
        <w:t>11 XCdo 56/2016 z 21. apríla 2016</w:t>
      </w:r>
    </w:p>
    <w:p>
      <w:r>
        <w:t>Rvp 8949/2016</w:t>
      </w:r>
    </w:p>
    <w:p>
      <w:r>
        <w:t>5 Cdo 194/2015 z 13. apríla 2016</w:t>
      </w:r>
    </w:p>
    <w:p>
      <w:r>
        <w:t>Rvp 8950/2016</w:t>
      </w:r>
    </w:p>
    <w:p>
      <w:r>
        <w:t>12 XCdo 146/2016 zo 14. apríla 2016</w:t>
      </w:r>
    </w:p>
    <w:p>
      <w:r>
        <w:t>Rvp 8951/2016</w:t>
      </w:r>
    </w:p>
    <w:p>
      <w:r>
        <w:t>12 XCdo 132/2016 zo 14. apríla 2016</w:t>
      </w:r>
    </w:p>
    <w:p>
      <w:r>
        <w:t>Rvp 8952/2016</w:t>
      </w:r>
    </w:p>
    <w:p>
      <w:r>
        <w:t>12 XCdo 147/2016 zo 14. apríla 2016</w:t>
      </w:r>
    </w:p>
    <w:p>
      <w:r>
        <w:t>Rvp 8953/2016</w:t>
      </w:r>
    </w:p>
    <w:p>
      <w:r>
        <w:t>5 Cdo 756/2015 z 26. apríla 2016</w:t>
      </w:r>
    </w:p>
    <w:p>
      <w:r>
        <w:t>Rvp 8954/2016</w:t>
      </w:r>
    </w:p>
    <w:p>
      <w:r>
        <w:t>6 Cdo 429/2015 zo 16. marca 2016</w:t>
      </w:r>
    </w:p>
    <w:p>
      <w:r>
        <w:t>Rvp 8955/2016</w:t>
      </w:r>
    </w:p>
    <w:p>
      <w:r>
        <w:t>8 Cdo 833/2015 z 10. decembra 2015</w:t>
      </w:r>
    </w:p>
    <w:p>
      <w:r>
        <w:t>Rvp 8956/2016</w:t>
      </w:r>
    </w:p>
    <w:p>
      <w:r>
        <w:t>4 Cdo 615/2015 z 26. apríla 2016</w:t>
      </w:r>
    </w:p>
    <w:p>
      <w:r>
        <w:t>Rvp 8957/2016</w:t>
      </w:r>
    </w:p>
    <w:p>
      <w:r>
        <w:t>8 Cdo 1336/2015 zo 14. apríla 2016</w:t>
      </w:r>
    </w:p>
    <w:p>
      <w:r>
        <w:t>Rvp 8958/2016</w:t>
      </w:r>
    </w:p>
    <w:p>
      <w:r>
        <w:t>12 XCdo 143/2016 z 28. apríla 2016</w:t>
      </w:r>
    </w:p>
    <w:p>
      <w:r>
        <w:t>Rvp 8959/2016</w:t>
      </w:r>
    </w:p>
    <w:p>
      <w:r>
        <w:t>8 Cdo 1341/2015 zo 14. apríla 2016</w:t>
      </w:r>
    </w:p>
    <w:p>
      <w:r>
        <w:t>Rvp 8960/2016</w:t>
      </w:r>
    </w:p>
    <w:p>
      <w:r>
        <w:t>4 Cdo 628/2015 z 26. apríla 2016</w:t>
      </w:r>
    </w:p>
    <w:p>
      <w:r>
        <w:t>Rvp 8961/2016</w:t>
      </w:r>
    </w:p>
    <w:p>
      <w:r>
        <w:t>18 XCdo 49/2016 z 13. apríla 2016</w:t>
      </w:r>
    </w:p>
    <w:p>
      <w:r>
        <w:t>Rvp 8962/2016</w:t>
      </w:r>
    </w:p>
    <w:p>
      <w:r>
        <w:t>4 Cdo 735/2015 z 26. apríla 2016</w:t>
      </w:r>
    </w:p>
    <w:p>
      <w:r>
        <w:t>Rvp 8963/2016</w:t>
      </w:r>
    </w:p>
    <w:p>
      <w:r>
        <w:t>11 XCdo 153/2016 z 26. apríla 2016</w:t>
      </w:r>
    </w:p>
    <w:p>
      <w:r>
        <w:t>Rvp 8964/2016</w:t>
      </w:r>
    </w:p>
    <w:p>
      <w:r>
        <w:t>11 XCdo 49/2016 zo 7. apríla 2016</w:t>
      </w:r>
    </w:p>
    <w:p>
      <w:r>
        <w:t>Rvp 8965/2016</w:t>
      </w:r>
    </w:p>
    <w:p>
      <w:r>
        <w:t>15 XCdo 10/2015 z 15. marca 2016</w:t>
      </w:r>
    </w:p>
    <w:p>
      <w:r>
        <w:t>Rvp 8966/2016</w:t>
      </w:r>
    </w:p>
    <w:p>
      <w:r>
        <w:t>2 XCdo 8/2016 z 31. marca 2016</w:t>
      </w:r>
    </w:p>
    <w:p>
      <w:r>
        <w:t>Rvp 8967/2016</w:t>
      </w:r>
    </w:p>
    <w:p>
      <w:r>
        <w:t>13 XCdo 27/2015 z 21. apríla 2016</w:t>
      </w:r>
    </w:p>
    <w:p>
      <w:r>
        <w:t>10</w:t>
      </w:r>
    </w:p>
    <w:p>
      <w:r>
        <w:t>222 . 223 . 224 . 225 . 226 . 227 . 228 . 229 . 230 . 231 . 232 . 233 . 234 . 235 . 236 . 237 . 238 . 239 . 240 . 241 . 242 . 243 .</w:t>
      </w:r>
    </w:p>
    <w:p>
      <w:r>
        <w:t>Rvp 8968/2016</w:t>
      </w:r>
    </w:p>
    <w:p>
      <w:r>
        <w:t>11 XCdo 52/2016 zo 7. apríla 2016</w:t>
      </w:r>
    </w:p>
    <w:p>
      <w:r>
        <w:t>Rvp 8969/2016</w:t>
      </w:r>
    </w:p>
    <w:p>
      <w:r>
        <w:t>13 XCdo 54/2015 z 29. apríla 2016</w:t>
      </w:r>
    </w:p>
    <w:p>
      <w:r>
        <w:t>Rvp 8970/2016</w:t>
      </w:r>
    </w:p>
    <w:p>
      <w:r>
        <w:t>8 Cdo 1354/2015 z 26. januára 2016</w:t>
      </w:r>
    </w:p>
    <w:p>
      <w:r>
        <w:t>Rvp 8971/2016</w:t>
      </w:r>
    </w:p>
    <w:p>
      <w:r>
        <w:t>13 XCdo 50/2015 z 29. apríla 2016</w:t>
      </w:r>
    </w:p>
    <w:p>
      <w:r>
        <w:t>Rvp 8972/2016</w:t>
      </w:r>
    </w:p>
    <w:p>
      <w:r>
        <w:t>13 XCdo 45/2015 z 29. apríla 2016</w:t>
      </w:r>
    </w:p>
    <w:p>
      <w:r>
        <w:t>Rvp 8973/2016</w:t>
      </w:r>
    </w:p>
    <w:p>
      <w:r>
        <w:t>13 XCdo 43/2015 z 29. apríla 2016</w:t>
      </w:r>
    </w:p>
    <w:p>
      <w:r>
        <w:t>Rvp 8974/2016</w:t>
      </w:r>
    </w:p>
    <w:p>
      <w:r>
        <w:t>8 Cdo 1205/2015 z 10. decembra 2015</w:t>
      </w:r>
    </w:p>
    <w:p>
      <w:r>
        <w:t>Rvp 8975/2016</w:t>
      </w:r>
    </w:p>
    <w:p>
      <w:r>
        <w:t>14 XCdo 15/2015 z 28. apríla 2016</w:t>
      </w:r>
    </w:p>
    <w:p>
      <w:r>
        <w:t>Rvp 8976/2016</w:t>
      </w:r>
    </w:p>
    <w:p>
      <w:r>
        <w:t>13 XCdo 48/2015 z 29. apríla 2016</w:t>
      </w:r>
    </w:p>
    <w:p>
      <w:r>
        <w:t>Rvp 8977/2016</w:t>
      </w:r>
    </w:p>
    <w:p>
      <w:r>
        <w:t>11 XCdo 63/2016 z 21. apríla 2016</w:t>
      </w:r>
    </w:p>
    <w:p>
      <w:r>
        <w:t>Rvp 8978/2016</w:t>
      </w:r>
    </w:p>
    <w:p>
      <w:r>
        <w:t>15 XCdo 20/2015 z 15. marca 2016</w:t>
      </w:r>
    </w:p>
    <w:p>
      <w:r>
        <w:t>Rvp 8979/2016</w:t>
      </w:r>
    </w:p>
    <w:p>
      <w:r>
        <w:t>11 XCdo 47/2016 zo 7. apríla 2016</w:t>
      </w:r>
    </w:p>
    <w:p>
      <w:r>
        <w:t>Rvp 8980/2016</w:t>
      </w:r>
    </w:p>
    <w:p>
      <w:r>
        <w:t>13 XCdo 21/2015 z 21. apríla 2016</w:t>
      </w:r>
    </w:p>
    <w:p>
      <w:r>
        <w:t>Rvp 8981/2016</w:t>
      </w:r>
    </w:p>
    <w:p>
      <w:r>
        <w:t>2 Cdo 631/2015 z 29. februára 2016</w:t>
      </w:r>
    </w:p>
    <w:p>
      <w:r>
        <w:t>Rvp 8982/2016</w:t>
      </w:r>
    </w:p>
    <w:p>
      <w:r>
        <w:t>11 XCdo 42/2016 zo 7. apríla 2016</w:t>
      </w:r>
    </w:p>
    <w:p>
      <w:r>
        <w:t>Rvp 8983/2016</w:t>
      </w:r>
    </w:p>
    <w:p>
      <w:r>
        <w:t>2 Cdo 743/2015 z 31. marca 2016</w:t>
      </w:r>
    </w:p>
    <w:p>
      <w:r>
        <w:t>Rvp 8984/2016</w:t>
      </w:r>
    </w:p>
    <w:p>
      <w:r>
        <w:t>4 Cdo 845/2015 z 26. apríla 2016</w:t>
      </w:r>
    </w:p>
    <w:p>
      <w:r>
        <w:t>Rvp 8985/2016</w:t>
      </w:r>
    </w:p>
    <w:p>
      <w:r>
        <w:t>5 Cdo 837/2015 z 26. apríla 2016</w:t>
      </w:r>
    </w:p>
    <w:p>
      <w:r>
        <w:t>Rvp 8986/2016</w:t>
      </w:r>
    </w:p>
    <w:p>
      <w:r>
        <w:t>11 XCdo 38/2016 zo 7. apríla 2016</w:t>
      </w:r>
    </w:p>
    <w:p>
      <w:r>
        <w:t>Rvp 8987/2016</w:t>
      </w:r>
    </w:p>
    <w:p>
      <w:r>
        <w:t>18 XCdo 77/2016 z 28. apríla 2016</w:t>
      </w:r>
    </w:p>
    <w:p>
      <w:r>
        <w:t>Rvp 8988/2016</w:t>
      </w:r>
    </w:p>
    <w:p>
      <w:r>
        <w:t>18 XCdo 39/2016 z 13. apríla 2016</w:t>
      </w:r>
    </w:p>
    <w:p>
      <w:r>
        <w:t>Rvp 8989/2016</w:t>
      </w:r>
    </w:p>
    <w:p>
      <w:r>
        <w:t>12 XCdo 133/2016 zo 14. apríla 2016</w:t>
      </w:r>
    </w:p>
    <w:p>
      <w:r>
        <w:t>11</w:t>
      </w:r>
    </w:p>
    <w:p/>
    <w:p>
      <w:r>
        <w:t>Zdroj: KAUZIS.SK – https://www.kauzis.sk/judikatura/r/ECLI:SK:USSR:2017:2.US.650.2017.2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