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651/2017 z 15. 11. 2017</w:t>
      </w:r>
    </w:p>
    <w:p>
      <w:r>
        <w:t>Uznesenie Ústavného súdu SR z 15. novembra 2017, sp. zn. II. ÚS 651/2017, ECLI:SK:USSR:2017:2.US.651.2017.2</w:t>
      </w:r>
    </w:p>
    <w:p>
      <w:r>
        <w:t>Súd: Ústavný súd Slovenskej republiky</w:t>
      </w:r>
    </w:p>
    <w:p>
      <w:r>
        <w:t>Spisová značka: II. ÚS 651/2017</w:t>
      </w:r>
    </w:p>
    <w:p>
      <w:r>
        <w:t>ECLI: ECLI:SK:USSR:2017:2.US.651.2017.2</w:t>
      </w:r>
    </w:p>
    <w:p>
      <w:r>
        <w:t>Dátum vydania: 15. 11. 2017</w:t>
      </w:r>
    </w:p>
    <w:p>
      <w:r>
        <w:t>Forma: Uznesenie</w:t>
      </w:r>
    </w:p>
    <w:p>
      <w:r>
        <w:t>Oblasť práva: Ústavné právo</w:t>
      </w:r>
    </w:p>
    <w:p>
      <w:pPr>
        <w:pStyle w:val="Heading2"/>
      </w:pPr>
      <w:r>
        <w:t>Text rozhodnutia</w:t>
      </w:r>
    </w:p>
    <w:p>
      <w:r>
        <w:t>SLOVENSKÁ REPUBLIKA</w:t>
      </w:r>
    </w:p>
    <w:p>
      <w:r>
        <w:t>UZNESENIE Ústavného súdu Slovenskej republiky II. ÚS 651/2017-48 Ústavný súd Slovenskej republiky na neverejnom zasadnutí 15. novembra 2017 v senáte zloženom z predsedu Ladislava Orosza (sudca spravodajca), zo sudkyne Ľudmily Gajdošíkovej a sudcu Lajosa Mészárosa v konaní o sťažnostiach obchodnej spoločnosti POHOTOVOSŤ, s. r. o., Pribinova 25, Bratislava, zastúpenej advokátskou kanceláriou Fridrich Paľko, s. r. o., Grösslingová 4, Bratislava, v mene ktorej koná advokát doc. JUDr. Branislav Fridrich, PhD., vo veci namietaného porušenia jej základných práv podľa čl. 12 ods. 2, čl. 20 ods. 1 a čl. 46 ods. 1 Ústavy Slovenskej republiky, práv podľa čl. 6 ods. 1 a čl. 14 Dohovoru o ochrane ľudských práv a základných slobôd a čl. 1 Dodatkového protokolu k Dohovoru o ochrane ľudských práv a základných slobôd a základného práva podľa čl. 47 Charty základných práv Európskej únie uzneseniami Okresného súdu Bánovce nad Bebravou, Okresného súdu Nové Mesto nad Váhom, Okresného súdu Partizánske, Okresného súdu Prievidza, Okresného súdu Považská Bystrica, Okresného súdu Trenčín, Okresného súdu Dunajská Streda, Okresného súdu Galanta, Okresného súdu Spišská Nová Ves, Okresného súdu Liptovský Mikuláš a Krajského súdu v Trenčíne uvedenými v prílohe tohto rozhodnutia, ako aj postupom, ktorý predchádzal ich vydaniu, takto rozhodol: Konanie o sťažnostiach obchodnej spoločnosti POHOTOVOSŤ, s. r. o., vedené pod sp. zn. II. ÚS 651/2017 z a s t a v u j e .</w:t>
      </w:r>
    </w:p>
    <w:p>
      <w:r>
        <w:t>Odôvodnenie:</w:t>
      </w:r>
    </w:p>
    <w:p>
      <w:r>
        <w:t>Ústavný</w:t>
      </w:r>
    </w:p>
    <w:p>
      <w:r>
        <w:t>súd</w:t>
      </w:r>
    </w:p>
    <w:p>
      <w:r>
        <w:t>Slovenskej</w:t>
      </w:r>
    </w:p>
    <w:p>
      <w:r>
        <w:t>republiky</w:t>
      </w:r>
    </w:p>
    <w:p>
      <w:r>
        <w:t>(ďalej</w:t>
      </w:r>
    </w:p>
    <w:p>
      <w:r>
        <w:t>aj</w:t>
      </w:r>
    </w:p>
    <w:p>
      <w:r>
        <w:t>„ústavný</w:t>
      </w:r>
    </w:p>
    <w:p>
      <w:r>
        <w:t>súd“)</w:t>
      </w:r>
    </w:p>
    <w:p>
      <w:r>
        <w:t>uznesením</w:t>
      </w:r>
    </w:p>
    <w:p>
      <w:r>
        <w:t>č. k. II. ÚS 651/2017-23 z 18. októbra 2017 (ďalej len „uznesenie“) uložil obchodnej spoločnosti POHOTOVOSŤ, s. r. o., Pribinova 25, Bratislava (ďalej len „sťažovateľka“), povinnosť zaplatiť súdny poplatok v sume 3 990 € do 7 dní odo dňa doručenia uznesenia na účet Kancelárie Ústavného súdu Slovenskej republiky za 133 uznesením spojených sťažností sťažovateľky. Podľa § 35 ods. 4 zákona Národnej rady Slovenskej republiky č. 38/1993 Z. z. o organizácii Ústavného súdu Slovenskej republiky, o konaní pred ním a o postavení jeho sudcov v znení neskorších predpisov (ďalej len „zákon o ústavnom súde“) ak navrhovateľ súdny poplatok v lehote určenej ústavným súdom nezaplatí, ústavný súd uznesením konanie zastaví. Proti uzneseniu o zastavení konania pre nezaplatenie súdneho poplatku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Právoplatnosťou uznesenia o zastavení konania pre nezaplatenie súdneho poplatku poplatková povinnosť uložená uznesením podľa odseku 2 zaniká. Keďže sťažovateľka v lehote uloženej ústavným súdom na splnenie povinnosti uhradiť súdny poplatok za podané sťažnosti tento poplatok neuhradila, ústavný súd v zmysle § 35 ods. 4 zákona o ústavnom súde konanie o sťažnostiach sťažovateľky vedené pod sp. zn. II. ÚS 651/2017 zastavil. P o u č e n i e : Proti tomuto uzneseniu nemožno podať opravný prostriedok. V Košiciach 15. novembra 2017</w:t>
      </w:r>
    </w:p>
    <w:p>
      <w:r>
        <w:t>2</w:t>
      </w:r>
    </w:p>
    <w:p>
      <w:r>
        <w:t>Príloha k uzneseniu Ústavného súdu Slovenskej republiky sp. zn. II. ÚS 651/2017 Por. sp. zn. sťažností vedených č. ústavným súdom (Rvp) 1. Rvp 10051/2016</w:t>
      </w:r>
    </w:p>
    <w:p>
      <w:r>
        <w:t>2.</w:t>
      </w:r>
    </w:p>
    <w:p>
      <w:r>
        <w:t>Rvp 10052/2016</w:t>
      </w:r>
    </w:p>
    <w:p>
      <w:r>
        <w:t>3.</w:t>
      </w:r>
    </w:p>
    <w:p>
      <w:r>
        <w:t>Rvp 10053/2016</w:t>
      </w:r>
    </w:p>
    <w:p>
      <w:r>
        <w:t>4.</w:t>
      </w:r>
    </w:p>
    <w:p>
      <w:r>
        <w:t>Rvp 10054/2016</w:t>
      </w:r>
    </w:p>
    <w:p>
      <w:r>
        <w:t>5.</w:t>
      </w:r>
    </w:p>
    <w:p>
      <w:r>
        <w:t>Rvp 10055/2016</w:t>
      </w:r>
    </w:p>
    <w:p>
      <w:r>
        <w:t>6.</w:t>
      </w:r>
    </w:p>
    <w:p>
      <w:r>
        <w:t>Rvp 10056/2016</w:t>
      </w:r>
    </w:p>
    <w:p>
      <w:r>
        <w:t>7.</w:t>
      </w:r>
    </w:p>
    <w:p>
      <w:r>
        <w:t>Rvp 10057/2016</w:t>
      </w:r>
    </w:p>
    <w:p>
      <w:r>
        <w:t>8.</w:t>
      </w:r>
    </w:p>
    <w:p>
      <w:r>
        <w:t>Rvp 10058/2016</w:t>
      </w:r>
    </w:p>
    <w:p>
      <w:r>
        <w:t>9.</w:t>
      </w:r>
    </w:p>
    <w:p>
      <w:r>
        <w:t>Rvp 10059/2016</w:t>
      </w:r>
    </w:p>
    <w:p>
      <w:r>
        <w:t>10.</w:t>
      </w:r>
    </w:p>
    <w:p>
      <w:r>
        <w:t>Rvp 10060/2016</w:t>
      </w:r>
    </w:p>
    <w:p>
      <w:r>
        <w:t>sp. zn. uznesení okresných súdov sp. zn. 2 Er 2353/2008 z 8. apríla 2013 (Okresný súd Bánovce nad Bebravou) sp. zn. 7 Er 498/2015 z 28. októbra 2015 (Okresný súd Nové Mesto nad Váhom) sp. zn. 6 Er 211/2015 zo 17. júla 2015 (Okresný súd Partizánske) sp. zn. 4 Er 211/2015 zo 17. júla 2015 (Okresný súd Partizánske) sp. zn. 8 Er 791/2015 z 13. októbra 2015 (Okresný súd Považská Bystrica) sp. zn. 15 Er 2752/2014 z 8. októbra 2014 (Okresný súd Prievidza) sp. zn. 16 Er 1032/2008 z 19. marca 2015 (Okresný súd Prievidza) sp. zn. 49 Er 1125/2015 z 5. augusta 2015 (Okresný súd Trenčín) sp. zn. 62 Er 142/2015 zo 17. augusta 2015 (Okresný súd Trenčín) sp. zn. 49 Er 1129/2015 zo 7. 3</w:t>
      </w:r>
    </w:p>
    <w:p>
      <w:r>
        <w:t>sp. zn. uznesení Krajského súdu v Trenčíne sp. zn. 13 CoE 153/2015 z 25. mája 2016</w:t>
      </w:r>
    </w:p>
    <w:p>
      <w:r>
        <w:t>sp. zn. 16 CoE 24/2016 z 1. júna 2016</w:t>
      </w:r>
    </w:p>
    <w:p>
      <w:r>
        <w:t>sp. zn. 2 CoE 135/2016 zo 6. júna 2016</w:t>
      </w:r>
    </w:p>
    <w:p>
      <w:r>
        <w:t>sp. zn. 16 CoE 235/2015 z 31. mája 2016</w:t>
      </w:r>
    </w:p>
    <w:p>
      <w:r>
        <w:t>sp. zn. 16 CoE 303/2015 z 31. mája 2016</w:t>
      </w:r>
    </w:p>
    <w:p>
      <w:r>
        <w:t>sp. zn. 6 CoE 70/2016 z 10. mája 2016</w:t>
      </w:r>
    </w:p>
    <w:p>
      <w:r>
        <w:t>sp. zn. 2 CoE 138/2016 zo 6. júna 2016</w:t>
      </w:r>
    </w:p>
    <w:p>
      <w:r>
        <w:t>sp. zn. 17 CoE 90/2016 z 27. apríla 2016</w:t>
      </w:r>
    </w:p>
    <w:p>
      <w:r>
        <w:t>sp. zn. 4 CoE 90/2016 z 29. apríla 2016 sp. zn. 19 CoE 158/2016 z 31. mája 2016</w:t>
      </w:r>
    </w:p>
    <w:p>
      <w:r>
        <w:t>11.</w:t>
      </w:r>
    </w:p>
    <w:p>
      <w:r>
        <w:t>Rvp 10752/2016</w:t>
      </w:r>
    </w:p>
    <w:p>
      <w:r>
        <w:t>12.</w:t>
      </w:r>
    </w:p>
    <w:p>
      <w:r>
        <w:t>Rvp 10753/2016</w:t>
      </w:r>
    </w:p>
    <w:p>
      <w:r>
        <w:t>13.</w:t>
      </w:r>
    </w:p>
    <w:p>
      <w:r>
        <w:t>Rvp 10754/2016</w:t>
      </w:r>
    </w:p>
    <w:p>
      <w:r>
        <w:t>14.</w:t>
      </w:r>
    </w:p>
    <w:p>
      <w:r>
        <w:t>Rvp 10755/2016</w:t>
      </w:r>
    </w:p>
    <w:p>
      <w:r>
        <w:t>15.</w:t>
      </w:r>
    </w:p>
    <w:p>
      <w:r>
        <w:t>Rvp 10756/2016</w:t>
      </w:r>
    </w:p>
    <w:p>
      <w:r>
        <w:t>16.</w:t>
      </w:r>
    </w:p>
    <w:p>
      <w:r>
        <w:t>Rvp 10757/2016</w:t>
      </w:r>
    </w:p>
    <w:p>
      <w:r>
        <w:t>17.</w:t>
      </w:r>
    </w:p>
    <w:p>
      <w:r>
        <w:t>Rvp 10758/2016</w:t>
      </w:r>
    </w:p>
    <w:p>
      <w:r>
        <w:t>18.</w:t>
      </w:r>
    </w:p>
    <w:p>
      <w:r>
        <w:t>Rvp 10759/2016</w:t>
      </w:r>
    </w:p>
    <w:p>
      <w:r>
        <w:t>19.</w:t>
      </w:r>
    </w:p>
    <w:p>
      <w:r>
        <w:t>Rvp 10760/2016</w:t>
      </w:r>
    </w:p>
    <w:p>
      <w:r>
        <w:t>20.</w:t>
      </w:r>
    </w:p>
    <w:p>
      <w:r>
        <w:t>Rvp 10761/2016</w:t>
      </w:r>
    </w:p>
    <w:p>
      <w:r>
        <w:t>augusta 2015 (Okresný súd Trenčín) sp. zn. 1 Er 749/2015 zo 7. októbra 2015 (Okresný súd Partizánske) sp. zn. 5 Er 234/2015 zo 14. októbra 2015 (Okresný súd Partizánske) sp. zn. 2 Er 422/2015 zo 4. augusta 2015 (Okresný súd Partizánske) sp. zn. 4 Er 212/2015 zo 17. júla 2015 (Okresný súd Partizánske) sp. zn. 5 Er 286/2015 z 10. septembra 2015 (Okresný súd Partizánske) sp. zn. 5 Er 461/2015 z 10. decembra 2015 (Okresný súd Partizánske) sp. zn. 16 Er 1930/2015 z 31. augusta 2015 (Okresný súd Prievidza) sp. zn. 6 Er 398/2015 z 26. augusta 2015 (Okresný súd Bánovce nad Bebravou) sp. zn. 3 Er 735/2015 zo 17. septembra 2015 (Bánovce nad Bebravou sp. zn. 61 Er 1374/2015 z 11. januára 2016 (Okresný</w:t>
      </w:r>
    </w:p>
    <w:p>
      <w:r>
        <w:t>4</w:t>
      </w:r>
    </w:p>
    <w:p>
      <w:r>
        <w:t>sp. zn. 19 CoE 66/2016 z 31. mája 2016</w:t>
      </w:r>
    </w:p>
    <w:p>
      <w:r>
        <w:t>sp. zn. 6 CoE 159/2016 z 24. mája 2016</w:t>
      </w:r>
    </w:p>
    <w:p>
      <w:r>
        <w:t>sp. zn. 23 CoE 48/2016 z 20. júna 2016</w:t>
      </w:r>
    </w:p>
    <w:p>
      <w:r>
        <w:t>sp. zn. 23 CoE 67/2016 z 8. júna 2016</w:t>
      </w:r>
    </w:p>
    <w:p>
      <w:r>
        <w:t>sp. zn. 16 CoE 5/2016 zo 17. júna 2016</w:t>
      </w:r>
    </w:p>
    <w:p>
      <w:r>
        <w:t>sp. zn. 5 CoE 160/2016 z 31. mája 2016</w:t>
      </w:r>
    </w:p>
    <w:p>
      <w:r>
        <w:t>sp. zn. 3 CoE 349/2015 z 15. júna 2016</w:t>
      </w:r>
    </w:p>
    <w:p>
      <w:r>
        <w:t>sp. zn. 23 CoE 36/2016 z 20. júna 2016</w:t>
      </w:r>
    </w:p>
    <w:p>
      <w:r>
        <w:t>sp. zn. 3 CoE 283/2015 z 15. júna 2016</w:t>
      </w:r>
    </w:p>
    <w:p>
      <w:r>
        <w:t>sp. zn. 2 CoE 185/2016 z 15. júna 2016</w:t>
      </w:r>
    </w:p>
    <w:p>
      <w:r>
        <w:t>súd Trenčín) 21.</w:t>
      </w:r>
    </w:p>
    <w:p>
      <w:r>
        <w:t>Rvp 10762/2016</w:t>
      </w:r>
    </w:p>
    <w:p>
      <w:r>
        <w:t>22.</w:t>
      </w:r>
    </w:p>
    <w:p>
      <w:r>
        <w:t>Rvp 10763/2016</w:t>
      </w:r>
    </w:p>
    <w:p>
      <w:r>
        <w:t>23.</w:t>
      </w:r>
    </w:p>
    <w:p>
      <w:r>
        <w:t>Rvp 10764/2016</w:t>
      </w:r>
    </w:p>
    <w:p>
      <w:r>
        <w:t>24.</w:t>
      </w:r>
    </w:p>
    <w:p>
      <w:r>
        <w:t>Rvp 10765/2016</w:t>
      </w:r>
    </w:p>
    <w:p>
      <w:r>
        <w:t>25.</w:t>
      </w:r>
    </w:p>
    <w:p>
      <w:r>
        <w:t>Rvp 10766/2016</w:t>
      </w:r>
    </w:p>
    <w:p>
      <w:r>
        <w:t>26.</w:t>
      </w:r>
    </w:p>
    <w:p>
      <w:r>
        <w:t>Rvp 10767/2016</w:t>
      </w:r>
    </w:p>
    <w:p>
      <w:r>
        <w:t>27.</w:t>
      </w:r>
    </w:p>
    <w:p>
      <w:r>
        <w:t>Rvp 10768/2016</w:t>
      </w:r>
    </w:p>
    <w:p>
      <w:r>
        <w:t>28.</w:t>
      </w:r>
    </w:p>
    <w:p>
      <w:r>
        <w:t>Rvp 11143/2016</w:t>
      </w:r>
    </w:p>
    <w:p>
      <w:r>
        <w:t>29.</w:t>
      </w:r>
    </w:p>
    <w:p>
      <w:r>
        <w:t>Rvp 11144/2016</w:t>
      </w:r>
    </w:p>
    <w:p>
      <w:r>
        <w:t>30.</w:t>
      </w:r>
    </w:p>
    <w:p>
      <w:r>
        <w:t>Rvp 11145/2016</w:t>
      </w:r>
    </w:p>
    <w:p>
      <w:r>
        <w:t>sp. zn. 61 Er 1347/2015 z 8. januára 2016 (Okresný súd Trenčín) sp. zn. 49 Er 1219/2015 z 5. augusta 2015 (Okresný súd Trenčín) sp. zn. 62 Er 64/2015 z 19. novembra 2015 (Okresný súd Trenčín) sp. zn. 61 Er 2338/2014 z 12. januára 2016 (Okresný súd Trenčín) sp. zn. 61 Er 1369/2015 z 11. januára 2016 (Okresný súd Trenčín) sp. zn. 49 Er 1141/2015 zo 6. augusta 2015 (Okresný súd Trenčín) sp. zn. 3 Er 790/2015 z 24. septembra 2015 (Okresný súd Považská Bystrica) sp. zn. 4 Er 244/2009 z 11. júla 2011 (Okresný súd Nové Mesto nad Váhom) sp. zn. 2 Er 613/2015 z 3. novembra 2015 (Okresný súd Partizánske)</w:t>
      </w:r>
    </w:p>
    <w:p>
      <w:r>
        <w:t>sp. zn. 2 CoE 187/2016 zo 14. júna 2016</w:t>
      </w:r>
    </w:p>
    <w:p>
      <w:r>
        <w:t>sp. zn. 2 CoE 161/2016 z 15. júna 2016</w:t>
      </w:r>
    </w:p>
    <w:p>
      <w:r>
        <w:t>sp. zn. 5 CoE 145/2016 z 31. mája 2016 sp. zn. 2 CoE 194/2016 z 15. júna 2016</w:t>
      </w:r>
    </w:p>
    <w:p>
      <w:r>
        <w:t>sp. zn. 2 CoE 184/2016 zo 14. júna 2016</w:t>
      </w:r>
    </w:p>
    <w:p>
      <w:r>
        <w:t>sp. zn. 17 CoE 166/2016 zo 16. júna 2016</w:t>
      </w:r>
    </w:p>
    <w:p>
      <w:r>
        <w:t>sp. zn. 8 CoE 210/2015 z 8. júna 2016</w:t>
      </w:r>
    </w:p>
    <w:p>
      <w:r>
        <w:t>sp. zn. 3 CoE 96/2015 z 28. júna 2016</w:t>
      </w:r>
    </w:p>
    <w:p>
      <w:r>
        <w:t>sp. zn. 19 CoE 194/2016 z 22. júna 2016</w:t>
      </w:r>
    </w:p>
    <w:p>
      <w:r>
        <w:t>sp. zn. 2 Er 423/2015 sp. zn. 3 CoE 280/2015 z 30. júna 2015 z 28. júna 2016 (Okresný súd Partizánske) 5</w:t>
      </w:r>
    </w:p>
    <w:p>
      <w:r>
        <w:t>31.</w:t>
      </w:r>
    </w:p>
    <w:p>
      <w:r>
        <w:t>Rvp 11146/2016</w:t>
      </w:r>
    </w:p>
    <w:p>
      <w:r>
        <w:t>32.</w:t>
      </w:r>
    </w:p>
    <w:p>
      <w:r>
        <w:t>Rvp 11147/2016</w:t>
      </w:r>
    </w:p>
    <w:p>
      <w:r>
        <w:t>33.</w:t>
      </w:r>
    </w:p>
    <w:p>
      <w:r>
        <w:t>Rvp 11148/2016</w:t>
      </w:r>
    </w:p>
    <w:p>
      <w:r>
        <w:t>34.</w:t>
      </w:r>
    </w:p>
    <w:p>
      <w:r>
        <w:t>Rvp 11149/2016</w:t>
      </w:r>
    </w:p>
    <w:p>
      <w:r>
        <w:t>35.</w:t>
      </w:r>
    </w:p>
    <w:p>
      <w:r>
        <w:t>Rvp 11150/2016</w:t>
      </w:r>
    </w:p>
    <w:p>
      <w:r>
        <w:t>36.</w:t>
      </w:r>
    </w:p>
    <w:p>
      <w:r>
        <w:t>Rvp 11151/2016</w:t>
      </w:r>
    </w:p>
    <w:p>
      <w:r>
        <w:t>37.</w:t>
      </w:r>
    </w:p>
    <w:p>
      <w:r>
        <w:t>Rvp 11152/2016</w:t>
      </w:r>
    </w:p>
    <w:p>
      <w:r>
        <w:t>38.</w:t>
      </w:r>
    </w:p>
    <w:p>
      <w:r>
        <w:t>Rvp 11153/2016</w:t>
      </w:r>
    </w:p>
    <w:p>
      <w:r>
        <w:t>39.</w:t>
      </w:r>
    </w:p>
    <w:p>
      <w:r>
        <w:t>Rvp 11401/2016</w:t>
      </w:r>
    </w:p>
    <w:p>
      <w:r>
        <w:t>40.</w:t>
      </w:r>
    </w:p>
    <w:p>
      <w:r>
        <w:t>Rvp 11402/2016</w:t>
      </w:r>
    </w:p>
    <w:p>
      <w:r>
        <w:t>sp. zn. 61 Er 1354/2015 z 8. januára 2016 (Okresný súd Trenčín) sp. zn. 23 Er 3905/2003 zo 16. mája 2013 (Okresný súd Trenčín) sp. zn. 15 Er 3277/2014 z 19. novembra 2014 (Okresný súd Prievidza) sp. zn. 16 Er 3430/2015 z 23. novembra 2015 (Okresný súd Prievidza) sp. zn. 16 Er 2753/2014 z 29. septembra 2014 (Okresný súd Prievidza) sp. zn. 4 Er 311/2010 z 5. februára 2016 (Okresný súd Považská Bystrica) sp. zn. 7 Er 400/2015 z 1. októbra 2015 (Okresný súd Považská Bystrica) sp. zn. 6 Er 271/2010 z 19. februára 2016 (Okresný súd Považská Bystrica)</w:t>
      </w:r>
    </w:p>
    <w:p>
      <w:r>
        <w:t>sp. zn. 23 CoE 188/2016 z 28. júna 2016</w:t>
      </w:r>
    </w:p>
    <w:p>
      <w:r>
        <w:t>sp. zn. 3 CoE 121/2015 z 22. júna 2016</w:t>
      </w:r>
    </w:p>
    <w:p>
      <w:r>
        <w:t>sp. zn. 8 Co z 31. mája 2016</w:t>
      </w:r>
    </w:p>
    <w:p>
      <w:r>
        <w:t>88/2015</w:t>
      </w:r>
    </w:p>
    <w:p>
      <w:r>
        <w:t>sp. zn. 23 CoE 138/2016 z 28. júna 2016</w:t>
      </w:r>
    </w:p>
    <w:p>
      <w:r>
        <w:t>sp. zn. 8 CoE 58/2015 z 31. mája 2016</w:t>
      </w:r>
    </w:p>
    <w:p>
      <w:r>
        <w:t>sp. zn. 6 CoE 147/2016 z 24. mája 2016</w:t>
      </w:r>
    </w:p>
    <w:p>
      <w:r>
        <w:t>sp. zn. 3 CoE 356/2015 z 15. júna 2016</w:t>
      </w:r>
    </w:p>
    <w:p>
      <w:r>
        <w:t>sp. zn. 2 CoE 165/2016 z 15. júna 2016</w:t>
      </w:r>
    </w:p>
    <w:p>
      <w:r>
        <w:t>sp. zn. 5 Er 421/2015 sp. zn. 4 CoE 215/2015 z 23. októbra 2015 z 30. júna 2016 (Okresný súd Partizánske) sp. zn. 59 Er sp. zn. 6 CoE 158/2016 6</w:t>
      </w:r>
    </w:p>
    <w:p>
      <w:r>
        <w:t>41.</w:t>
      </w:r>
    </w:p>
    <w:p>
      <w:r>
        <w:t>Rvp 11403/2016</w:t>
      </w:r>
    </w:p>
    <w:p>
      <w:r>
        <w:t>42.</w:t>
      </w:r>
    </w:p>
    <w:p>
      <w:r>
        <w:t>Rvp 11404/2016</w:t>
      </w:r>
    </w:p>
    <w:p>
      <w:r>
        <w:t>43.</w:t>
      </w:r>
    </w:p>
    <w:p>
      <w:r>
        <w:t>Rvp 11405/2016</w:t>
      </w:r>
    </w:p>
    <w:p>
      <w:r>
        <w:t>44.</w:t>
      </w:r>
    </w:p>
    <w:p>
      <w:r>
        <w:t>Rvp 11406/2016</w:t>
      </w:r>
    </w:p>
    <w:p>
      <w:r>
        <w:t>45.</w:t>
      </w:r>
    </w:p>
    <w:p>
      <w:r>
        <w:t>Rvp 11407/2016</w:t>
      </w:r>
    </w:p>
    <w:p>
      <w:r>
        <w:t>46.</w:t>
      </w:r>
    </w:p>
    <w:p>
      <w:r>
        <w:t>Rvp 11408/2016</w:t>
      </w:r>
    </w:p>
    <w:p>
      <w:r>
        <w:t>47.</w:t>
      </w:r>
    </w:p>
    <w:p>
      <w:r>
        <w:t>Rvp 11706/2016</w:t>
      </w:r>
    </w:p>
    <w:p>
      <w:r>
        <w:t>48.</w:t>
      </w:r>
    </w:p>
    <w:p>
      <w:r>
        <w:t>Rvp 11707/2016</w:t>
      </w:r>
    </w:p>
    <w:p>
      <w:r>
        <w:t>49.</w:t>
      </w:r>
    </w:p>
    <w:p>
      <w:r>
        <w:t>Rvp 11708/2016</w:t>
      </w:r>
    </w:p>
    <w:p>
      <w:r>
        <w:t>50.</w:t>
      </w:r>
    </w:p>
    <w:p>
      <w:r>
        <w:t>Rvp 11709/2016</w:t>
      </w:r>
    </w:p>
    <w:p>
      <w:r>
        <w:t>1115/2015 z 8. septembra 2015 (Okresný súd Trenčín) sp. zn. 59 Er 1136/2015 z 8. septembra 2015 (Okresný súd Trenčín) sp. zn. 61 Er 1350/2015 z 8. januára 2016 (Okresný súd Trenčín) sp. zn. 61 Er 1372/2015 z 11. januára 2016 (Okresný súd Trenčín) sp. zn. 49 Er 1172/2015 zo 6. augusta 2015 (Okresný súd Trenčín sp. zn. 61 Er 1442/2015 z 12. januára 2016 (Okresný súd Trenčín) sp. zn. 61 Er 1439/2015 z 12. januára 2016 (Okresný súd Trenčín) sp. zn. 5 Er 2573/2008 z 3. júna 2013 (Okresný súd Nové Mesto nad Váhom) sp. zn. 16 Er 3281/2014 z 1. októbra 2014 (Okresný súd Prievidza) sp. zn. 5 Er 329/2015 z 22. mája 2015 (Okresný súd Bánovce nad Bebravou) sp. zn. 49 Er 1967/2009 z 21. mája</w:t>
      </w:r>
    </w:p>
    <w:p>
      <w:r>
        <w:t>7</w:t>
      </w:r>
    </w:p>
    <w:p>
      <w:r>
        <w:t>z 31. mája 2016</w:t>
      </w:r>
    </w:p>
    <w:p>
      <w:r>
        <w:t>sp. zn. 6 CoE 113/2016 zo 14. júna 2016</w:t>
      </w:r>
    </w:p>
    <w:p>
      <w:r>
        <w:t>sp. zn. 6 CoE 188/2016 z 31. mája 2016</w:t>
      </w:r>
    </w:p>
    <w:p>
      <w:r>
        <w:t>sp. zn. 19 CoE 186/2016 z 22. júna 2016</w:t>
      </w:r>
    </w:p>
    <w:p>
      <w:r>
        <w:t>sp. zn. 6 CoE 169/2016 z 21. júna 2016</w:t>
      </w:r>
    </w:p>
    <w:p>
      <w:r>
        <w:t>sp. zn. 6 CoE 186/2016 z 31. mája 2016</w:t>
      </w:r>
    </w:p>
    <w:p>
      <w:r>
        <w:t>sp. zn. 5 CoE 187/2016 z 22. júna 2016</w:t>
      </w:r>
    </w:p>
    <w:p>
      <w:r>
        <w:t>sp. zn. 8 CoE 49/2016 z 30. júna 2016</w:t>
      </w:r>
    </w:p>
    <w:p>
      <w:r>
        <w:t>sp. zn. 8 CoE 54/2015 z 30. júna 2016</w:t>
      </w:r>
    </w:p>
    <w:p>
      <w:r>
        <w:t>sp. zn. 8 CoE 115/2015 z 30. júna 2016</w:t>
      </w:r>
    </w:p>
    <w:p>
      <w:r>
        <w:t>sp. zn. 8 CoE 208/2015 z 30. júna 2016</w:t>
      </w:r>
    </w:p>
    <w:p>
      <w:r>
        <w:t>51.</w:t>
      </w:r>
    </w:p>
    <w:p>
      <w:r>
        <w:t>Rvp 11710/2016</w:t>
      </w:r>
    </w:p>
    <w:p>
      <w:r>
        <w:t>52.</w:t>
      </w:r>
    </w:p>
    <w:p>
      <w:r>
        <w:t>Rvp 11711/2016</w:t>
      </w:r>
    </w:p>
    <w:p>
      <w:r>
        <w:t>53.</w:t>
      </w:r>
    </w:p>
    <w:p>
      <w:r>
        <w:t>Rvp 12878/2016</w:t>
      </w:r>
    </w:p>
    <w:p>
      <w:r>
        <w:t>54.</w:t>
      </w:r>
    </w:p>
    <w:p>
      <w:r>
        <w:t>Rvp 12879/2016</w:t>
      </w:r>
    </w:p>
    <w:p>
      <w:r>
        <w:t>55.</w:t>
      </w:r>
    </w:p>
    <w:p>
      <w:r>
        <w:t>Rvp 12880/2016</w:t>
      </w:r>
    </w:p>
    <w:p>
      <w:r>
        <w:t>56.</w:t>
      </w:r>
    </w:p>
    <w:p>
      <w:r>
        <w:t>Rvp 13730/2016</w:t>
      </w:r>
    </w:p>
    <w:p>
      <w:r>
        <w:t>57.</w:t>
      </w:r>
    </w:p>
    <w:p>
      <w:r>
        <w:t>Rvp 13731/2016</w:t>
      </w:r>
    </w:p>
    <w:p>
      <w:r>
        <w:t>58.</w:t>
      </w:r>
    </w:p>
    <w:p>
      <w:r>
        <w:t>Rvp 13732/2016</w:t>
      </w:r>
    </w:p>
    <w:p>
      <w:r>
        <w:t>59.</w:t>
      </w:r>
    </w:p>
    <w:p>
      <w:r>
        <w:t>Rvp 13733/2016</w:t>
      </w:r>
    </w:p>
    <w:p>
      <w:r>
        <w:t>60.</w:t>
      </w:r>
    </w:p>
    <w:p>
      <w:r>
        <w:t>Rvp 13734/2016</w:t>
      </w:r>
    </w:p>
    <w:p>
      <w:r>
        <w:t>2013 (Okresný súd Trenčín) sp. zn. 62 Er 40/2015 z 19. novembra 2015 (Okresný súd Trenčín) sp. zn. 49 Er 1172/2015 zo 6. augusta 2015 (Okresný súd Trenčín) sp. zn. 61 Er 1395/2015 z 11. januára 2016 (Okresný súd Trenčín) sp. zn. 61 Er 1821/2014 z 12. januára 2016 (Okresný súd Trenčín) sp. zn. 60 Er 2329/2008 z 15. mája 2012 (Okresný súd Trenčín) sp. zn. 2 Er 890/2015 zo 7. decembra 2015 (Okresný súd Partizánske) sp. zn. 1 Er 464/2015 z 13. augusta 2015 (Okresný súd Partizánske) sp. zn. 1 Er 572/2015 z 13. augusta 2015 (Okresný súd Partizánske) sp. zn. 9 Er 3428/2015 zo 16. novembra 2015 (Okresný súd Prievidza) sp. zn. 15 Er 2942/2014 z 2. decembra 2014 8</w:t>
      </w:r>
    </w:p>
    <w:p>
      <w:r>
        <w:t>sp. zn. 17 CoE 160/2016 z 29. júna 2016 sp. zn. 6 CoE 169/2016 z 21. júna 2016</w:t>
      </w:r>
    </w:p>
    <w:p>
      <w:r>
        <w:t>sp. zn. 5 CoE 241/2016 z 29. júna 2016</w:t>
      </w:r>
    </w:p>
    <w:p>
      <w:r>
        <w:t>sp. zn. 17 CoE 195/2016 z 20. júla 2016</w:t>
      </w:r>
    </w:p>
    <w:p>
      <w:r>
        <w:t>sp. zn. 6 CoE 180/2016 z 29. júna 2016</w:t>
      </w:r>
    </w:p>
    <w:p>
      <w:r>
        <w:t>sp. zn. 4 CoE 192/2016 z 30. júna 2016</w:t>
      </w:r>
    </w:p>
    <w:p>
      <w:r>
        <w:t>sp. zn. 23 CoE 31/2016 z 3. augusta 2016</w:t>
      </w:r>
    </w:p>
    <w:p>
      <w:r>
        <w:t>sp. zn. 23 CoE 66/2016 z 3. augusta 2016</w:t>
      </w:r>
    </w:p>
    <w:p>
      <w:r>
        <w:t>sp. zn. 23 CoE 117/2016 z 23. augusta 2016</w:t>
      </w:r>
    </w:p>
    <w:p>
      <w:r>
        <w:t>sp. zn. 4 CoE 287/2015 z 20. júla 2016</w:t>
      </w:r>
    </w:p>
    <w:p>
      <w:r>
        <w:t>61.</w:t>
      </w:r>
    </w:p>
    <w:p>
      <w:r>
        <w:t>Rvp 13735/2016</w:t>
      </w:r>
    </w:p>
    <w:p>
      <w:r>
        <w:t>62.</w:t>
      </w:r>
    </w:p>
    <w:p>
      <w:r>
        <w:t>Rvp 13736/2016</w:t>
      </w:r>
    </w:p>
    <w:p>
      <w:r>
        <w:t>63.</w:t>
      </w:r>
    </w:p>
    <w:p>
      <w:r>
        <w:t>Rvp 13737/2016</w:t>
      </w:r>
    </w:p>
    <w:p>
      <w:r>
        <w:t>64.</w:t>
      </w:r>
    </w:p>
    <w:p>
      <w:r>
        <w:t>Rvp 13738/2016</w:t>
      </w:r>
    </w:p>
    <w:p>
      <w:r>
        <w:t>65.</w:t>
      </w:r>
    </w:p>
    <w:p>
      <w:r>
        <w:t>Rvp 13739/2016</w:t>
      </w:r>
    </w:p>
    <w:p>
      <w:r>
        <w:t>66.</w:t>
      </w:r>
    </w:p>
    <w:p>
      <w:r>
        <w:t>Rvp 14154/2016</w:t>
      </w:r>
    </w:p>
    <w:p>
      <w:r>
        <w:t>67.</w:t>
      </w:r>
    </w:p>
    <w:p>
      <w:r>
        <w:t>Rvp 14155/2016</w:t>
      </w:r>
    </w:p>
    <w:p>
      <w:r>
        <w:t>68.</w:t>
      </w:r>
    </w:p>
    <w:p>
      <w:r>
        <w:t>Rvp 14156/2016</w:t>
      </w:r>
    </w:p>
    <w:p>
      <w:r>
        <w:t>69.</w:t>
      </w:r>
    </w:p>
    <w:p>
      <w:r>
        <w:t>Rvp 14157/2016</w:t>
      </w:r>
    </w:p>
    <w:p>
      <w:r>
        <w:t>70.</w:t>
      </w:r>
    </w:p>
    <w:p>
      <w:r>
        <w:t>Rvp 14158/2016</w:t>
      </w:r>
    </w:p>
    <w:p>
      <w:r>
        <w:t>(Okresný súd Prievidza) sp. zn. 61 Er 1366/2015 z 11. januára 2016 (Okresný súd Trenčín) sp. zn. 61 Er 1348/2015 z 8. januára 2016 (Okresný súd Trenčín) sp. zn. 59 Er 1141/2015 z 8. septembra 2015 (Okresný súd Trenčín) sp. zn. 60 Er 795/2015 z 12. januára 2016 (Okresný súd Trenčín) sp. zn. 59 Er 1134/2015 z 8. septembra 2015 (Okresný súd Trenčín) sp. zn. 6 Er 236/2015 z 3. júla 2015 (Okresný súd Bánovce nad Bebravou) sp. zn. 5 Er 210/2015 z 11. septembra 2015 (Okresný súd Partizánske) sp. zn. 61 Er 1366/2015 z 11. januára 2016 (Okresný súd Trenčín) sp. zn. 59 Er 1134/2015 z 8. septembra 2015 (Okresný súd Trenčín) sp. zn. 61 Er 1769/2014 z 27. januára 2016 (Okresný súd Trenčín)</w:t>
      </w:r>
    </w:p>
    <w:p>
      <w:r>
        <w:t>9</w:t>
      </w:r>
    </w:p>
    <w:p>
      <w:r>
        <w:t>sp. zn. 5 CoE 248/2016 zo 17. augusta 2016</w:t>
      </w:r>
    </w:p>
    <w:p>
      <w:r>
        <w:t>sp. zn. 5 CoE 189/2016 z 8. júla 2016</w:t>
      </w:r>
    </w:p>
    <w:p>
      <w:r>
        <w:t>sp. zn. 23 CoE 107/2016 z 23. augusta 2016</w:t>
      </w:r>
    </w:p>
    <w:p>
      <w:r>
        <w:t>sp. zn. 2 CoE 166/2016 z 23. augusta 2016 sp. zn. 6 CoE 134/2016 z 12. júla 2016</w:t>
      </w:r>
    </w:p>
    <w:p>
      <w:r>
        <w:t>sp. zn. 16 CoE 71/2016 zo 16. augusta 2016</w:t>
      </w:r>
    </w:p>
    <w:p>
      <w:r>
        <w:t>sp. zn. 4 CoE 3/2016 zo 14. septembra 2016</w:t>
      </w:r>
    </w:p>
    <w:p>
      <w:r>
        <w:t>sp. zn. 5 CoE 248/2016 zo 17. augusta 2016</w:t>
      </w:r>
    </w:p>
    <w:p>
      <w:r>
        <w:t>sp. zn. 6 CoE 134/2016 z 12. júla 2016</w:t>
      </w:r>
    </w:p>
    <w:p>
      <w:r>
        <w:t>sp. zn. 2 CoE 262/2016 z 23. augusta 2016</w:t>
      </w:r>
    </w:p>
    <w:p>
      <w:r>
        <w:t>71.</w:t>
      </w:r>
    </w:p>
    <w:p>
      <w:r>
        <w:t>Rvp 14159/2016</w:t>
      </w:r>
    </w:p>
    <w:p>
      <w:r>
        <w:t>72.</w:t>
      </w:r>
    </w:p>
    <w:p>
      <w:r>
        <w:t>Rvp 14160/2016</w:t>
      </w:r>
    </w:p>
    <w:p>
      <w:r>
        <w:t>73.</w:t>
      </w:r>
    </w:p>
    <w:p>
      <w:r>
        <w:t>Rvp 14161/2016</w:t>
      </w:r>
    </w:p>
    <w:p>
      <w:r>
        <w:t>74.</w:t>
      </w:r>
    </w:p>
    <w:p>
      <w:r>
        <w:t>Rvp 14162/2016</w:t>
      </w:r>
    </w:p>
    <w:p>
      <w:r>
        <w:t>75.</w:t>
      </w:r>
    </w:p>
    <w:p>
      <w:r>
        <w:t>Rvp 14163/2016</w:t>
      </w:r>
    </w:p>
    <w:p>
      <w:r>
        <w:t>76.</w:t>
      </w:r>
    </w:p>
    <w:p>
      <w:r>
        <w:t>Rvp 14164/2016</w:t>
      </w:r>
    </w:p>
    <w:p>
      <w:r>
        <w:t>77.</w:t>
      </w:r>
    </w:p>
    <w:p>
      <w:r>
        <w:t>Rvp 14165/2016</w:t>
      </w:r>
    </w:p>
    <w:p>
      <w:r>
        <w:t>78.</w:t>
      </w:r>
    </w:p>
    <w:p>
      <w:r>
        <w:t>Rvp 14166/2016</w:t>
      </w:r>
    </w:p>
    <w:p>
      <w:r>
        <w:t>79.</w:t>
      </w:r>
    </w:p>
    <w:p>
      <w:r>
        <w:t>Rvp14630/2016</w:t>
      </w:r>
    </w:p>
    <w:p>
      <w:r>
        <w:t>80.</w:t>
      </w:r>
    </w:p>
    <w:p>
      <w:r>
        <w:t>Rvp 14631/2016</w:t>
      </w:r>
    </w:p>
    <w:p>
      <w:r>
        <w:t>81.</w:t>
      </w:r>
    </w:p>
    <w:p>
      <w:r>
        <w:t>Rvp 14632/2016</w:t>
      </w:r>
    </w:p>
    <w:p>
      <w:r>
        <w:t>sp. zn. 60 Er 1014/2015 z 11. januára 2016 (Okresný súd Trenčín) sp. zn. 61 Er 1348/2015 z 8. januára 2016 (Okresný súd Trenčín) sp. zn. 61 Er 1350/2015 z 8. januára 2016 (Okresný súd Trenčín) sp. zn. 59 Er 1132/2015 z 8. septembra 2015 (Okresný súd Trenčín) sp. zn. 61 Er 1437/2015 z 11. januára 2016 (Okresný súd Trenčín) sp. zn. 61 Er 1379/2015 z 11. januára 2016 (Okresný súd Trenčín) sp. zn. 59 Er 1141/2015 z 8. septembra 2015 (Okresný súd Trenčín) sp. zn. 60 Er 795/2015 z 12. januára 2016 (Okresný súd Trenčín)</w:t>
      </w:r>
    </w:p>
    <w:p>
      <w:r>
        <w:t>sp. zn. 23 CoE 135/2016 z 23. augusta 2016</w:t>
      </w:r>
    </w:p>
    <w:p>
      <w:r>
        <w:t>sp. zn. 9 Er 2757/2014 z 25. septembra 2014 (Okresný súd Prievidza) sp. zn. 4 Er 927/2015 zo 14. decembra 2015 (Okresný súd Bánovce nad Bebravou) sp. zn. 4 Er 906/2014</w:t>
      </w:r>
    </w:p>
    <w:p>
      <w:r>
        <w:t>sp. zn. 8 CoE 60/2015 z 23. augusta 2016</w:t>
      </w:r>
    </w:p>
    <w:p>
      <w:r>
        <w:t>10</w:t>
      </w:r>
    </w:p>
    <w:p>
      <w:r>
        <w:t>sp. zn. 5 CoE 189/2016 z 8. júla 2016</w:t>
      </w:r>
    </w:p>
    <w:p>
      <w:r>
        <w:t>sp. zn. 6 CoE 188/2016 z 31. mája 2016</w:t>
      </w:r>
    </w:p>
    <w:p>
      <w:r>
        <w:t>sp. zn. 17 CoE 113/2016 z 21. júla 2016</w:t>
      </w:r>
    </w:p>
    <w:p>
      <w:r>
        <w:t>sp. zn. 5 CoE 249/2016 z 8. júla 2016</w:t>
      </w:r>
    </w:p>
    <w:p>
      <w:r>
        <w:t>sp. zn. 17 CoE 246/2016 z 20. júla 2016</w:t>
      </w:r>
    </w:p>
    <w:p>
      <w:r>
        <w:t>sp. zn. 23 CoE 107/2016 z 23. augusta 2016</w:t>
      </w:r>
    </w:p>
    <w:p>
      <w:r>
        <w:t>sp. zn. 2 CoE 166/2016 z 23. augusta 2016</w:t>
      </w:r>
    </w:p>
    <w:p>
      <w:r>
        <w:t>sp. zn. 16 CoE 72/2016 z 27. septembra 2016</w:t>
      </w:r>
    </w:p>
    <w:p>
      <w:r>
        <w:t>sp. zn. 5 CoE 251/2016 zo</w:t>
      </w:r>
    </w:p>
    <w:p>
      <w:r>
        <w:t>82.</w:t>
      </w:r>
    </w:p>
    <w:p>
      <w:r>
        <w:t>Rvp 14633/2016</w:t>
      </w:r>
    </w:p>
    <w:p>
      <w:r>
        <w:t>83.</w:t>
      </w:r>
    </w:p>
    <w:p>
      <w:r>
        <w:t>Rvp 14634/2016</w:t>
      </w:r>
    </w:p>
    <w:p>
      <w:r>
        <w:t>84.</w:t>
      </w:r>
    </w:p>
    <w:p>
      <w:r>
        <w:t>Rvp 14635/2016</w:t>
      </w:r>
    </w:p>
    <w:p>
      <w:r>
        <w:t>85.</w:t>
      </w:r>
    </w:p>
    <w:p>
      <w:r>
        <w:t>Rvp 14636/2016</w:t>
      </w:r>
    </w:p>
    <w:p>
      <w:r>
        <w:t>86.</w:t>
      </w:r>
    </w:p>
    <w:p>
      <w:r>
        <w:t>Rvp 14637/2016</w:t>
      </w:r>
    </w:p>
    <w:p>
      <w:r>
        <w:t>87.</w:t>
      </w:r>
    </w:p>
    <w:p>
      <w:r>
        <w:t>Rvp 14638/2016</w:t>
      </w:r>
    </w:p>
    <w:p>
      <w:r>
        <w:t>88.</w:t>
      </w:r>
    </w:p>
    <w:p>
      <w:r>
        <w:t>Rvp 14639/2016</w:t>
      </w:r>
    </w:p>
    <w:p>
      <w:r>
        <w:t>89.</w:t>
      </w:r>
    </w:p>
    <w:p>
      <w:r>
        <w:t>Rvp 14640/2016</w:t>
      </w:r>
    </w:p>
    <w:p>
      <w:r>
        <w:t>90.</w:t>
      </w:r>
    </w:p>
    <w:p>
      <w:r>
        <w:t>Rvp 14641/2016</w:t>
      </w:r>
    </w:p>
    <w:p>
      <w:r>
        <w:t>91.</w:t>
      </w:r>
    </w:p>
    <w:p>
      <w:r>
        <w:t>Rvp 14642/2016</w:t>
      </w:r>
    </w:p>
    <w:p>
      <w:r>
        <w:t>z 15. januára 2016 (Okresný súd Nové Mesto nad Váhom) sp. zn. 7 Er 1941/2008 zo 4. septembra 2012 (Okresný súd Nové Mesto nad Váhom) sp. zn. 4 Er 263/2015 z 23. septembra 2015 (Okresný súd Partizánske) sp. zn. 2 Er 750/2015 z 15. októbra 2015 (Okresný súd Partizánske) sp. zn. 5 Er 235/2015 z 3. augusta 2015 (Okresný súd Partizánske) sp. zn. 6 Er 235/2015 zo 7. októbra 2015 (Okresný súd Partizánske) sp. zn. 61 Er 1353/2015 z 8. januára 2016 (Okresný súd Trenčín) sp. zn. 49 Er 1216/2015 zo 6. augusta 2015 (Okresný súd Trenčín) sp. zn. 61 Er 2330/2014 z 12. januára 2016 (Okresný súd Trenčín) sp. zn. 61 Er 1365/2015 z 11. januára 2016 (Okresný súd Trenčín) sp. zn. 49 Er 617/2015 zo 7. augusta 2015</w:t>
      </w:r>
    </w:p>
    <w:p>
      <w:r>
        <w:t>11</w:t>
      </w:r>
    </w:p>
    <w:p>
      <w:r>
        <w:t>17. augusta 2016</w:t>
      </w:r>
    </w:p>
    <w:p>
      <w:r>
        <w:t>sp. zn. 2 CoE 235/2016 zo 14. septembra 2016</w:t>
      </w:r>
    </w:p>
    <w:p>
      <w:r>
        <w:t>sp. zn. 3 CoE 161/2016 z 12. septembra 2016</w:t>
      </w:r>
    </w:p>
    <w:p>
      <w:r>
        <w:t>sp. zn. 3 CoE 195/2016 z 12. septembra 2016</w:t>
      </w:r>
    </w:p>
    <w:p>
      <w:r>
        <w:t>sp. zn. 3 CoE 3/2016 z 13. septembra 2016</w:t>
      </w:r>
    </w:p>
    <w:p>
      <w:r>
        <w:t>sp. zn. 19 CoE 133/2016 z 25. augusta 2016</w:t>
      </w:r>
    </w:p>
    <w:p>
      <w:r>
        <w:t>sp. zn. 23 CoE 194/2016 zo 6. septembra 2016</w:t>
      </w:r>
    </w:p>
    <w:p>
      <w:r>
        <w:t>sp. zn. 23 CoE 185/2016 zo 6. septembra 2016</w:t>
      </w:r>
    </w:p>
    <w:p>
      <w:r>
        <w:t>sp. zn. 3 CoE 189/2016 z 12. septembra 2016</w:t>
      </w:r>
    </w:p>
    <w:p>
      <w:r>
        <w:t>sp. zn. 6 CoE 245/2016 zo 16. augusta 2016</w:t>
      </w:r>
    </w:p>
    <w:p>
      <w:r>
        <w:t>sp. zn. 19 CoE 135/2016 z 11. augusta 2016</w:t>
      </w:r>
    </w:p>
    <w:p>
      <w:r>
        <w:t>(Okresný súd Trenčín) 92.</w:t>
      </w:r>
    </w:p>
    <w:p>
      <w:r>
        <w:t>Rvp 14643/2016</w:t>
      </w:r>
    </w:p>
    <w:p>
      <w:r>
        <w:t>93.</w:t>
      </w:r>
    </w:p>
    <w:p>
      <w:r>
        <w:t>Rvp 14644/2016</w:t>
      </w:r>
    </w:p>
    <w:p>
      <w:r>
        <w:t>94.</w:t>
      </w:r>
    </w:p>
    <w:p>
      <w:r>
        <w:t>Rvp 14645/2016</w:t>
      </w:r>
    </w:p>
    <w:p>
      <w:r>
        <w:t>95.</w:t>
      </w:r>
    </w:p>
    <w:p>
      <w:r>
        <w:t>Rvp 14646/2016</w:t>
      </w:r>
    </w:p>
    <w:p>
      <w:r>
        <w:t>Por. sp. zn. sťažností vedených č. ústavným súdom (Rvp) 96. Rvp 10074/2016 97.</w:t>
      </w:r>
    </w:p>
    <w:p>
      <w:r>
        <w:t>Rvp 10075/2016</w:t>
      </w:r>
    </w:p>
    <w:p>
      <w:r>
        <w:t>98.</w:t>
      </w:r>
    </w:p>
    <w:p>
      <w:r>
        <w:t>Rvp 10076/2016</w:t>
      </w:r>
    </w:p>
    <w:p>
      <w:r>
        <w:t>99.</w:t>
      </w:r>
    </w:p>
    <w:p>
      <w:r>
        <w:t>Rvp 10077/2016</w:t>
      </w:r>
    </w:p>
    <w:p>
      <w:r>
        <w:t>100. Rvp 10078/2016 101. Rvp 10079/2016 102. Rvp 10273/2016 103. Rvp 10576/2016 104. Rvp 10577/2016 105. Rvp 10578/2016 106. Rvp 10579/2016</w:t>
      </w:r>
    </w:p>
    <w:p>
      <w:r>
        <w:t>sp. zn. 61 Er 1390/2015 z 11. januára 2016 (Okresný súd Trenčín) sp. zn. 59 Er 1126/2015 z 8. septembra 2015 (Okresný súd Trenčín) sp. zn. 62 Er 51/2015 z 19. novembra 2015 (Okresný súd Trenčín) sp. zn. 60 Er 796/2015 z 13. januára 2016 (Okresný súd Trenčín)</w:t>
      </w:r>
    </w:p>
    <w:p>
      <w:r>
        <w:t>sp. zn. 5 CoE 247/2016 zo 17. augusta 2016</w:t>
      </w:r>
    </w:p>
    <w:p>
      <w:r>
        <w:t>sp. zn. 3 CoE 159/2016 z 12. septembra 2016</w:t>
      </w:r>
    </w:p>
    <w:p>
      <w:r>
        <w:t>sp. zn. 3 CoE 145/2016 zo 6. septembra 2016 sp. zn. 23 CoE 161/2016 z 23. augusta 2016</w:t>
      </w:r>
    </w:p>
    <w:p>
      <w:r>
        <w:t>sp. zn. uznesení okresných súdov sp. zn. 11 Er 522/2015 z 25. mája 2016 (Okresný súd Dunajská Streda) sp. zn. 25 Er 800/2015 z 25. mája 2016 (Okresný súd Galanta) sp. zn. 25 Er 1004/2015 z 25. mája 2016 (Okresný súd Galanta) sp. zn. 25 Er 1007/2015 z 25. mája 2016 (Okresný súd Galanta) sp. zn. 10 Er 1131/2015 z 28. apríla 2016 (Okresný súd Galanta) sp. zn. 10 Er 1100/2015 z 28. apríla 2016 (Okresný súd Galanta) sp. zn. 5 Er 1117/2015 z 9. júna 2016 (Okresný súd Galanta) sp. zn. 25 Er 1147/2015 z 13. júna 2016 (Okresný súd Galanta) sp. zn. 10 Er 443/2015 z 31. mája 2016 (Okresný súd Spišská Nová Ves) sp. zn. 10 Er 437/2015 z 31. mája 2016 (Okresný súd Spišská Nová Ves) sp. zn. 25 Er 1146/2015 z 13. júna 2016 (Okresný súd Galanta) 12</w:t>
      </w:r>
    </w:p>
    <w:p>
      <w:r>
        <w:t>107. Rvp 10580/2016 108. Rvp 10581/2016 109. Rvp 11105/2016 110. Rvp 11106/2016 111. Rvp 11107/2016 112. Rvp 11108/2016 113. Rvp 11109/2016 114. Rvp 11110/2016 115. Rvp 11111/2016 116. Rvp 11112/2016 117. Rvp 11113/2016 118. Rvp 11114/2016 119. Rvp 11115/2016 120. Rvp 11116/2016 121. Rvp 11117/2016 122. Rvp 11118/2016 123. Rvp 11119/2016 124. Rvp 11689/2016 125. Rvp 11690/2016 126. Rvp 12532/2016 127. Rvp 12533/2016</w:t>
      </w:r>
    </w:p>
    <w:p>
      <w:r>
        <w:t>sp. zn. 1 Er 476/2015 z 31. mája 2016 (Okresný súd Spišská Nová Ves) sp. zn. 10 Er 475/2015 z 31. mája 2016 (Okresný súd Spišská Nová Ves) sp. zn. 4 Er 440/2015 z 24. júna 2016 (Okresný súd Spišská Nová Ves) sp. zn. 5 Er 435/2015 z 24. júna 2016 (Okresný súd Spišská Nová Ves) sp. zn. 4 Er 476/2015 z 24. júna 2016 (Okresný súd Spišská Nová Ves) sp. zn. 4 Er 439/2015 z 24. júna 2016 (Okresný súd Spišská Nová Ves) sp. zn. 4 Er 433/2015 z 31. mája 2016 (Okresný súd Spišská Nová Ves) sp. zn. 4 Er 757/2014 z 24. júna 2016 (Okresný súd Spišská Nová Ves) sp. zn. 4 Er 437/2015 z 24. júna 2016 (Okresný súd Spišská Nová Ves) sp. zn. 4 Er 445/2015 z 24. júna 2016 (Okresný súd Spišská Nová Ves) sp. zn. 4 Er 438/2015 z 24. júna 2016 (Okresný súd Spišská Nová Ves) sp. zn. 4 Er 436/2015 z 31. mája 2016 (Okresný súd Spišská Nová Ves) sp. zn. 4 Er 446/2015 z 31. mája 2016 (Okresný súd Spišská Nová Ves) sp. zn. 4 Er 434/2015 z 24. júna 2016 (Okresný súd Spišská Nová Ves) sp. zn. 4 Er 435/2015 z 31. mája 2016 (Okresný súd Spišská Nová Ves) sp. zn. 4 Er 475/2015 z 31. mája 2016 (Okresný súd Spišská Nová Ves) sp. zn. 4 Er 432/2015 z 31. mája 2016 (Okresný súd Spišská Nová Ves) sp. zn. 17 Er 629/2015 z 18. mája 2016 (Okresný súd Galanta) sp. zn. 17 Er 1149/2015 z 19. mája 2016 (Okresný súd Galanta) sp. zn. 1 Er 3651/2015 z 2. augusta 2016 (Okresný súd Liptovský Mikuláš) sp. zn. 1 Er 3934/2015 z 1. augusta 2016 (Okresný súd Liptovský Mikuláš)</w:t>
      </w:r>
    </w:p>
    <w:p>
      <w:r>
        <w:t>13</w:t>
      </w:r>
    </w:p>
    <w:p>
      <w:r>
        <w:t>128. Rvp 12534/2016 129. Rvp 12535/2016 130. Rvp 12536/2016 131. Rvp 12537/2016 132. Rvp 12538/2016 133. Rvp 12539/2016</w:t>
      </w:r>
    </w:p>
    <w:p>
      <w:r>
        <w:t>sp. zn. 1 Er 3655/2015 z 2. augusta 2016 (Okresný súd Liptovský Mikuláš) sp. zn. 1 Er 2097/2015 z 2. augusta 2016 (Okresný súd Liptovský Mikuláš) sp. zn. 1 Er 1907/2015 z 2. augusta 2016 (Okresný súd Liptovský Mikuláš) sp. zn. 5 Er 1522/2014 z 30. júna 2016 (Okresný súd Liptovský Mikuláš) sp. zn. 5 Er 1753/2014 z 30. júna 2016 (Okresný súd Liptovský Mikuláš) sp. zn. 1 Er 1895/2015 z 29. júla 2016 (Okresný súd Liptovský Mikuláš)</w:t>
      </w:r>
    </w:p>
    <w:p>
      <w:r>
        <w:t>14</w:t>
      </w:r>
    </w:p>
    <w:p/>
    <w:p>
      <w:r>
        <w:t>Zdroj: KAUZIS.SK – https://www.kauzis.sk/judikatura/r/ECLI:SK:USSR:2017:2.US.651.2017.2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