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652/2017 z 15. 11. 2017</w:t>
      </w:r>
    </w:p>
    <w:p>
      <w:r>
        <w:t>Uznesenie Ústavného súdu SR z 15. novembra 2017, sp. zn. II. ÚS 652/2017, ECLI:SK:USSR:2017:2.US.652.2017.2</w:t>
      </w:r>
    </w:p>
    <w:p>
      <w:r>
        <w:t>Súd: Ústavný súd Slovenskej republiky</w:t>
      </w:r>
    </w:p>
    <w:p>
      <w:r>
        <w:t>Spisová značka: II. ÚS 652/2017</w:t>
      </w:r>
    </w:p>
    <w:p>
      <w:r>
        <w:t>ECLI: ECLI:SK:USSR:2017:2.US.652.2017.2</w:t>
      </w:r>
    </w:p>
    <w:p>
      <w:r>
        <w:t>Dátum vydania: 15. 11.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652/2017-27 Ústavný súd Slovenskej republiky na neverejnom zasadnutí 15. novembra 2017 v senáte zloženom z predsedu Ladislava Orosza (sudca spravodajca), zo sudkyne Ľudmily Gajdošíkovej a sudcu Lajosa Mészárosa v konaní o sťažnostiach obchodnej spoločnosti POHOTOVOSŤ, s. r. o., Pribinova 25, Bratislava, zastúpenej advokátskou kanceláriou Fridrich Paľko, s. r. o., Grösslingová 4, Bratislava, v mene ktorej koná advokát doc. JUDr. Branislav Fridrich, PhD., vo veci namietaného porušenia jej základných práv podľa čl. 20 ods. 1 a čl. 46 ods. 1 Ústavy Slovenskej republiky a práv podľa čl. 6 ods. 1 Dohovoru o ochrane ľudských práv a základných slobôd a čl. 1 Dodatkového protokolu k Dohovoru o ochrane ľudských práv a základných slobôd uzneseniami Krajského súdu v Trenčíne uvedenými v prílohe tohto rozhodnutia, ako aj postupom, ktorý predchádzal ich vydaniu, takto rozhodol: Konanie o sťažnostiach obchodnej spoločnosti POHOTOVOSŤ, s. r. o., vedené pod sp. zn. II. ÚS 652/2017 z a s t a v u j e . Odôvodnenie: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(ďalej</w:t>
      </w:r>
    </w:p>
    <w:p>
      <w:r>
        <w:t>aj</w:t>
      </w:r>
    </w:p>
    <w:p>
      <w:r>
        <w:t>„ústavný</w:t>
      </w:r>
    </w:p>
    <w:p>
      <w:r>
        <w:t>súd“)</w:t>
      </w:r>
    </w:p>
    <w:p>
      <w:r>
        <w:t>uznesením</w:t>
      </w:r>
    </w:p>
    <w:p>
      <w:r>
        <w:t>č. k. II. ÚS 652/2017-14 z 18. októbra 2017 (ďalej len „uznesenie“) uložil obchodnej</w:t>
      </w:r>
    </w:p>
    <w:p>
      <w:r>
        <w:t>spoločnosti POHOTOVOSŤ, s. r. o., Pribinova 25, Bratislava (ďalej len „sťažovateľka“), povinnosť zaplatiť súdny poplatok v sume 3 390 € do 7 dní odo dňa doručenia uznesenia na účet Kancelárie Ústavného súdu Slovenskej republiky za 113 uznesením spojených sťažností sťažovateľky.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652/2017 zastavil. P o u č e n i e : Proti tomuto uzneseniu nemožno podať opravný prostriedok. V Košiciach 15. novembra 2017</w:t>
      </w:r>
    </w:p>
    <w:p>
      <w:r>
        <w:t>2</w:t>
      </w:r>
    </w:p>
    <w:p>
      <w:r>
        <w:t>Príloha k uzneseniu Ústavného súdu Slovenskej republiky sp. zn. II. ÚS 652/2017 Por.</w:t>
      </w:r>
    </w:p>
    <w:p>
      <w:r>
        <w:t>sp. zn. sťažností vedených</w:t>
      </w:r>
    </w:p>
    <w:p>
      <w:r>
        <w:t>sp. zn. uznesení Krajského súdu v Trenčíne</w:t>
      </w:r>
    </w:p>
    <w:p>
      <w:r>
        <w:t>č. 1.</w:t>
      </w:r>
    </w:p>
    <w:p>
      <w:r>
        <w:t>ústavným súdom (Rvp) Rvp 10275/2016</w:t>
      </w:r>
    </w:p>
    <w:p>
      <w:r>
        <w:t>sp. zn. 4 Co 559/2013 z 24. júla 2014</w:t>
      </w:r>
    </w:p>
    <w:p>
      <w:r>
        <w:t>2.</w:t>
      </w:r>
    </w:p>
    <w:p>
      <w:r>
        <w:t>Rvp 10276/2016</w:t>
      </w:r>
    </w:p>
    <w:p>
      <w:r>
        <w:t>sp. zn. 19 Co 339/2014 z 9. októbra 2014</w:t>
      </w:r>
    </w:p>
    <w:p>
      <w:r>
        <w:t>3.</w:t>
      </w:r>
    </w:p>
    <w:p>
      <w:r>
        <w:t>Rvp 10277/2016</w:t>
      </w:r>
    </w:p>
    <w:p>
      <w:r>
        <w:t>sp. zn. 6 Co 258/2015 z 30. júna 2015</w:t>
      </w:r>
    </w:p>
    <w:p>
      <w:r>
        <w:t>4.</w:t>
      </w:r>
    </w:p>
    <w:p>
      <w:r>
        <w:t>Rvp 10278/2016</w:t>
      </w:r>
    </w:p>
    <w:p>
      <w:r>
        <w:t>sp. zn. 4 Co 306/2015 z 20. augusta 2015</w:t>
      </w:r>
    </w:p>
    <w:p>
      <w:r>
        <w:t>5.</w:t>
      </w:r>
    </w:p>
    <w:p>
      <w:r>
        <w:t>Rvp 10279/2016</w:t>
      </w:r>
    </w:p>
    <w:p>
      <w:r>
        <w:t>sp. zn. 17 Co 865/2014 z 29. júla 2015</w:t>
      </w:r>
    </w:p>
    <w:p>
      <w:r>
        <w:t>6.</w:t>
      </w:r>
    </w:p>
    <w:p>
      <w:r>
        <w:t>Rvp 10280/2016</w:t>
      </w:r>
    </w:p>
    <w:p>
      <w:r>
        <w:t>sp. zn. 17 Co 84/2014 z 29. januára 2015</w:t>
      </w:r>
    </w:p>
    <w:p>
      <w:r>
        <w:t>7.</w:t>
      </w:r>
    </w:p>
    <w:p>
      <w:r>
        <w:t>Rvp 10281/2016</w:t>
      </w:r>
    </w:p>
    <w:p>
      <w:r>
        <w:t>sp. zn. 19 Co 552/2014 z 26. mája 2015</w:t>
      </w:r>
    </w:p>
    <w:p>
      <w:r>
        <w:t>8.</w:t>
      </w:r>
    </w:p>
    <w:p>
      <w:r>
        <w:t>Rvp 10282/2016</w:t>
      </w:r>
    </w:p>
    <w:p>
      <w:r>
        <w:t>sp. zn. 5 Co 394/2014 zo 6. mája 2015</w:t>
      </w:r>
    </w:p>
    <w:p>
      <w:r>
        <w:t>9.</w:t>
      </w:r>
    </w:p>
    <w:p>
      <w:r>
        <w:t>Rvp 10613/2016</w:t>
      </w:r>
    </w:p>
    <w:p>
      <w:r>
        <w:t>sp. zn. 6 Co 860/2014 z 25. novembra 2014</w:t>
      </w:r>
    </w:p>
    <w:p>
      <w:r>
        <w:t>10.</w:t>
      </w:r>
    </w:p>
    <w:p>
      <w:r>
        <w:t>Rvp 10614/2016</w:t>
      </w:r>
    </w:p>
    <w:p>
      <w:r>
        <w:t>sp. zn. 4 Co 186/2015 z 20. augusta 2015</w:t>
      </w:r>
    </w:p>
    <w:p>
      <w:r>
        <w:t>11.</w:t>
      </w:r>
    </w:p>
    <w:p>
      <w:r>
        <w:t>Rvp 10615/2016</w:t>
      </w:r>
    </w:p>
    <w:p>
      <w:r>
        <w:t>sp. zn. 4 Co 815/2015 z 15. októbra 2015</w:t>
      </w:r>
    </w:p>
    <w:p>
      <w:r>
        <w:t>12.</w:t>
      </w:r>
    </w:p>
    <w:p>
      <w:r>
        <w:t>Rvp 10616/2016</w:t>
      </w:r>
    </w:p>
    <w:p>
      <w:r>
        <w:t>sp. zn. 4 Co 11/2014 zo 16. októbra 2014</w:t>
      </w:r>
    </w:p>
    <w:p>
      <w:r>
        <w:t>13.</w:t>
      </w:r>
    </w:p>
    <w:p>
      <w:r>
        <w:t>Rvp 10617/2016</w:t>
      </w:r>
    </w:p>
    <w:p>
      <w:r>
        <w:t>sp. zn. 6 Co 365/2015 z 30. júna 2015</w:t>
      </w:r>
    </w:p>
    <w:p>
      <w:r>
        <w:t>14.</w:t>
      </w:r>
    </w:p>
    <w:p>
      <w:r>
        <w:t>Rvp 10618/2016</w:t>
      </w:r>
    </w:p>
    <w:p>
      <w:r>
        <w:t>sp. zn. 6 Co 809/2013 z 22. decembra 2014</w:t>
      </w:r>
    </w:p>
    <w:p>
      <w:r>
        <w:t>15.</w:t>
      </w:r>
    </w:p>
    <w:p>
      <w:r>
        <w:t>Rvp 10619/2016</w:t>
      </w:r>
    </w:p>
    <w:p>
      <w:r>
        <w:t>sp. zn. 17 Co 533/2014 z 25. marca 2015</w:t>
      </w:r>
    </w:p>
    <w:p>
      <w:r>
        <w:t>16.</w:t>
      </w:r>
    </w:p>
    <w:p>
      <w:r>
        <w:t>Rvp 10620/2016</w:t>
      </w:r>
    </w:p>
    <w:p>
      <w:r>
        <w:t>sp. zn. 5 Co 451/2014 zo 17. februára 2015</w:t>
      </w:r>
    </w:p>
    <w:p>
      <w:r>
        <w:t>17.</w:t>
      </w:r>
    </w:p>
    <w:p>
      <w:r>
        <w:t>Rvp 10621/2016</w:t>
      </w:r>
    </w:p>
    <w:p>
      <w:r>
        <w:t>sp. zn. 19 Co 758/2014 z 20. novembra 2014</w:t>
      </w:r>
    </w:p>
    <w:p>
      <w:r>
        <w:t>18.</w:t>
      </w:r>
    </w:p>
    <w:p>
      <w:r>
        <w:t>Rvp 10622/2016</w:t>
      </w:r>
    </w:p>
    <w:p>
      <w:r>
        <w:t>sp. zn. 4 Co 561/2014 z 10. februára 2015</w:t>
      </w:r>
    </w:p>
    <w:p>
      <w:r>
        <w:t>19.</w:t>
      </w:r>
    </w:p>
    <w:p>
      <w:r>
        <w:t>Rvp 10623/2016</w:t>
      </w:r>
    </w:p>
    <w:p>
      <w:r>
        <w:t>sp. zn. 4 Co 359/2014 zo 17. decembra 2014</w:t>
      </w:r>
    </w:p>
    <w:p>
      <w:r>
        <w:t>20.</w:t>
      </w:r>
    </w:p>
    <w:p>
      <w:r>
        <w:t>Rvp 10624/2016</w:t>
      </w:r>
    </w:p>
    <w:p>
      <w:r>
        <w:t>sp. zn. 17 Co 58/2014 z 24. septembra 2014</w:t>
      </w:r>
    </w:p>
    <w:p>
      <w:r>
        <w:t>21.</w:t>
      </w:r>
    </w:p>
    <w:p>
      <w:r>
        <w:t>Rvp 10625/2016</w:t>
      </w:r>
    </w:p>
    <w:p>
      <w:r>
        <w:t>sp. zn. 19 Co 149/2014 z 9. októbra 2014</w:t>
      </w:r>
    </w:p>
    <w:p>
      <w:r>
        <w:t>22.</w:t>
      </w:r>
    </w:p>
    <w:p>
      <w:r>
        <w:t>Rvp 10626/2016</w:t>
      </w:r>
    </w:p>
    <w:p>
      <w:r>
        <w:t>sp. zn. 19 Co 913/2014 z 30. apríla 2015</w:t>
      </w:r>
    </w:p>
    <w:p>
      <w:r>
        <w:t>23.</w:t>
      </w:r>
    </w:p>
    <w:p>
      <w:r>
        <w:t>Rvp 10627/2016</w:t>
      </w:r>
    </w:p>
    <w:p>
      <w:r>
        <w:t>sp. zn. 5 Co 275/2015 z 11. novembra 2015</w:t>
      </w:r>
    </w:p>
    <w:p>
      <w:r>
        <w:t>24.</w:t>
      </w:r>
    </w:p>
    <w:p>
      <w:r>
        <w:t>Rvp 10628/2016</w:t>
      </w:r>
    </w:p>
    <w:p>
      <w:r>
        <w:t>sp. zn. 4 Co 935/2014 z 30. decembra 2014</w:t>
      </w:r>
    </w:p>
    <w:p>
      <w:r>
        <w:t>25.</w:t>
      </w:r>
    </w:p>
    <w:p>
      <w:r>
        <w:t>Rvp 10629/2016</w:t>
      </w:r>
    </w:p>
    <w:p>
      <w:r>
        <w:t>sp. zn. 19 Co 585/2013 z 30. júla 2014</w:t>
      </w:r>
    </w:p>
    <w:p>
      <w:r>
        <w:t>26.</w:t>
      </w:r>
    </w:p>
    <w:p>
      <w:r>
        <w:t>Rvp 10630/2016</w:t>
      </w:r>
    </w:p>
    <w:p>
      <w:r>
        <w:t>sp. zn. 4 Co 662/2013 z 28. augusta 2014</w:t>
      </w:r>
    </w:p>
    <w:p>
      <w:r>
        <w:t>27.</w:t>
      </w:r>
    </w:p>
    <w:p>
      <w:r>
        <w:t>Rvp 10631/2016</w:t>
      </w:r>
    </w:p>
    <w:p>
      <w:r>
        <w:t>sp. zn. 19 Co 375/2014 z 27. novembra 2014</w:t>
      </w:r>
    </w:p>
    <w:p>
      <w:r>
        <w:t>28.</w:t>
      </w:r>
    </w:p>
    <w:p>
      <w:r>
        <w:t>Rvp 10632/2016</w:t>
      </w:r>
    </w:p>
    <w:p>
      <w:r>
        <w:t>sp. zn. 5 Co 12/2014 z 29. októbra 2014</w:t>
      </w:r>
    </w:p>
    <w:p>
      <w:r>
        <w:t>29.</w:t>
      </w:r>
    </w:p>
    <w:p>
      <w:r>
        <w:t>Rvp 10633/2016</w:t>
      </w:r>
    </w:p>
    <w:p>
      <w:r>
        <w:t>sp. zn. 19 Co 478/2013 zo 14. augusta 2014</w:t>
      </w:r>
    </w:p>
    <w:p>
      <w:r>
        <w:t>30.</w:t>
      </w:r>
    </w:p>
    <w:p>
      <w:r>
        <w:t>Rvp 10634/2016</w:t>
      </w:r>
    </w:p>
    <w:p>
      <w:r>
        <w:t>sp. zn. 5 Co 110/2014 z 13. augusta 2014</w:t>
      </w:r>
    </w:p>
    <w:p>
      <w:r>
        <w:t>3</w:t>
      </w:r>
    </w:p>
    <w:p>
      <w:r>
        <w:t>31.</w:t>
      </w:r>
    </w:p>
    <w:p>
      <w:r>
        <w:t>Rvp 10635/2016</w:t>
      </w:r>
    </w:p>
    <w:p>
      <w:r>
        <w:t>sp. zn. 5 Co 77/2015 z 8. apríla 2015</w:t>
      </w:r>
    </w:p>
    <w:p>
      <w:r>
        <w:t>32.</w:t>
      </w:r>
    </w:p>
    <w:p>
      <w:r>
        <w:t>Rvp 10636/2016</w:t>
      </w:r>
    </w:p>
    <w:p>
      <w:r>
        <w:t>sp. zn. 4 Co 219/2014 z 28. novembra 2014</w:t>
      </w:r>
    </w:p>
    <w:p>
      <w:r>
        <w:t>33.</w:t>
      </w:r>
    </w:p>
    <w:p>
      <w:r>
        <w:t>Rvp 10637/2016</w:t>
      </w:r>
    </w:p>
    <w:p>
      <w:r>
        <w:t>sp. zn. 4 Co 217/2014 z 28. novembra 2014</w:t>
      </w:r>
    </w:p>
    <w:p>
      <w:r>
        <w:t>34.</w:t>
      </w:r>
    </w:p>
    <w:p>
      <w:r>
        <w:t>Rvp 10638/2016</w:t>
      </w:r>
    </w:p>
    <w:p>
      <w:r>
        <w:t>sp. zn. 4 Co 452/2014 zo 17. decembra 2014</w:t>
      </w:r>
    </w:p>
    <w:p>
      <w:r>
        <w:t>35.</w:t>
      </w:r>
    </w:p>
    <w:p>
      <w:r>
        <w:t>Rvp 11199/2016</w:t>
      </w:r>
    </w:p>
    <w:p>
      <w:r>
        <w:t>sp. zn. 19 Co 202/2015 z 23. júla 2015</w:t>
      </w:r>
    </w:p>
    <w:p>
      <w:r>
        <w:t>36.</w:t>
      </w:r>
    </w:p>
    <w:p>
      <w:r>
        <w:t>Rvp 11200/2016</w:t>
      </w:r>
    </w:p>
    <w:p>
      <w:r>
        <w:t>sp. zn. 19 Co 73/2015 z 25. júna 2015</w:t>
      </w:r>
    </w:p>
    <w:p>
      <w:r>
        <w:t>37.</w:t>
      </w:r>
    </w:p>
    <w:p>
      <w:r>
        <w:t>Rvp 11201/2016</w:t>
      </w:r>
    </w:p>
    <w:p>
      <w:r>
        <w:t>sp. zn. 17 Co 358/2014 z 8. októbra 2014</w:t>
      </w:r>
    </w:p>
    <w:p>
      <w:r>
        <w:t>38.</w:t>
      </w:r>
    </w:p>
    <w:p>
      <w:r>
        <w:t>Rvp 11202/2016</w:t>
      </w:r>
    </w:p>
    <w:p>
      <w:r>
        <w:t>sp. zn. 4 Co 596/2013 z 24. júla 2014</w:t>
      </w:r>
    </w:p>
    <w:p>
      <w:r>
        <w:t>39.</w:t>
      </w:r>
    </w:p>
    <w:p>
      <w:r>
        <w:t>Rvp 11203/2016</w:t>
      </w:r>
    </w:p>
    <w:p>
      <w:r>
        <w:t>sp. zn. 19 Co 574/2013 z 21. augusta 2014</w:t>
      </w:r>
    </w:p>
    <w:p>
      <w:r>
        <w:t>40.</w:t>
      </w:r>
    </w:p>
    <w:p>
      <w:r>
        <w:t>Rvp 11204/2016</w:t>
      </w:r>
    </w:p>
    <w:p>
      <w:r>
        <w:t>sp. zn. 16 Co 350/2013 zo 7. júla 2014</w:t>
      </w:r>
    </w:p>
    <w:p>
      <w:r>
        <w:t>41.</w:t>
      </w:r>
    </w:p>
    <w:p>
      <w:r>
        <w:t>Rvp 11205/2016</w:t>
      </w:r>
    </w:p>
    <w:p>
      <w:r>
        <w:t>sp. zn. 8 Co 146/2013 z 26. novembra 2013</w:t>
      </w:r>
    </w:p>
    <w:p>
      <w:r>
        <w:t>42.</w:t>
      </w:r>
    </w:p>
    <w:p>
      <w:r>
        <w:t>Rvp 11206/2016</w:t>
      </w:r>
    </w:p>
    <w:p>
      <w:r>
        <w:t>sp. zn. 5 Co 253/2014 z 29. októbra 2014</w:t>
      </w:r>
    </w:p>
    <w:p>
      <w:r>
        <w:t>43.</w:t>
      </w:r>
    </w:p>
    <w:p>
      <w:r>
        <w:t>Rvp 11207/2016</w:t>
      </w:r>
    </w:p>
    <w:p>
      <w:r>
        <w:t>sp. zn. 19 Co 37/2014 z 10. decembra 2014</w:t>
      </w:r>
    </w:p>
    <w:p>
      <w:r>
        <w:t>44.</w:t>
      </w:r>
    </w:p>
    <w:p>
      <w:r>
        <w:t>Rvp 11208/2016</w:t>
      </w:r>
    </w:p>
    <w:p>
      <w:r>
        <w:t>sp. zn. 6 Co 383/2014 z 27. januára 2015</w:t>
      </w:r>
    </w:p>
    <w:p>
      <w:r>
        <w:t>45.</w:t>
      </w:r>
    </w:p>
    <w:p>
      <w:r>
        <w:t>Rvp 11448/2016</w:t>
      </w:r>
    </w:p>
    <w:p>
      <w:r>
        <w:t>sp. zn. 19 Co 581/2013 z 21. augusta 2014</w:t>
      </w:r>
    </w:p>
    <w:p>
      <w:r>
        <w:t>46.</w:t>
      </w:r>
    </w:p>
    <w:p>
      <w:r>
        <w:t>Rvp 11449/2016</w:t>
      </w:r>
    </w:p>
    <w:p>
      <w:r>
        <w:t>sp. zn. 4 Co 677/2013 z 28. augusta 2014</w:t>
      </w:r>
    </w:p>
    <w:p>
      <w:r>
        <w:t>47.</w:t>
      </w:r>
    </w:p>
    <w:p>
      <w:r>
        <w:t>Rvp 11450/2016</w:t>
      </w:r>
    </w:p>
    <w:p>
      <w:r>
        <w:t>sp. zn.19 Co 211/2014 zo 4. decembra 2014</w:t>
      </w:r>
    </w:p>
    <w:p>
      <w:r>
        <w:t>48.</w:t>
      </w:r>
    </w:p>
    <w:p>
      <w:r>
        <w:t>Rvp 11451/2016</w:t>
      </w:r>
    </w:p>
    <w:p>
      <w:r>
        <w:t>sp. zn.16 Co 400/2013 zo 16. septembra 2014</w:t>
      </w:r>
    </w:p>
    <w:p>
      <w:r>
        <w:t>49.</w:t>
      </w:r>
    </w:p>
    <w:p>
      <w:r>
        <w:t>Rvp 11452/2016</w:t>
      </w:r>
    </w:p>
    <w:p>
      <w:r>
        <w:t>sp. zn. 6 Co 212/2014 z 27. júna 2014</w:t>
      </w:r>
    </w:p>
    <w:p>
      <w:r>
        <w:t>50.</w:t>
      </w:r>
    </w:p>
    <w:p>
      <w:r>
        <w:t>Rvp 11453/2016</w:t>
      </w:r>
    </w:p>
    <w:p>
      <w:r>
        <w:t>sp. zn. 16 Co 207/2013 zo 4. augusta 2014</w:t>
      </w:r>
    </w:p>
    <w:p>
      <w:r>
        <w:t>51.</w:t>
      </w:r>
    </w:p>
    <w:p>
      <w:r>
        <w:t>Rvp 11454/2016</w:t>
      </w:r>
    </w:p>
    <w:p>
      <w:r>
        <w:t>sp. zn. 6 Co 34/2014 z 27. januára 2015</w:t>
      </w:r>
    </w:p>
    <w:p>
      <w:r>
        <w:t>52.</w:t>
      </w:r>
    </w:p>
    <w:p>
      <w:r>
        <w:t>Rvp 11455/2016</w:t>
      </w:r>
    </w:p>
    <w:p>
      <w:r>
        <w:t>sp. zn. 16 Co 373/2013 z 15. októbra 2014</w:t>
      </w:r>
    </w:p>
    <w:p>
      <w:r>
        <w:t>53.</w:t>
      </w:r>
    </w:p>
    <w:p>
      <w:r>
        <w:t>Rvp 11456/2016</w:t>
      </w:r>
    </w:p>
    <w:p>
      <w:r>
        <w:t>sp. zn. 4 Co 160/2014 zo 6. novembra 2014</w:t>
      </w:r>
    </w:p>
    <w:p>
      <w:r>
        <w:t>54.</w:t>
      </w:r>
    </w:p>
    <w:p>
      <w:r>
        <w:t>Rvp 11457/2016</w:t>
      </w:r>
    </w:p>
    <w:p>
      <w:r>
        <w:t>sp. zn. 6 Co 932/2014 z 27. januára 2015</w:t>
      </w:r>
    </w:p>
    <w:p>
      <w:r>
        <w:t>55.</w:t>
      </w:r>
    </w:p>
    <w:p>
      <w:r>
        <w:t>Rvp 11458/2016</w:t>
      </w:r>
    </w:p>
    <w:p>
      <w:r>
        <w:t>sp. zn. 17 Co 1188/2014 z 19. augusta 2015</w:t>
      </w:r>
    </w:p>
    <w:p>
      <w:r>
        <w:t>56.</w:t>
      </w:r>
    </w:p>
    <w:p>
      <w:r>
        <w:t>Rvp 11459/2016</w:t>
      </w:r>
    </w:p>
    <w:p>
      <w:r>
        <w:t>sp. zn. 17 Co 902/2015 z 30. septembra 2015</w:t>
      </w:r>
    </w:p>
    <w:p>
      <w:r>
        <w:t>57.</w:t>
      </w:r>
    </w:p>
    <w:p>
      <w:r>
        <w:t>Rvp 11460/2016</w:t>
      </w:r>
    </w:p>
    <w:p>
      <w:r>
        <w:t>sp. zn. 4 Co 536/2015 zo 7. júla 2015</w:t>
      </w:r>
    </w:p>
    <w:p>
      <w:r>
        <w:t>58.</w:t>
      </w:r>
    </w:p>
    <w:p>
      <w:r>
        <w:t>Rvp 11739/2016</w:t>
      </w:r>
    </w:p>
    <w:p>
      <w:r>
        <w:t>sp. zn. 17 Co 317/2015 z 26. augusta 2015</w:t>
      </w:r>
    </w:p>
    <w:p>
      <w:r>
        <w:t>59.</w:t>
      </w:r>
    </w:p>
    <w:p>
      <w:r>
        <w:t>Rvp 11740/2016</w:t>
      </w:r>
    </w:p>
    <w:p>
      <w:r>
        <w:t>sp. zn. 5 Co 200/2015 z 26. augusta 2015</w:t>
      </w:r>
    </w:p>
    <w:p>
      <w:r>
        <w:t>60.</w:t>
      </w:r>
    </w:p>
    <w:p>
      <w:r>
        <w:t>Rvp 11741/2016</w:t>
      </w:r>
    </w:p>
    <w:p>
      <w:r>
        <w:t>sp. zn. 17 Co 308/2015 z 26. augusta 2015</w:t>
      </w:r>
    </w:p>
    <w:p>
      <w:r>
        <w:t>61.</w:t>
      </w:r>
    </w:p>
    <w:p>
      <w:r>
        <w:t>Rvp 11742/2016</w:t>
      </w:r>
    </w:p>
    <w:p>
      <w:r>
        <w:t>sp. zn. 19 Co 291/2015 z 3. septembra 2015</w:t>
      </w:r>
    </w:p>
    <w:p>
      <w:r>
        <w:t>62.</w:t>
      </w:r>
    </w:p>
    <w:p>
      <w:r>
        <w:t>Rvp 11743/2016</w:t>
      </w:r>
    </w:p>
    <w:p>
      <w:r>
        <w:t>sp. zn. 8 Co 663/2014 z 9. októbra 2014</w:t>
      </w:r>
    </w:p>
    <w:p>
      <w:r>
        <w:t>63.</w:t>
      </w:r>
    </w:p>
    <w:p>
      <w:r>
        <w:t>Rvp 11744/2016</w:t>
      </w:r>
    </w:p>
    <w:p>
      <w:r>
        <w:t>sp. zn. 4 Co 23/2014 zo 16. októbra 2014</w:t>
      </w:r>
    </w:p>
    <w:p>
      <w:r>
        <w:t>64.</w:t>
      </w:r>
    </w:p>
    <w:p>
      <w:r>
        <w:t>Rvp 11745/2016</w:t>
      </w:r>
    </w:p>
    <w:p>
      <w:r>
        <w:t>sp. zn. 19 Co 611/2013 z 21. augusta 2014</w:t>
      </w:r>
    </w:p>
    <w:p>
      <w:r>
        <w:t>4</w:t>
      </w:r>
    </w:p>
    <w:p>
      <w:r>
        <w:t>65.</w:t>
      </w:r>
    </w:p>
    <w:p>
      <w:r>
        <w:t>Rvp 11746/2016</w:t>
      </w:r>
    </w:p>
    <w:p>
      <w:r>
        <w:t>sp. zn. 19 Co 208/2014 z 27. novembra 2014</w:t>
      </w:r>
    </w:p>
    <w:p>
      <w:r>
        <w:t>66.</w:t>
      </w:r>
    </w:p>
    <w:p>
      <w:r>
        <w:t>Rvp 11747/2016</w:t>
      </w:r>
    </w:p>
    <w:p>
      <w:r>
        <w:t>sp. zn. 5 Co 71/2014 z 27. augusta 2014</w:t>
      </w:r>
    </w:p>
    <w:p>
      <w:r>
        <w:t>67.</w:t>
      </w:r>
    </w:p>
    <w:p>
      <w:r>
        <w:t>Rvp 11748/2016</w:t>
      </w:r>
    </w:p>
    <w:p>
      <w:r>
        <w:t>sp. zn. 17 Co 309/2014 z 20. augusta 2014</w:t>
      </w:r>
    </w:p>
    <w:p>
      <w:r>
        <w:t>68.</w:t>
      </w:r>
    </w:p>
    <w:p>
      <w:r>
        <w:t>Rvp 11749/2016</w:t>
      </w:r>
    </w:p>
    <w:p>
      <w:r>
        <w:t>sp. zn. 19 Co 56/2014 z 18. septembra 2014</w:t>
      </w:r>
    </w:p>
    <w:p>
      <w:r>
        <w:t>69.</w:t>
      </w:r>
    </w:p>
    <w:p>
      <w:r>
        <w:t>Rvp 12544/2016</w:t>
      </w:r>
    </w:p>
    <w:p>
      <w:r>
        <w:t>sp. zn. 17 Co 195/2014 z 25. februára 2015</w:t>
      </w:r>
    </w:p>
    <w:p>
      <w:r>
        <w:t>70.</w:t>
      </w:r>
    </w:p>
    <w:p>
      <w:r>
        <w:t>Rvp 12545/2016</w:t>
      </w:r>
    </w:p>
    <w:p>
      <w:r>
        <w:t>sp. zn.4 Co 820/2015 z 15. októbra 2015</w:t>
      </w:r>
    </w:p>
    <w:p>
      <w:r>
        <w:t>71.</w:t>
      </w:r>
    </w:p>
    <w:p>
      <w:r>
        <w:t>Rvp 12546/2016</w:t>
      </w:r>
    </w:p>
    <w:p>
      <w:r>
        <w:t>sp. zn. 19 Co 739/2014 z 28. mája 2015</w:t>
      </w:r>
    </w:p>
    <w:p>
      <w:r>
        <w:t>72.</w:t>
      </w:r>
    </w:p>
    <w:p>
      <w:r>
        <w:t>Rvp 12547/2016</w:t>
      </w:r>
    </w:p>
    <w:p>
      <w:r>
        <w:t>sp. zn. 5 Co 208/2014 z 8. októbra 2014</w:t>
      </w:r>
    </w:p>
    <w:p>
      <w:r>
        <w:t>73.</w:t>
      </w:r>
    </w:p>
    <w:p>
      <w:r>
        <w:t>Rvp 12548/2016</w:t>
      </w:r>
    </w:p>
    <w:p>
      <w:r>
        <w:t>sp. zn. 4 Co 572/2014 z 27. januára 2015</w:t>
      </w:r>
    </w:p>
    <w:p>
      <w:r>
        <w:t>74.</w:t>
      </w:r>
    </w:p>
    <w:p>
      <w:r>
        <w:t>Rvp 12549/2016</w:t>
      </w:r>
    </w:p>
    <w:p>
      <w:r>
        <w:t>sp. zn. 17 Co 373/2014 z 11. februára 2015</w:t>
      </w:r>
    </w:p>
    <w:p>
      <w:r>
        <w:t>75.</w:t>
      </w:r>
    </w:p>
    <w:p>
      <w:r>
        <w:t>Rvp 12550/2016</w:t>
      </w:r>
    </w:p>
    <w:p>
      <w:r>
        <w:t>sp. zn. 4 Co 556/2014 z 27. januára 2015</w:t>
      </w:r>
    </w:p>
    <w:p>
      <w:r>
        <w:t>76.</w:t>
      </w:r>
    </w:p>
    <w:p>
      <w:r>
        <w:t>Rvp 12551/2016</w:t>
      </w:r>
    </w:p>
    <w:p>
      <w:r>
        <w:t>sp. zn. 4 Co 484/2014 29. januára 2015</w:t>
      </w:r>
    </w:p>
    <w:p>
      <w:r>
        <w:t>77.</w:t>
      </w:r>
    </w:p>
    <w:p>
      <w:r>
        <w:t>Rvp 12552/2016</w:t>
      </w:r>
    </w:p>
    <w:p>
      <w:r>
        <w:t>sp. zn. 6 Co 445/2014 z 25. novembra 2014</w:t>
      </w:r>
    </w:p>
    <w:p>
      <w:r>
        <w:t>78.</w:t>
      </w:r>
    </w:p>
    <w:p>
      <w:r>
        <w:t>Rvp 12553/2016</w:t>
      </w:r>
    </w:p>
    <w:p>
      <w:r>
        <w:t>sp. zn. 4 Co 789/2014 z 26. februára 2015</w:t>
      </w:r>
    </w:p>
    <w:p>
      <w:r>
        <w:t>79.</w:t>
      </w:r>
    </w:p>
    <w:p>
      <w:r>
        <w:t>Rvp 12554/2016</w:t>
      </w:r>
    </w:p>
    <w:p>
      <w:r>
        <w:t>sp. zn. 19 Co 414/2015 z 12. novembra 2015</w:t>
      </w:r>
    </w:p>
    <w:p>
      <w:r>
        <w:t>80.</w:t>
      </w:r>
    </w:p>
    <w:p>
      <w:r>
        <w:t>Rvp 13066/2016</w:t>
      </w:r>
    </w:p>
    <w:p>
      <w:r>
        <w:t>sp. zn. 4 Co 563/2014 zo 17. februára 2015</w:t>
      </w:r>
    </w:p>
    <w:p>
      <w:r>
        <w:t>81.</w:t>
      </w:r>
    </w:p>
    <w:p>
      <w:r>
        <w:t>Rvp 13067/2016</w:t>
      </w:r>
    </w:p>
    <w:p>
      <w:r>
        <w:t>sp. zn. 17 Co 649/2014 zo 17. decembra 2014</w:t>
      </w:r>
    </w:p>
    <w:p>
      <w:r>
        <w:t>82.</w:t>
      </w:r>
    </w:p>
    <w:p>
      <w:r>
        <w:t>Rvp 13068/2016</w:t>
      </w:r>
    </w:p>
    <w:p>
      <w:r>
        <w:t>sp. zn. 17 Co 370/2014 z 15. októbra 2014</w:t>
      </w:r>
    </w:p>
    <w:p>
      <w:r>
        <w:t>83.</w:t>
      </w:r>
    </w:p>
    <w:p>
      <w:r>
        <w:t>Rvp 13069/2016</w:t>
      </w:r>
    </w:p>
    <w:p>
      <w:r>
        <w:t>sp. zn. 19 Co 365/2014 z 27. novembra 2014</w:t>
      </w:r>
    </w:p>
    <w:p>
      <w:r>
        <w:t>84.</w:t>
      </w:r>
    </w:p>
    <w:p>
      <w:r>
        <w:t>Rvp 13070/2016</w:t>
      </w:r>
    </w:p>
    <w:p>
      <w:r>
        <w:t>sp. zn. 19 Co 466/2014 z 5. marca 2015</w:t>
      </w:r>
    </w:p>
    <w:p>
      <w:r>
        <w:t>85.</w:t>
      </w:r>
    </w:p>
    <w:p>
      <w:r>
        <w:t>Rvp 13071/2016</w:t>
      </w:r>
    </w:p>
    <w:p>
      <w:r>
        <w:t>sp. zn. 17 Co 143/2014 z 12. novembra 2014</w:t>
      </w:r>
    </w:p>
    <w:p>
      <w:r>
        <w:t>86.</w:t>
      </w:r>
    </w:p>
    <w:p>
      <w:r>
        <w:t>Rvp 13072/2016</w:t>
      </w:r>
    </w:p>
    <w:p>
      <w:r>
        <w:t>sp. zn. 17 Co 389/2015 z 9. septembra 2015</w:t>
      </w:r>
    </w:p>
    <w:p>
      <w:r>
        <w:t>87.</w:t>
      </w:r>
    </w:p>
    <w:p>
      <w:r>
        <w:t>Rvp 13073/2016</w:t>
      </w:r>
    </w:p>
    <w:p>
      <w:r>
        <w:t>sp. zn. 17 Co 15/2014 z 29. januára 2015</w:t>
      </w:r>
    </w:p>
    <w:p>
      <w:r>
        <w:t>88.</w:t>
      </w:r>
    </w:p>
    <w:p>
      <w:r>
        <w:t>Rvp 13478/2016</w:t>
      </w:r>
    </w:p>
    <w:p>
      <w:r>
        <w:t>sp. zn. 16 Co 389/2013 z 29. októbra 2014</w:t>
      </w:r>
    </w:p>
    <w:p>
      <w:r>
        <w:t>89.</w:t>
      </w:r>
    </w:p>
    <w:p>
      <w:r>
        <w:t>Rvp 13479/2016</w:t>
      </w:r>
    </w:p>
    <w:p>
      <w:r>
        <w:t>sp. zn. 17 Co 159/2014 z 12. novembra 2014</w:t>
      </w:r>
    </w:p>
    <w:p>
      <w:r>
        <w:t>90.</w:t>
      </w:r>
    </w:p>
    <w:p>
      <w:r>
        <w:t>Rvp 13480/2016</w:t>
      </w:r>
    </w:p>
    <w:p>
      <w:r>
        <w:t>sp. zn. 16 Co 401/2013 zo 16. septembra 2014</w:t>
      </w:r>
    </w:p>
    <w:p>
      <w:r>
        <w:t>91.</w:t>
      </w:r>
    </w:p>
    <w:p>
      <w:r>
        <w:t>Rvp 13481/2016</w:t>
      </w:r>
    </w:p>
    <w:p>
      <w:r>
        <w:t>sp. zn. 19 Co 662/2013 zo 4. septembra 2014</w:t>
      </w:r>
    </w:p>
    <w:p>
      <w:r>
        <w:t>92.</w:t>
      </w:r>
    </w:p>
    <w:p>
      <w:r>
        <w:t>Rvp 13482/2016</w:t>
      </w:r>
    </w:p>
    <w:p>
      <w:r>
        <w:t>sp. zn. 4 Co 554/2013 z 24. júla 2014</w:t>
      </w:r>
    </w:p>
    <w:p>
      <w:r>
        <w:t>93.</w:t>
      </w:r>
    </w:p>
    <w:p>
      <w:r>
        <w:t>Rvp 13483/2016</w:t>
      </w:r>
    </w:p>
    <w:p>
      <w:r>
        <w:t>sp. zn. 17 Co 45/2014 z 27. augusta 2014</w:t>
      </w:r>
    </w:p>
    <w:p>
      <w:r>
        <w:t>94.</w:t>
      </w:r>
    </w:p>
    <w:p>
      <w:r>
        <w:t>Rvp 13484/2016</w:t>
      </w:r>
    </w:p>
    <w:p>
      <w:r>
        <w:t>sp. zn. 4 Co 32/2015 z 30. júna 2015</w:t>
      </w:r>
    </w:p>
    <w:p>
      <w:r>
        <w:t>95.</w:t>
      </w:r>
    </w:p>
    <w:p>
      <w:r>
        <w:t>Rvp 13485/2016</w:t>
      </w:r>
    </w:p>
    <w:p>
      <w:r>
        <w:t>sp. zn. 17 Co 1240/2015 z 27. januára 2016</w:t>
      </w:r>
    </w:p>
    <w:p>
      <w:r>
        <w:t>96.</w:t>
      </w:r>
    </w:p>
    <w:p>
      <w:r>
        <w:t>Rvp 13486/2016</w:t>
      </w:r>
    </w:p>
    <w:p>
      <w:r>
        <w:t>sp. zn. 6 Co 504/2014 zo 16. decembra 2014</w:t>
      </w:r>
    </w:p>
    <w:p>
      <w:r>
        <w:t>97.</w:t>
      </w:r>
    </w:p>
    <w:p>
      <w:r>
        <w:t>Rvp 13487/2016</w:t>
      </w:r>
    </w:p>
    <w:p>
      <w:r>
        <w:t>sp. zn. 5 Co 211/2014 z 12. novembra 2014</w:t>
      </w:r>
    </w:p>
    <w:p>
      <w:r>
        <w:t>98.</w:t>
      </w:r>
    </w:p>
    <w:p>
      <w:r>
        <w:t>Rvp 13488/2016</w:t>
      </w:r>
    </w:p>
    <w:p>
      <w:r>
        <w:t>sp. zn. 4Co 555/2014 z 27. januára 2015</w:t>
      </w:r>
    </w:p>
    <w:p>
      <w:r>
        <w:t>5</w:t>
      </w:r>
    </w:p>
    <w:p>
      <w:r>
        <w:t>99.</w:t>
      </w:r>
    </w:p>
    <w:p>
      <w:r>
        <w:t>Rvp 14744/2016</w:t>
      </w:r>
    </w:p>
    <w:p>
      <w:r>
        <w:t>sp. zn. 17 Co 377/2015 z 9. septembra 2015</w:t>
      </w:r>
    </w:p>
    <w:p>
      <w:r>
        <w:t>100. Rvp 14745/2016</w:t>
      </w:r>
    </w:p>
    <w:p>
      <w:r>
        <w:t>sp. zn. 19 Co 144/2014 z 18. decembra 2014</w:t>
      </w:r>
    </w:p>
    <w:p>
      <w:r>
        <w:t>101. Rvp 14746/2016</w:t>
      </w:r>
    </w:p>
    <w:p>
      <w:r>
        <w:t>sp. zn. 5 Co 463/2014 z 10. decembra 2014</w:t>
      </w:r>
    </w:p>
    <w:p>
      <w:r>
        <w:t>102. Rvp 14747/2016</w:t>
      </w:r>
    </w:p>
    <w:p>
      <w:r>
        <w:t>sp. zn. 5 Co 306/2014 z 3. decembra 2014</w:t>
      </w:r>
    </w:p>
    <w:p>
      <w:r>
        <w:t>103. Rvp 14748/2016</w:t>
      </w:r>
    </w:p>
    <w:p>
      <w:r>
        <w:t>sp. zn. 4 Co 938/2014 z 26. marca 2015</w:t>
      </w:r>
    </w:p>
    <w:p>
      <w:r>
        <w:t>104. Rvp 14749/2016</w:t>
      </w:r>
    </w:p>
    <w:p>
      <w:r>
        <w:t>sp. zn. 4 Co 628/2013 z 24. júla 2014</w:t>
      </w:r>
    </w:p>
    <w:p>
      <w:r>
        <w:t>105. Rvp 14750/2016</w:t>
      </w:r>
    </w:p>
    <w:p>
      <w:r>
        <w:t>sp. zn. 4 Co 646/2013 z 28. augusta 2014</w:t>
      </w:r>
    </w:p>
    <w:p>
      <w:r>
        <w:t>106. Rvp 14751/2016</w:t>
      </w:r>
    </w:p>
    <w:p>
      <w:r>
        <w:t>sp. zn. 19 Co 546/2013 z 30. júla 2014</w:t>
      </w:r>
    </w:p>
    <w:p>
      <w:r>
        <w:t>107. Rvp 14752/2016</w:t>
      </w:r>
    </w:p>
    <w:p>
      <w:r>
        <w:t>sp. zn. 4 Co 581/2013 z 24. júla 2015</w:t>
      </w:r>
    </w:p>
    <w:p>
      <w:r>
        <w:t>108. Rvp 14753/2016</w:t>
      </w:r>
    </w:p>
    <w:p>
      <w:r>
        <w:t>sp. zn. 17 Co 214/2014 z 15. októbra 2014</w:t>
      </w:r>
    </w:p>
    <w:p>
      <w:r>
        <w:t>109. Rvp 14754/2016</w:t>
      </w:r>
    </w:p>
    <w:p>
      <w:r>
        <w:t>sp. zn. 8 Co 153/2013 z 28. novembra 2013</w:t>
      </w:r>
    </w:p>
    <w:p>
      <w:r>
        <w:t>110. Rvp 14755/2016</w:t>
      </w:r>
    </w:p>
    <w:p>
      <w:r>
        <w:t>sp. zn. 16 Co 364/2013 z 22. decembra 2014</w:t>
      </w:r>
    </w:p>
    <w:p>
      <w:r>
        <w:t>111. Rvp 14756/2016</w:t>
      </w:r>
    </w:p>
    <w:p>
      <w:r>
        <w:t>sp. zn. 4 Co 796/2014 z 26. februára 2015</w:t>
      </w:r>
    </w:p>
    <w:p>
      <w:r>
        <w:t>112. Rvp 14757/2016</w:t>
      </w:r>
    </w:p>
    <w:p>
      <w:r>
        <w:t>sp. zn. 6 Co 362/2014 z 19. augusta 2014</w:t>
      </w:r>
    </w:p>
    <w:p>
      <w:r>
        <w:t>113. Rvp 14758/2016</w:t>
      </w:r>
    </w:p>
    <w:p>
      <w:r>
        <w:t>sp. zn. 16 Co 233/2013 z 25. novembra 2014</w:t>
      </w:r>
    </w:p>
    <w:p>
      <w:r>
        <w:t>6</w:t>
      </w:r>
    </w:p>
    <w:p/>
    <w:p>
      <w:r>
        <w:t>Zdroj: KAUZIS.SK – https://www.kauzis.sk/judikatura/r/ECLI:SK:USSR:2017:2.US.652.2017.2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