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653/2017 z 15. 11. 2017</w:t>
      </w:r>
    </w:p>
    <w:p>
      <w:r>
        <w:t>Uznesenie Ústavného súdu SR z 15. novembra 2017, sp. zn. II. ÚS 653/2017, ECLI:SK:USSR:2017:2.US.653.2017.2</w:t>
      </w:r>
    </w:p>
    <w:p>
      <w:r>
        <w:t>Súd: Ústavný súd Slovenskej republiky</w:t>
      </w:r>
    </w:p>
    <w:p>
      <w:r>
        <w:t>Spisová značka: II. ÚS 653/2017</w:t>
      </w:r>
    </w:p>
    <w:p>
      <w:r>
        <w:t>ECLI: ECLI:SK:USSR:2017:2.US.653.2017.2</w:t>
      </w:r>
    </w:p>
    <w:p>
      <w:r>
        <w:t>Dátum vydania: 15. 11.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653/2017-22 Ústavný súd Slovenskej republiky na neverejnom zasadnutí 15. novembra 2017 v senáte zloženom z predsedu Ladislava Orosza (sudca spravodajca), zo sudkyne Ľudmily Gajdošíkovej a sudcu Lajosa Mészárosa v konaní o sťažnostiach obchodnej spoločnosti POHOTOVOSŤ, s. r. o., Pribinova 25, Bratislava, zastúpenej advokátskou kanceláriou Fridrich Paľko, s. r. o., Grösslingová 4, Bratislava, v mene ktorej koná advokát doc. JUDr. Branislav Fridrich, PhD., vo veci namietaného porušenia jej základného práva podľa čl. 46 ods. 1 Ústavy Slovenskej republiky a práva podľa čl. 6 ods. 1 Dohovoru o ochrane ľudských práv a základných slobôd uzneseniami Krajského súdu v Trenčíne uvedenými</w:t>
      </w:r>
    </w:p>
    <w:p>
      <w:r>
        <w:t>v prílohe</w:t>
      </w:r>
    </w:p>
    <w:p>
      <w:r>
        <w:t>tohto</w:t>
      </w:r>
    </w:p>
    <w:p>
      <w:r>
        <w:t>rozhodnutia,</w:t>
      </w:r>
    </w:p>
    <w:p>
      <w:r>
        <w:t>ako</w:t>
      </w:r>
    </w:p>
    <w:p>
      <w:r>
        <w:t>aj</w:t>
      </w:r>
    </w:p>
    <w:p>
      <w:r>
        <w:t>postupom,</w:t>
      </w:r>
    </w:p>
    <w:p>
      <w:r>
        <w:t>ktorý</w:t>
      </w:r>
    </w:p>
    <w:p>
      <w:r>
        <w:t>predchádzal</w:t>
      </w:r>
    </w:p>
    <w:p>
      <w:r>
        <w:t>ich vydaniu, takto rozhodol: Konanie o sťažnostiach obchodnej spoločnosti POHOTOVOSŤ, s. r. o., vedené pod sp. zn. II. ÚS 653/2017 z a s t a v u j e . Odôvodnenie: 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(ďalej</w:t>
      </w:r>
    </w:p>
    <w:p>
      <w:r>
        <w:t>aj</w:t>
      </w:r>
    </w:p>
    <w:p>
      <w:r>
        <w:t>„ústavný</w:t>
      </w:r>
    </w:p>
    <w:p>
      <w:r>
        <w:t>súd“)</w:t>
      </w:r>
    </w:p>
    <w:p>
      <w:r>
        <w:t>uznesením</w:t>
      </w:r>
    </w:p>
    <w:p>
      <w:r>
        <w:t>č. k. II. ÚS 653/2017-8 z 18. októbra 2017 (ďalej aj „uznesenie“) uložil obchodnej spoločnosti POHOTOVOSŤ, s. r. o., Pribinova 25, Bratislava (ďalej len „sťažovateľka“),</w:t>
      </w:r>
    </w:p>
    <w:p>
      <w:r>
        <w:t>povinnosť zaplatiť súdny poplatok v sume 3 990 € do 7 dní odo dňa doručenia uznesenia na účet Kancelárie Ústavného súdu Slovenskej republiky za 133 uznesením spojených sťažností sťažovateľky.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653/2017 zastavil. P o u č e n i e : Proti tomuto uzneseniu nemožno podať opravný prostriedok. V Košiciach 15. novembra 2017</w:t>
      </w:r>
    </w:p>
    <w:p>
      <w:r>
        <w:t>2</w:t>
      </w:r>
    </w:p>
    <w:p>
      <w:r>
        <w:t>Príloha k uzneseniu Ústavného súdu Slovenskej republiky sp. zn. II. ÚS 653/2017 Por.</w:t>
      </w:r>
    </w:p>
    <w:p>
      <w:r>
        <w:t>sp. zn. sťažností vedených</w:t>
      </w:r>
    </w:p>
    <w:p>
      <w:r>
        <w:t>sp. zn. uznesení Krajského súdu v Trenčíne</w:t>
      </w:r>
    </w:p>
    <w:p>
      <w:r>
        <w:t>č. 1.</w:t>
      </w:r>
    </w:p>
    <w:p>
      <w:r>
        <w:t>ústavným súdom (Rvp) Rvp 10369/2016</w:t>
      </w:r>
    </w:p>
    <w:p>
      <w:r>
        <w:t>sp. zn.19 Co 69/2016 z 19. mája 2016</w:t>
      </w:r>
    </w:p>
    <w:p>
      <w:r>
        <w:t>2.</w:t>
      </w:r>
    </w:p>
    <w:p>
      <w:r>
        <w:t>Rvp 10370/2016</w:t>
      </w:r>
    </w:p>
    <w:p>
      <w:r>
        <w:t>sp. zn.19 Co 181/2016 z 9. júna 2016</w:t>
      </w:r>
    </w:p>
    <w:p>
      <w:r>
        <w:t>3.</w:t>
      </w:r>
    </w:p>
    <w:p>
      <w:r>
        <w:t>Rvp 10371/2016</w:t>
      </w:r>
    </w:p>
    <w:p>
      <w:r>
        <w:t>sp. zn. 5 Co 501/2015 z 13. januára 2016</w:t>
      </w:r>
    </w:p>
    <w:p>
      <w:r>
        <w:t>4.</w:t>
      </w:r>
    </w:p>
    <w:p>
      <w:r>
        <w:t>Rvp 10372/2016</w:t>
      </w:r>
    </w:p>
    <w:p>
      <w:r>
        <w:t>sp. zn. 19 Co 499/2015 zo 14. januára 2016</w:t>
      </w:r>
    </w:p>
    <w:p>
      <w:r>
        <w:t>5.</w:t>
      </w:r>
    </w:p>
    <w:p>
      <w:r>
        <w:t>Rvp 10373/2016</w:t>
      </w:r>
    </w:p>
    <w:p>
      <w:r>
        <w:t>sp. zn. 19 Co 429/2015 zo 14. januára 2016</w:t>
      </w:r>
    </w:p>
    <w:p>
      <w:r>
        <w:t>6.</w:t>
      </w:r>
    </w:p>
    <w:p>
      <w:r>
        <w:t>Rvp 10374/2016</w:t>
      </w:r>
    </w:p>
    <w:p>
      <w:r>
        <w:t>sp. zn. 19 Co 223/2016 z 31. mája 2016</w:t>
      </w:r>
    </w:p>
    <w:p>
      <w:r>
        <w:t>7.</w:t>
      </w:r>
    </w:p>
    <w:p>
      <w:r>
        <w:t>Rvp 10375/2016</w:t>
      </w:r>
    </w:p>
    <w:p>
      <w:r>
        <w:t>sp. zn. 17 Co 291/2016 z 24. mája 2016</w:t>
      </w:r>
    </w:p>
    <w:p>
      <w:r>
        <w:t>8.</w:t>
      </w:r>
    </w:p>
    <w:p>
      <w:r>
        <w:t>Rvp 10376/2016</w:t>
      </w:r>
    </w:p>
    <w:p>
      <w:r>
        <w:t>sp. zn. 19 Co 111/2016 z 9. júna 2016</w:t>
      </w:r>
    </w:p>
    <w:p>
      <w:r>
        <w:t>9.</w:t>
      </w:r>
    </w:p>
    <w:p>
      <w:r>
        <w:t>Rvp 10377/2016</w:t>
      </w:r>
    </w:p>
    <w:p>
      <w:r>
        <w:t>sp. zn. 8 Co 103/2015 z 25. mája 2016</w:t>
      </w:r>
    </w:p>
    <w:p>
      <w:r>
        <w:t>10.</w:t>
      </w:r>
    </w:p>
    <w:p>
      <w:r>
        <w:t>Rvp 10378/2016</w:t>
      </w:r>
    </w:p>
    <w:p>
      <w:r>
        <w:t>sp. zn. 5 Co 823/2015 z 18. mája 2016</w:t>
      </w:r>
    </w:p>
    <w:p>
      <w:r>
        <w:t>11.</w:t>
      </w:r>
    </w:p>
    <w:p>
      <w:r>
        <w:t>Rvp 10379/2016</w:t>
      </w:r>
    </w:p>
    <w:p>
      <w:r>
        <w:t>sp. zn. 4 Co 212/2016 z 19. mája 2016</w:t>
      </w:r>
    </w:p>
    <w:p>
      <w:r>
        <w:t>12.</w:t>
      </w:r>
    </w:p>
    <w:p>
      <w:r>
        <w:t>Rvp 10380/2016</w:t>
      </w:r>
    </w:p>
    <w:p>
      <w:r>
        <w:t>sp. zn. 17 Co 514/2015 z 24. mája 2016</w:t>
      </w:r>
    </w:p>
    <w:p>
      <w:r>
        <w:t>13.</w:t>
      </w:r>
    </w:p>
    <w:p>
      <w:r>
        <w:t>Rvp 10381/2016</w:t>
      </w:r>
    </w:p>
    <w:p>
      <w:r>
        <w:t>sp. zn. 17 Co 511/2015 z 24. mája 2016</w:t>
      </w:r>
    </w:p>
    <w:p>
      <w:r>
        <w:t>14.</w:t>
      </w:r>
    </w:p>
    <w:p>
      <w:r>
        <w:t>Rvp 10382/2016</w:t>
      </w:r>
    </w:p>
    <w:p>
      <w:r>
        <w:t>sp. zn. 8 Co 87/2015 z 25. mája 2016</w:t>
      </w:r>
    </w:p>
    <w:p>
      <w:r>
        <w:t>15.</w:t>
      </w:r>
    </w:p>
    <w:p>
      <w:r>
        <w:t>Rvp 10383/2016</w:t>
      </w:r>
    </w:p>
    <w:p>
      <w:r>
        <w:t>sp. zn. 17 Co 533/2015 z 24. mája 2016</w:t>
      </w:r>
    </w:p>
    <w:p>
      <w:r>
        <w:t>16.</w:t>
      </w:r>
    </w:p>
    <w:p>
      <w:r>
        <w:t>Rvp 10384/2016</w:t>
      </w:r>
    </w:p>
    <w:p>
      <w:r>
        <w:t>sp. zn. 17 Co 527/2015 z 24. mája 2016</w:t>
      </w:r>
    </w:p>
    <w:p>
      <w:r>
        <w:t>17.</w:t>
      </w:r>
    </w:p>
    <w:p>
      <w:r>
        <w:t>Rvp 10385/2016</w:t>
      </w:r>
    </w:p>
    <w:p>
      <w:r>
        <w:t>sp. zn. 17 Co 530/2015 z 24. mája 2016</w:t>
      </w:r>
    </w:p>
    <w:p>
      <w:r>
        <w:t>18.</w:t>
      </w:r>
    </w:p>
    <w:p>
      <w:r>
        <w:t>Rvp 10850/2016</w:t>
      </w:r>
    </w:p>
    <w:p>
      <w:r>
        <w:t>sp. zn. 5 Co 898/2015 z 31. mája 2016</w:t>
      </w:r>
    </w:p>
    <w:p>
      <w:r>
        <w:t>19.</w:t>
      </w:r>
    </w:p>
    <w:p>
      <w:r>
        <w:t>Rvp 10851/2016</w:t>
      </w:r>
    </w:p>
    <w:p>
      <w:r>
        <w:t>sp. zn. 5 Co 925/2015 z 15. júna 2016</w:t>
      </w:r>
    </w:p>
    <w:p>
      <w:r>
        <w:t>20.</w:t>
      </w:r>
    </w:p>
    <w:p>
      <w:r>
        <w:t>Rvp 10852/2016</w:t>
      </w:r>
    </w:p>
    <w:p>
      <w:r>
        <w:t>sp. zn. 6 Co 283/2016 z 25. mája 2016</w:t>
      </w:r>
    </w:p>
    <w:p>
      <w:r>
        <w:t>21.</w:t>
      </w:r>
    </w:p>
    <w:p>
      <w:r>
        <w:t>Rvp 10853/2016</w:t>
      </w:r>
    </w:p>
    <w:p>
      <w:r>
        <w:t>sp. zn. 6 Co 257/2016 z 24. mája 2016</w:t>
      </w:r>
    </w:p>
    <w:p>
      <w:r>
        <w:t>22.</w:t>
      </w:r>
    </w:p>
    <w:p>
      <w:r>
        <w:t>Rvp 10854/2016</w:t>
      </w:r>
    </w:p>
    <w:p>
      <w:r>
        <w:t>sp. zn. 17 Co 496/2015 z 18. mája 2016</w:t>
      </w:r>
    </w:p>
    <w:p>
      <w:r>
        <w:t>23.</w:t>
      </w:r>
    </w:p>
    <w:p>
      <w:r>
        <w:t>Rvp 10855/2016</w:t>
      </w:r>
    </w:p>
    <w:p>
      <w:r>
        <w:t>sp. zn. 6 Co 255/2016 z 24. mája 2016</w:t>
      </w:r>
    </w:p>
    <w:p>
      <w:r>
        <w:t>24.</w:t>
      </w:r>
    </w:p>
    <w:p>
      <w:r>
        <w:t>Rvp 10856/2016</w:t>
      </w:r>
    </w:p>
    <w:p>
      <w:r>
        <w:t>sp. zn. 6 Co 284/2016 z 24. mája 2016</w:t>
      </w:r>
    </w:p>
    <w:p>
      <w:r>
        <w:t>25.</w:t>
      </w:r>
    </w:p>
    <w:p>
      <w:r>
        <w:t>Rvp 10857/2016</w:t>
      </w:r>
    </w:p>
    <w:p>
      <w:r>
        <w:t>sp. zn. 5 Co 201/2016 z 15. júna 2016</w:t>
      </w:r>
    </w:p>
    <w:p>
      <w:r>
        <w:t>26.</w:t>
      </w:r>
    </w:p>
    <w:p>
      <w:r>
        <w:t>Rvp 10858/2016</w:t>
      </w:r>
    </w:p>
    <w:p>
      <w:r>
        <w:t>sp. zn. 17 Co 584/2015 z 24. mája 2016</w:t>
      </w:r>
    </w:p>
    <w:p>
      <w:r>
        <w:t>27.</w:t>
      </w:r>
    </w:p>
    <w:p>
      <w:r>
        <w:t>Rvp 10859/2016</w:t>
      </w:r>
    </w:p>
    <w:p>
      <w:r>
        <w:t>sp. zn. 17 Co 504/2015 z 24. mája 2016</w:t>
      </w:r>
    </w:p>
    <w:p>
      <w:r>
        <w:t>28.</w:t>
      </w:r>
    </w:p>
    <w:p>
      <w:r>
        <w:t>Rvp 10860/2016</w:t>
      </w:r>
    </w:p>
    <w:p>
      <w:r>
        <w:t>sp. zn. 17 Co 507/2015 z 18. mája 2016</w:t>
      </w:r>
    </w:p>
    <w:p>
      <w:r>
        <w:t>29.</w:t>
      </w:r>
    </w:p>
    <w:p>
      <w:r>
        <w:t>Rvp 10861/2016</w:t>
      </w:r>
    </w:p>
    <w:p>
      <w:r>
        <w:t>sp. zn. 17 Co 536/2015 z 18. mája 2016</w:t>
      </w:r>
    </w:p>
    <w:p>
      <w:r>
        <w:t>3</w:t>
      </w:r>
    </w:p>
    <w:p>
      <w:r>
        <w:t>30.</w:t>
      </w:r>
    </w:p>
    <w:p>
      <w:r>
        <w:t>Rvp 10862/2016</w:t>
      </w:r>
    </w:p>
    <w:p>
      <w:r>
        <w:t>sp. zn. 5 Co 28/2016 z 15. júna 2016</w:t>
      </w:r>
    </w:p>
    <w:p>
      <w:r>
        <w:t>31.</w:t>
      </w:r>
    </w:p>
    <w:p>
      <w:r>
        <w:t>Rvp 10863/2016</w:t>
      </w:r>
    </w:p>
    <w:p>
      <w:r>
        <w:t>sp. zn. 5 Co 25/2016 z 15. júna 2016</w:t>
      </w:r>
    </w:p>
    <w:p>
      <w:r>
        <w:t>32.</w:t>
      </w:r>
    </w:p>
    <w:p>
      <w:r>
        <w:t>Rvp 10864/2016</w:t>
      </w:r>
    </w:p>
    <w:p>
      <w:r>
        <w:t>sp. zn. 5 Co 15/2016 z 31. mája 2016</w:t>
      </w:r>
    </w:p>
    <w:p>
      <w:r>
        <w:t>33.</w:t>
      </w:r>
    </w:p>
    <w:p>
      <w:r>
        <w:t>Rvp 10865/2016</w:t>
      </w:r>
    </w:p>
    <w:p>
      <w:r>
        <w:t>sp. zn. 6 Co 246/2016 z 24. mája 2016</w:t>
      </w:r>
    </w:p>
    <w:p>
      <w:r>
        <w:t>34.</w:t>
      </w:r>
    </w:p>
    <w:p>
      <w:r>
        <w:t>Rvp 10866/2016</w:t>
      </w:r>
    </w:p>
    <w:p>
      <w:r>
        <w:t>sp. zn. 5 Co 962/2015 z 15. júna 2016</w:t>
      </w:r>
    </w:p>
    <w:p>
      <w:r>
        <w:t>35.</w:t>
      </w:r>
    </w:p>
    <w:p>
      <w:r>
        <w:t>Rvp 11292/2016</w:t>
      </w:r>
    </w:p>
    <w:p>
      <w:r>
        <w:t>sp. zn. 6 Co 256/2016 z 31. mája 2016</w:t>
      </w:r>
    </w:p>
    <w:p>
      <w:r>
        <w:t>36.</w:t>
      </w:r>
    </w:p>
    <w:p>
      <w:r>
        <w:t>Rvp 11293/2016</w:t>
      </w:r>
    </w:p>
    <w:p>
      <w:r>
        <w:t>sp. zn. 17 Co 319/2016 z 22. júna 2016</w:t>
      </w:r>
    </w:p>
    <w:p>
      <w:r>
        <w:t>37.</w:t>
      </w:r>
    </w:p>
    <w:p>
      <w:r>
        <w:t>Rvp 11294/2016</w:t>
      </w:r>
    </w:p>
    <w:p>
      <w:r>
        <w:t>sp. zn. 17 Co 1112/2015 z 22. júna 2016</w:t>
      </w:r>
    </w:p>
    <w:p>
      <w:r>
        <w:t>38.</w:t>
      </w:r>
    </w:p>
    <w:p>
      <w:r>
        <w:t>Rvp 11295/2016</w:t>
      </w:r>
    </w:p>
    <w:p>
      <w:r>
        <w:t>sp. zn. 17 Co 572/2015 z 24. mája 2016</w:t>
      </w:r>
    </w:p>
    <w:p>
      <w:r>
        <w:t>39.</w:t>
      </w:r>
    </w:p>
    <w:p>
      <w:r>
        <w:t>Rvp 11296/2016</w:t>
      </w:r>
    </w:p>
    <w:p>
      <w:r>
        <w:t>sp. zn. 17 Co 590/2015 z 24. mája 2016</w:t>
      </w:r>
    </w:p>
    <w:p>
      <w:r>
        <w:t>40.</w:t>
      </w:r>
    </w:p>
    <w:p>
      <w:r>
        <w:t>Rvp 11297/2016</w:t>
      </w:r>
    </w:p>
    <w:p>
      <w:r>
        <w:t>sp. zn. 5 Co 12/2016 z 15. júna 2016</w:t>
      </w:r>
    </w:p>
    <w:p>
      <w:r>
        <w:t>41.</w:t>
      </w:r>
    </w:p>
    <w:p>
      <w:r>
        <w:t>Rvp 11298/2016</w:t>
      </w:r>
    </w:p>
    <w:p>
      <w:r>
        <w:t>sp. zn. 17 Co 310/2016 zo 16. júna 2016</w:t>
      </w:r>
    </w:p>
    <w:p>
      <w:r>
        <w:t>42.</w:t>
      </w:r>
    </w:p>
    <w:p>
      <w:r>
        <w:t>Rvp 11299/2016</w:t>
      </w:r>
    </w:p>
    <w:p>
      <w:r>
        <w:t>sp. zn. 17 Co 587/2015 z 24. mája 2016</w:t>
      </w:r>
    </w:p>
    <w:p>
      <w:r>
        <w:t>43.</w:t>
      </w:r>
    </w:p>
    <w:p>
      <w:r>
        <w:t>Rvp 11300/2016</w:t>
      </w:r>
    </w:p>
    <w:p>
      <w:r>
        <w:t>sp. zn. 6 Co 391/2015 z 24. mája 2016</w:t>
      </w:r>
    </w:p>
    <w:p>
      <w:r>
        <w:t>44.</w:t>
      </w:r>
    </w:p>
    <w:p>
      <w:r>
        <w:t>Rvp 11301/2016</w:t>
      </w:r>
    </w:p>
    <w:p>
      <w:r>
        <w:t>sp. zn. 5 Co 72/2016 z 15. júna 2016</w:t>
      </w:r>
    </w:p>
    <w:p>
      <w:r>
        <w:t>45.</w:t>
      </w:r>
    </w:p>
    <w:p>
      <w:r>
        <w:t>Rvp 11302/2016</w:t>
      </w:r>
    </w:p>
    <w:p>
      <w:r>
        <w:t>sp. zn. 4 Co 67/2016 z 30. júna 2016</w:t>
      </w:r>
    </w:p>
    <w:p>
      <w:r>
        <w:t>46.</w:t>
      </w:r>
    </w:p>
    <w:p>
      <w:r>
        <w:t>Rvp 11303/2016</w:t>
      </w:r>
    </w:p>
    <w:p>
      <w:r>
        <w:t>sp. zn. 5 Co 795/2015 z 22. júna 2016</w:t>
      </w:r>
    </w:p>
    <w:p>
      <w:r>
        <w:t>47.</w:t>
      </w:r>
    </w:p>
    <w:p>
      <w:r>
        <w:t>Rvp 11304/2016</w:t>
      </w:r>
    </w:p>
    <w:p>
      <w:r>
        <w:t>sp. zn. 17 Co 569/2015 z 24. mája 2016</w:t>
      </w:r>
    </w:p>
    <w:p>
      <w:r>
        <w:t>48.</w:t>
      </w:r>
    </w:p>
    <w:p>
      <w:r>
        <w:t>Rvp 11305/2016</w:t>
      </w:r>
    </w:p>
    <w:p>
      <w:r>
        <w:t>sp. zn. 19 Co 739/2015 z 19. mája 2016</w:t>
      </w:r>
    </w:p>
    <w:p>
      <w:r>
        <w:t>49.</w:t>
      </w:r>
    </w:p>
    <w:p>
      <w:r>
        <w:t>Rvp 11306/2016</w:t>
      </w:r>
    </w:p>
    <w:p>
      <w:r>
        <w:t>sp. zn. 5 Co 826/2015 z 15. júna 2016</w:t>
      </w:r>
    </w:p>
    <w:p>
      <w:r>
        <w:t>50.</w:t>
      </w:r>
    </w:p>
    <w:p>
      <w:r>
        <w:t>Rvp 11307/2016</w:t>
      </w:r>
    </w:p>
    <w:p>
      <w:r>
        <w:t>sp. zn. 5 Co 870/2015 z 15. júna 2016</w:t>
      </w:r>
    </w:p>
    <w:p>
      <w:r>
        <w:t>51.</w:t>
      </w:r>
    </w:p>
    <w:p>
      <w:r>
        <w:t>Rvp 11308/2016</w:t>
      </w:r>
    </w:p>
    <w:p>
      <w:r>
        <w:t>sp. zn. 6 Co 658/2015 z 31. mája 2016</w:t>
      </w:r>
    </w:p>
    <w:p>
      <w:r>
        <w:t>52.</w:t>
      </w:r>
    </w:p>
    <w:p>
      <w:r>
        <w:t>Rvp 11309/2016</w:t>
      </w:r>
    </w:p>
    <w:p>
      <w:r>
        <w:t>sp. zn. 6 Co 683/2015 z 31. mája 2016</w:t>
      </w:r>
    </w:p>
    <w:p>
      <w:r>
        <w:t>53.</w:t>
      </w:r>
    </w:p>
    <w:p>
      <w:r>
        <w:t>Rvp 11310/2016</w:t>
      </w:r>
    </w:p>
    <w:p>
      <w:r>
        <w:t>sp. zn. 5 Co 78/2016 z 15. júna 2016</w:t>
      </w:r>
    </w:p>
    <w:p>
      <w:r>
        <w:t>54.</w:t>
      </w:r>
    </w:p>
    <w:p>
      <w:r>
        <w:t>Rvp 11311/2016</w:t>
      </w:r>
    </w:p>
    <w:p>
      <w:r>
        <w:t>sp. zn. 6 Co 269/2016 z 24. mája 2016</w:t>
      </w:r>
    </w:p>
    <w:p>
      <w:r>
        <w:t>55.</w:t>
      </w:r>
    </w:p>
    <w:p>
      <w:r>
        <w:t>Rvp 11312/2016</w:t>
      </w:r>
    </w:p>
    <w:p>
      <w:r>
        <w:t>sp. zn. 5 Co 75/2016 z 15. júna 2016</w:t>
      </w:r>
    </w:p>
    <w:p>
      <w:r>
        <w:t>56.</w:t>
      </w:r>
    </w:p>
    <w:p>
      <w:r>
        <w:t>Rvp 11313/2016</w:t>
      </w:r>
    </w:p>
    <w:p>
      <w:r>
        <w:t>sp. zn. 17 Co 485/2015 z 18. mája 2016</w:t>
      </w:r>
    </w:p>
    <w:p>
      <w:r>
        <w:t>57.</w:t>
      </w:r>
    </w:p>
    <w:p>
      <w:r>
        <w:t>Rvp 11314/2016</w:t>
      </w:r>
    </w:p>
    <w:p>
      <w:r>
        <w:t>sp. zn. 17 Co 476/2015 z 18. mája 2016</w:t>
      </w:r>
    </w:p>
    <w:p>
      <w:r>
        <w:t>58.</w:t>
      </w:r>
    </w:p>
    <w:p>
      <w:r>
        <w:t>Rvp 11782/2016</w:t>
      </w:r>
    </w:p>
    <w:p>
      <w:r>
        <w:t>sp. zn. 5 Co 908/2015 z 29. júna 2016</w:t>
      </w:r>
    </w:p>
    <w:p>
      <w:r>
        <w:t>59.</w:t>
      </w:r>
    </w:p>
    <w:p>
      <w:r>
        <w:t>Rvp 11783/2016</w:t>
      </w:r>
    </w:p>
    <w:p>
      <w:r>
        <w:t>sp. zn. 5 Co 999/2015 z 29. júna 2016</w:t>
      </w:r>
    </w:p>
    <w:p>
      <w:r>
        <w:t>60.</w:t>
      </w:r>
    </w:p>
    <w:p>
      <w:r>
        <w:t>Rvp 12116/2016</w:t>
      </w:r>
    </w:p>
    <w:p>
      <w:r>
        <w:t>sp. zn. 5 Co 904/2014 z 29. júna 2016</w:t>
      </w:r>
    </w:p>
    <w:p>
      <w:r>
        <w:t>61.</w:t>
      </w:r>
    </w:p>
    <w:p>
      <w:r>
        <w:t>Rvp 12117/2016</w:t>
      </w:r>
    </w:p>
    <w:p>
      <w:r>
        <w:t>sp. zn. 19 Co 742/2015 z 30. júna 2016</w:t>
      </w:r>
    </w:p>
    <w:p>
      <w:r>
        <w:t>62.</w:t>
      </w:r>
    </w:p>
    <w:p>
      <w:r>
        <w:t>Rvp 12118/2016</w:t>
      </w:r>
    </w:p>
    <w:p>
      <w:r>
        <w:t>sp. zn. 19 Co 741/2015 z 30. júna 2016</w:t>
      </w:r>
    </w:p>
    <w:p>
      <w:r>
        <w:t>63.</w:t>
      </w:r>
    </w:p>
    <w:p>
      <w:r>
        <w:t>Rvp 12119/2016</w:t>
      </w:r>
    </w:p>
    <w:p>
      <w:r>
        <w:t>sp. zn. 19 Co 655/2015 z 30. júna 2016</w:t>
      </w:r>
    </w:p>
    <w:p>
      <w:r>
        <w:t>4</w:t>
      </w:r>
    </w:p>
    <w:p>
      <w:r>
        <w:t>64.</w:t>
      </w:r>
    </w:p>
    <w:p>
      <w:r>
        <w:t>Rvp 12120/2016</w:t>
      </w:r>
    </w:p>
    <w:p>
      <w:r>
        <w:t>sp. zn. 6 Co 318/2016 z 30. júna 2016</w:t>
      </w:r>
    </w:p>
    <w:p>
      <w:r>
        <w:t>65.</w:t>
      </w:r>
    </w:p>
    <w:p>
      <w:r>
        <w:t>Rvp 12121/2016</w:t>
      </w:r>
    </w:p>
    <w:p>
      <w:r>
        <w:t>sp. zn. 19 Co 747/2015 z 30. júna 2016</w:t>
      </w:r>
    </w:p>
    <w:p>
      <w:r>
        <w:t>66.</w:t>
      </w:r>
    </w:p>
    <w:p>
      <w:r>
        <w:t>Rvp 12122/2016</w:t>
      </w:r>
    </w:p>
    <w:p>
      <w:r>
        <w:t>sp. zn. 4 Co 236/2016 z 30. júna 2016</w:t>
      </w:r>
    </w:p>
    <w:p>
      <w:r>
        <w:t>67.</w:t>
      </w:r>
    </w:p>
    <w:p>
      <w:r>
        <w:t>Rvp 12123/2016</w:t>
      </w:r>
    </w:p>
    <w:p>
      <w:r>
        <w:t>sp. zn. 4 Co 248/2016 z 20. júna 2016</w:t>
      </w:r>
    </w:p>
    <w:p>
      <w:r>
        <w:t>68.</w:t>
      </w:r>
    </w:p>
    <w:p>
      <w:r>
        <w:t>Rvp 12124/2016</w:t>
      </w:r>
    </w:p>
    <w:p>
      <w:r>
        <w:t>sp. zn. 4 Co 213/2016 z 23. júna 2016</w:t>
      </w:r>
    </w:p>
    <w:p>
      <w:r>
        <w:t>69.</w:t>
      </w:r>
    </w:p>
    <w:p>
      <w:r>
        <w:t>Rvp 12125/2016</w:t>
      </w:r>
    </w:p>
    <w:p>
      <w:r>
        <w:t>sp. zn. 6 Co 717/2015 z 28. júna 2016</w:t>
      </w:r>
    </w:p>
    <w:p>
      <w:r>
        <w:t>70.</w:t>
      </w:r>
    </w:p>
    <w:p>
      <w:r>
        <w:t>Rvp 12126/2016</w:t>
      </w:r>
    </w:p>
    <w:p>
      <w:r>
        <w:t>sp. zn. 17 Co 731/2015 zo 16. júna 2016</w:t>
      </w:r>
    </w:p>
    <w:p>
      <w:r>
        <w:t>71.</w:t>
      </w:r>
    </w:p>
    <w:p>
      <w:r>
        <w:t>Rvp 12127/2016</w:t>
      </w:r>
    </w:p>
    <w:p>
      <w:r>
        <w:t>sp. zn. 4 Co 44/2016 z 19. mája 2016</w:t>
      </w:r>
    </w:p>
    <w:p>
      <w:r>
        <w:t>72.</w:t>
      </w:r>
    </w:p>
    <w:p>
      <w:r>
        <w:t>Rvp 12128/2016</w:t>
      </w:r>
    </w:p>
    <w:p>
      <w:r>
        <w:t>sp. zn. 17 Co 711/2015 zo 16. júna 2016</w:t>
      </w:r>
    </w:p>
    <w:p>
      <w:r>
        <w:t>73.</w:t>
      </w:r>
    </w:p>
    <w:p>
      <w:r>
        <w:t>Rvp 12129/2016</w:t>
      </w:r>
    </w:p>
    <w:p>
      <w:r>
        <w:t>sp. zn. 17 Co 297/2015 zo 16. júna 2016</w:t>
      </w:r>
    </w:p>
    <w:p>
      <w:r>
        <w:t>74.</w:t>
      </w:r>
    </w:p>
    <w:p>
      <w:r>
        <w:t>Rvp 12130/2016</w:t>
      </w:r>
    </w:p>
    <w:p>
      <w:r>
        <w:t>sp. zn. 17 Co 295/2016 zo 16. júna 2016</w:t>
      </w:r>
    </w:p>
    <w:p>
      <w:r>
        <w:t>75.</w:t>
      </w:r>
    </w:p>
    <w:p>
      <w:r>
        <w:t>Rvp 12131/2016</w:t>
      </w:r>
    </w:p>
    <w:p>
      <w:r>
        <w:t>sp. zn. 4 Co 143/2016 z 23. júna 2016</w:t>
      </w:r>
    </w:p>
    <w:p>
      <w:r>
        <w:t>76.</w:t>
      </w:r>
    </w:p>
    <w:p>
      <w:r>
        <w:t>Rvp 12132/2016</w:t>
      </w:r>
    </w:p>
    <w:p>
      <w:r>
        <w:t>sp. zn. 5 Co 926/2015 z 29. júna 2016</w:t>
      </w:r>
    </w:p>
    <w:p>
      <w:r>
        <w:t>77.</w:t>
      </w:r>
    </w:p>
    <w:p>
      <w:r>
        <w:t>Rvp 12133/2016</w:t>
      </w:r>
    </w:p>
    <w:p>
      <w:r>
        <w:t>sp. zn. 5 Co 899/2015 z 29. júna 2016</w:t>
      </w:r>
    </w:p>
    <w:p>
      <w:r>
        <w:t>78.</w:t>
      </w:r>
    </w:p>
    <w:p>
      <w:r>
        <w:t>Rvp 12250/2016</w:t>
      </w:r>
    </w:p>
    <w:p>
      <w:r>
        <w:t>sp. zn. 5 Co 900/2015 z 29. júna 2016</w:t>
      </w:r>
    </w:p>
    <w:p>
      <w:r>
        <w:t>79.</w:t>
      </w:r>
    </w:p>
    <w:p>
      <w:r>
        <w:t>Rvp 12251/2016</w:t>
      </w:r>
    </w:p>
    <w:p>
      <w:r>
        <w:t>sp. zn. 5 Co 905/2015 z 29. júna 2016</w:t>
      </w:r>
    </w:p>
    <w:p>
      <w:r>
        <w:t>80.</w:t>
      </w:r>
    </w:p>
    <w:p>
      <w:r>
        <w:t>Rvp 12252/2016</w:t>
      </w:r>
    </w:p>
    <w:p>
      <w:r>
        <w:t>sp. zn. 4 Co 191/2016 z 23. júna 2016</w:t>
      </w:r>
    </w:p>
    <w:p>
      <w:r>
        <w:t>81.</w:t>
      </w:r>
    </w:p>
    <w:p>
      <w:r>
        <w:t>Rvp 13025/2016</w:t>
      </w:r>
    </w:p>
    <w:p>
      <w:r>
        <w:t>sp. zn. 5 Co 948/2015 z 29. júna 2016</w:t>
      </w:r>
    </w:p>
    <w:p>
      <w:r>
        <w:t>82.</w:t>
      </w:r>
    </w:p>
    <w:p>
      <w:r>
        <w:t>Rvp 13026/2016</w:t>
      </w:r>
    </w:p>
    <w:p>
      <w:r>
        <w:t>sp. zn. 6 Co 285/2016 z 21. júna 2016</w:t>
      </w:r>
    </w:p>
    <w:p>
      <w:r>
        <w:t>83.</w:t>
      </w:r>
    </w:p>
    <w:p>
      <w:r>
        <w:t>Rvp 13027/2016</w:t>
      </w:r>
    </w:p>
    <w:p>
      <w:r>
        <w:t>sp. zn. 17 Co 657/2015 z 22. júna 2016</w:t>
      </w:r>
    </w:p>
    <w:p>
      <w:r>
        <w:t>84.</w:t>
      </w:r>
    </w:p>
    <w:p>
      <w:r>
        <w:t>Rvp 13028/2016</w:t>
      </w:r>
    </w:p>
    <w:p>
      <w:r>
        <w:t>sp. zn. 17 Co 660/2015 z 22. júna 2016</w:t>
      </w:r>
    </w:p>
    <w:p>
      <w:r>
        <w:t>85.</w:t>
      </w:r>
    </w:p>
    <w:p>
      <w:r>
        <w:t>Rvp 13241/2016</w:t>
      </w:r>
    </w:p>
    <w:p>
      <w:r>
        <w:t>sp. zn. 19 Co 252/2016 z 30. júna 2016</w:t>
      </w:r>
    </w:p>
    <w:p>
      <w:r>
        <w:t>86.</w:t>
      </w:r>
    </w:p>
    <w:p>
      <w:r>
        <w:t>Rvp 13242/2016</w:t>
      </w:r>
    </w:p>
    <w:p>
      <w:r>
        <w:t>sp. zn. 5 Co 945/2015 z 29. júna 2016</w:t>
      </w:r>
    </w:p>
    <w:p>
      <w:r>
        <w:t>87.</w:t>
      </w:r>
    </w:p>
    <w:p>
      <w:r>
        <w:t>Rvp 13243/2016</w:t>
      </w:r>
    </w:p>
    <w:p>
      <w:r>
        <w:t>sp. zn. 6 Co 321/2016 z 28. júna 2016</w:t>
      </w:r>
    </w:p>
    <w:p>
      <w:r>
        <w:t>88.</w:t>
      </w:r>
    </w:p>
    <w:p>
      <w:r>
        <w:t>Rvp 13244/2016</w:t>
      </w:r>
    </w:p>
    <w:p>
      <w:r>
        <w:t>sp. zn. 17 Co 690/2015 z 22. júna 2016</w:t>
      </w:r>
    </w:p>
    <w:p>
      <w:r>
        <w:t>89.</w:t>
      </w:r>
    </w:p>
    <w:p>
      <w:r>
        <w:t>Rvp 13245/2016</w:t>
      </w:r>
    </w:p>
    <w:p>
      <w:r>
        <w:t>sp. zn. 17 Co 687/2015 z 22. júna 2016</w:t>
      </w:r>
    </w:p>
    <w:p>
      <w:r>
        <w:t>90.</w:t>
      </w:r>
    </w:p>
    <w:p>
      <w:r>
        <w:t>Rvp 13246/2016</w:t>
      </w:r>
    </w:p>
    <w:p>
      <w:r>
        <w:t>sp. zn. 4 Co 194/2016 z 30. júna 2016</w:t>
      </w:r>
    </w:p>
    <w:p>
      <w:r>
        <w:t>91.</w:t>
      </w:r>
    </w:p>
    <w:p>
      <w:r>
        <w:t>Rvp 13247/2016</w:t>
      </w:r>
    </w:p>
    <w:p>
      <w:r>
        <w:t>sp. zn. 6 Co 305/2016 z 21. júna 2016</w:t>
      </w:r>
    </w:p>
    <w:p>
      <w:r>
        <w:t>92.</w:t>
      </w:r>
    </w:p>
    <w:p>
      <w:r>
        <w:t>Rvp 13564/2016</w:t>
      </w:r>
    </w:p>
    <w:p>
      <w:r>
        <w:t>sp. zn. 5 Co 316/2016 z 23. augusta 2016</w:t>
      </w:r>
    </w:p>
    <w:p>
      <w:r>
        <w:t>93.</w:t>
      </w:r>
    </w:p>
    <w:p>
      <w:r>
        <w:t>Rvp 13565/2016</w:t>
      </w:r>
    </w:p>
    <w:p>
      <w:r>
        <w:t>sp. zn. 17 Co 864/2015 z 20. júla 2016</w:t>
      </w:r>
    </w:p>
    <w:p>
      <w:r>
        <w:t>94.</w:t>
      </w:r>
    </w:p>
    <w:p>
      <w:r>
        <w:t>Rvp 13566/2016</w:t>
      </w:r>
    </w:p>
    <w:p>
      <w:r>
        <w:t>sp. zn. 8 Co 112/2015 z 18. júla 2016</w:t>
      </w:r>
    </w:p>
    <w:p>
      <w:r>
        <w:t>95.</w:t>
      </w:r>
    </w:p>
    <w:p>
      <w:r>
        <w:t>Rvp 13567/2016</w:t>
      </w:r>
    </w:p>
    <w:p>
      <w:r>
        <w:t>sp. zn. 17 Co 320/2016 z 20. júla 2016</w:t>
      </w:r>
    </w:p>
    <w:p>
      <w:r>
        <w:t>96.</w:t>
      </w:r>
    </w:p>
    <w:p>
      <w:r>
        <w:t>Rvp 13568/2016</w:t>
      </w:r>
    </w:p>
    <w:p>
      <w:r>
        <w:t>sp. zn. 17 Co 875/2015 z 20. júla 2016</w:t>
      </w:r>
    </w:p>
    <w:p>
      <w:r>
        <w:t>97.</w:t>
      </w:r>
    </w:p>
    <w:p>
      <w:r>
        <w:t>Rvp 13569/2016</w:t>
      </w:r>
    </w:p>
    <w:p>
      <w:r>
        <w:t>sp. zn. 6 Co 1088/2015 z 12. júla 2016</w:t>
      </w:r>
    </w:p>
    <w:p>
      <w:r>
        <w:t>5</w:t>
      </w:r>
    </w:p>
    <w:p>
      <w:r>
        <w:t>98.</w:t>
      </w:r>
    </w:p>
    <w:p>
      <w:r>
        <w:t>Rvp 13740/2016</w:t>
      </w:r>
    </w:p>
    <w:p>
      <w:r>
        <w:t>sp. zn. 8 Co 14/2015 z 18. júla 2016</w:t>
      </w:r>
    </w:p>
    <w:p>
      <w:r>
        <w:t>99.</w:t>
      </w:r>
    </w:p>
    <w:p>
      <w:r>
        <w:t>Rvp 13741/2016</w:t>
      </w:r>
    </w:p>
    <w:p>
      <w:r>
        <w:t>sp. zn. 8 Co 20/2015 z 18. júla 2016</w:t>
      </w:r>
    </w:p>
    <w:p>
      <w:r>
        <w:t>100. Rvp 13742/2016</w:t>
      </w:r>
    </w:p>
    <w:p>
      <w:r>
        <w:t>sp. zn. 6 Co 982/2015 z 12. júla 2016</w:t>
      </w:r>
    </w:p>
    <w:p>
      <w:r>
        <w:t>101. Rvp 13743/2016</w:t>
      </w:r>
    </w:p>
    <w:p>
      <w:r>
        <w:t>sp. zn. 6 Co 259/2016 z 12. júla 2016</w:t>
      </w:r>
    </w:p>
    <w:p>
      <w:r>
        <w:t>102. Rvp 13744/2016</w:t>
      </w:r>
    </w:p>
    <w:p>
      <w:r>
        <w:t>sp. zn. 4 Co 274/2016 z 20. júla 2016</w:t>
      </w:r>
    </w:p>
    <w:p>
      <w:r>
        <w:t>103. Rvp 13745/2016</w:t>
      </w:r>
    </w:p>
    <w:p>
      <w:r>
        <w:t>sp. zn. 8 Co 182/2015 z 18. júla 2016</w:t>
      </w:r>
    </w:p>
    <w:p>
      <w:r>
        <w:t>104. Rvp 13746/2016</w:t>
      </w:r>
    </w:p>
    <w:p>
      <w:r>
        <w:t>sp. zn. 8 Co 210/2015 z 18. júla 2016</w:t>
      </w:r>
    </w:p>
    <w:p>
      <w:r>
        <w:t>105. Rvp 13747/2016</w:t>
      </w:r>
    </w:p>
    <w:p>
      <w:r>
        <w:t>sp. zn. 8 Co 179/2015 z 18. júla 2016</w:t>
      </w:r>
    </w:p>
    <w:p>
      <w:r>
        <w:t>106. Rvp 13748/2016</w:t>
      </w:r>
    </w:p>
    <w:p>
      <w:r>
        <w:t>sp. zn. 8 Co 18/2015 z 18. júla 2016</w:t>
      </w:r>
    </w:p>
    <w:p>
      <w:r>
        <w:t>107. Rvp 13749/2016</w:t>
      </w:r>
    </w:p>
    <w:p>
      <w:r>
        <w:t>sp. zn. 8 Co 175/2015 z 18. júla 2016</w:t>
      </w:r>
    </w:p>
    <w:p>
      <w:r>
        <w:t>108. Rvp 13750/2016</w:t>
      </w:r>
    </w:p>
    <w:p>
      <w:r>
        <w:t>sp. zn. 8 Co 207/2015 z 18. júla 2016</w:t>
      </w:r>
    </w:p>
    <w:p>
      <w:r>
        <w:t>109. Rvp 13751/2016</w:t>
      </w:r>
    </w:p>
    <w:p>
      <w:r>
        <w:t>sp. zn. 8 Co 172/2015 z 18. júla 2016</w:t>
      </w:r>
    </w:p>
    <w:p>
      <w:r>
        <w:t>110. Rvp 13752/2016</w:t>
      </w:r>
    </w:p>
    <w:p>
      <w:r>
        <w:t>sp. zn. 4 Co 280/2016 z 20. júla 2016</w:t>
      </w:r>
    </w:p>
    <w:p>
      <w:r>
        <w:t>111. Rvp 14271/2016</w:t>
      </w:r>
    </w:p>
    <w:p>
      <w:r>
        <w:t>sp. zn. 4 Co 286/2016 z 31. augusta 2016</w:t>
      </w:r>
    </w:p>
    <w:p>
      <w:r>
        <w:t>112. Rvp 14272/2016</w:t>
      </w:r>
    </w:p>
    <w:p>
      <w:r>
        <w:t>sp. zn. 19 Co 268/2016 z 11. augusta 2016</w:t>
      </w:r>
    </w:p>
    <w:p>
      <w:r>
        <w:t>113. Rvp 14552/2016</w:t>
      </w:r>
    </w:p>
    <w:p>
      <w:r>
        <w:t>sp. zn. 5 Co 77/2016 z 31. augusta 2016</w:t>
      </w:r>
    </w:p>
    <w:p>
      <w:r>
        <w:t>114. Rvp 14553/2016</w:t>
      </w:r>
    </w:p>
    <w:p>
      <w:r>
        <w:t>sp. zn. 19 Co 330/2016 z 25. augusta 2016</w:t>
      </w:r>
    </w:p>
    <w:p>
      <w:r>
        <w:t>115. Rvp 14554/2016</w:t>
      </w:r>
    </w:p>
    <w:p>
      <w:r>
        <w:t>sp. zn. 19 Co 295/2016 z 25. augusta 2016</w:t>
      </w:r>
    </w:p>
    <w:p>
      <w:r>
        <w:t>116. Rvp 14555/2016</w:t>
      </w:r>
    </w:p>
    <w:p>
      <w:r>
        <w:t>sp. zn. 5 Co 838/2016 z 31. augusta 2016</w:t>
      </w:r>
    </w:p>
    <w:p>
      <w:r>
        <w:t>117. Rvp 14556/2016</w:t>
      </w:r>
    </w:p>
    <w:p>
      <w:r>
        <w:t>sp. zn. 5 Co 191/2016 z 31. augusta 2016</w:t>
      </w:r>
    </w:p>
    <w:p>
      <w:r>
        <w:t>118. Rvp 14557/2016</w:t>
      </w:r>
    </w:p>
    <w:p>
      <w:r>
        <w:t>sp. zn. 8 Co 228/2015 z 31. augusta 2016</w:t>
      </w:r>
    </w:p>
    <w:p>
      <w:r>
        <w:t>119. Rvp 14558/2016</w:t>
      </w:r>
    </w:p>
    <w:p>
      <w:r>
        <w:t>sp. zn. 6 Co 339/2016 zo 16. augusta 2016</w:t>
      </w:r>
    </w:p>
    <w:p>
      <w:r>
        <w:t>120. Rvp 14559/2016</w:t>
      </w:r>
    </w:p>
    <w:p>
      <w:r>
        <w:t>sp. zn. 5 Co 283/2016 zo 16. augusta 2016</w:t>
      </w:r>
    </w:p>
    <w:p>
      <w:r>
        <w:t>121. Rvp 14560/2016</w:t>
      </w:r>
    </w:p>
    <w:p>
      <w:r>
        <w:t>sp. zn. 17 Co 381/2016 z 25. augusta 2016</w:t>
      </w:r>
    </w:p>
    <w:p>
      <w:r>
        <w:t>122. Rvp 14779/2016</w:t>
      </w:r>
    </w:p>
    <w:p>
      <w:r>
        <w:t>sp. zn. 19 Co 331/2016 z 25. augusta 2016</w:t>
      </w:r>
    </w:p>
    <w:p>
      <w:r>
        <w:t>123. Rvp 14780/2016</w:t>
      </w:r>
    </w:p>
    <w:p>
      <w:r>
        <w:t>sp. zn. 19 Co 341/2016 z 25. augusta 2016</w:t>
      </w:r>
    </w:p>
    <w:p>
      <w:r>
        <w:t>124. Rvp 14781/2016</w:t>
      </w:r>
    </w:p>
    <w:p>
      <w:r>
        <w:t>sp. zn. 19 Co 299/2016 z 26. augusta 2016</w:t>
      </w:r>
    </w:p>
    <w:p>
      <w:r>
        <w:t>125. Rvp 14934/2016</w:t>
      </w:r>
    </w:p>
    <w:p>
      <w:r>
        <w:t>sp. zn. 17 Co 1252/2015 z 13. septembra 2016</w:t>
      </w:r>
    </w:p>
    <w:p>
      <w:r>
        <w:t>126. Rvp 14935/2016</w:t>
      </w:r>
    </w:p>
    <w:p>
      <w:r>
        <w:t>sp. zn. 8 Co 162/2015 z 31. augusta 2016</w:t>
      </w:r>
    </w:p>
    <w:p>
      <w:r>
        <w:t>127. Rvp 14936/2016</w:t>
      </w:r>
    </w:p>
    <w:p>
      <w:r>
        <w:t>sp. zn. 8 Co 159/2015 z 31. augusta 2016</w:t>
      </w:r>
    </w:p>
    <w:p>
      <w:r>
        <w:t>128. Rvp 14937/2016</w:t>
      </w:r>
    </w:p>
    <w:p>
      <w:r>
        <w:t>sp. zn. 8 Co 198/2015 z 31. augusta 2016</w:t>
      </w:r>
    </w:p>
    <w:p>
      <w:r>
        <w:t>129. Rvp 14938/2016</w:t>
      </w:r>
    </w:p>
    <w:p>
      <w:r>
        <w:t>sp. zn. 8 Co 168/2015 z 31. augusta 2016</w:t>
      </w:r>
    </w:p>
    <w:p>
      <w:r>
        <w:t>130. Rvp 14939/2016</w:t>
      </w:r>
    </w:p>
    <w:p>
      <w:r>
        <w:t>sp. zn. 7 Co 134/2016 z 26. augusta 2016</w:t>
      </w:r>
    </w:p>
    <w:p>
      <w:r>
        <w:t>131. Rvp 14940/2016</w:t>
      </w:r>
    </w:p>
    <w:p>
      <w:r>
        <w:t>sp. zn. 8 Co 133/2015 z 31. augusta 2016</w:t>
      </w:r>
    </w:p>
    <w:p>
      <w:r>
        <w:t>6</w:t>
      </w:r>
    </w:p>
    <w:p>
      <w:r>
        <w:t>132. Rvp 14941/2016</w:t>
      </w:r>
    </w:p>
    <w:p>
      <w:r>
        <w:t>sp. zn. 17 Co 1108/2015 z 13. septembra 2016</w:t>
      </w:r>
    </w:p>
    <w:p>
      <w:r>
        <w:t>133. Rvp 14942/2016</w:t>
      </w:r>
    </w:p>
    <w:p>
      <w:r>
        <w:t>sp. zn. 17 Co 1100/2015 z 13. septembra 2016</w:t>
      </w:r>
    </w:p>
    <w:p>
      <w:r>
        <w:t>7</w:t>
      </w:r>
    </w:p>
    <w:p/>
    <w:p>
      <w:r>
        <w:t>Zdroj: KAUZIS.SK – https://www.kauzis.sk/judikatura/r/ECLI:SK:USSR:2017:2.US.653.2017.2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