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858/2016 z 9. 5. 2017</w:t>
      </w:r>
    </w:p>
    <w:p>
      <w:r>
        <w:t>Uznesenie Ústavného súdu SR z 9. mája 2017, sp. zn. II. ÚS 858/2016, ECLI:SK:USSR:2017:2.US.858.2016.2</w:t>
      </w:r>
    </w:p>
    <w:p>
      <w:r>
        <w:t>Súd: Ústavný súd Slovenskej republiky</w:t>
      </w:r>
    </w:p>
    <w:p>
      <w:r>
        <w:t>Spisová značka: II. ÚS 858/2016</w:t>
      </w:r>
    </w:p>
    <w:p>
      <w:r>
        <w:t>ECLI: ECLI:SK:USSR:2017:2.US.858.2016.2</w:t>
      </w:r>
    </w:p>
    <w:p>
      <w:r>
        <w:t>Dátum vydania: 9. 5.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OPRAVNÉ UZNESENIE Ústavného súdu Slovenskej republiky II. ÚS 858/2016-50 Ústavný súd Slovenskej republiky na neverejnom zasadnutí 9. mája 2017 v senáte zloženom z predsedu Ladislava Orosza (sudca spravodajca), zo sudkyne Ľudmily Gajdošíkovej</w:t>
      </w:r>
    </w:p>
    <w:p>
      <w:r>
        <w:t>a sudcu</w:t>
      </w:r>
    </w:p>
    <w:p>
      <w:r>
        <w:t>Lajosa</w:t>
      </w:r>
    </w:p>
    <w:p>
      <w:r>
        <w:t>Mészárosa</w:t>
      </w:r>
    </w:p>
    <w:p>
      <w:r>
        <w:t>prerokoval</w:t>
      </w:r>
    </w:p>
    <w:p>
      <w:r>
        <w:t>návrh</w:t>
      </w:r>
    </w:p>
    <w:p>
      <w:r>
        <w:t>, zastúpenej advokátkou JUDr. Ivetou Rajtákovou, Štúrova 20, Košice, na vydanie opravného uznesenia v konaní vedenom Ústavným súdom Slovenskej republiky pod sp. zn. II. ÚS 858/2016 a takto rozhodol: Bod č. 4 výroku nálezu Ústavného súdu Slovenskej republiky č. k. II. ÚS 858/201631 z 9. februára 2017 sa o p r a v u j e tak, že slová „Okresný súd Bratislava I“ sa vypúšťajú a nahrádzajú sa slovami „Okresný súd Prešov“. Odôvodnenie: Ústavný súd Slovenskej republiky (ďalej len „ústavný súd“)</w:t>
      </w:r>
    </w:p>
    <w:p>
      <w:r>
        <w:t>nálezom</w:t>
      </w:r>
    </w:p>
    <w:p>
      <w:r>
        <w:t>č. k. II. ÚS 858/2016-31 z 9. februára 2017 (ďalej len „opravovaný nález“) vyslovil porušenie základného práva</w:t>
      </w:r>
    </w:p>
    <w:p>
      <w:r>
        <w:t>(ďalej len „sťažovateľka“) podľa čl. 48</w:t>
      </w:r>
    </w:p>
    <w:p>
      <w:r>
        <w:t>ods. 2 Ústavy Slovenskej republiky a práva podľa čl. 6 ods. 1 Dohovoru o ochrane ľudských práv a základných slobôd postupom Okresného súdu Prešov v konaní vedenom pod sp. zn. 13 C 163/2010, prikázal Okresnému súdu Prešov konať v predmetnom konaní bez zbytočných prieťahov a uložil povinnosť Okresnému súdu Prešov uhradiť sťažovateľke</w:t>
      </w:r>
    </w:p>
    <w:p>
      <w:r>
        <w:t>priznanú sumu finančného zadosťučinenia 4 000 € do dvoch mesiacov od právoplatnosti nálezu. V bode 4 výroku opravovaného nálezu bol zjavne nesprávne označený odporca ako „Okresný súd Bratislava I“ z dôvodu pisárskej chyby pri vyhotovovaní písomného znenia nálezu. Z celého obsahu opravovaného nálezu je zrejmé, že odporcom v konaní je Okresný súd Prešov, preto ústavný súd opravil označenie súdu povinného uhradiť sťažovateľke trovy konania v sume 545,69 € na účet jej právnej zástupkyne JUDr. Ivety Rajtákovej, Štúrova 20, Košice, do dvoch mesiacov od právoplatnosti nálezu, ktorým je správne „Okresný súd Prešov“. Podľa § 31a zákona Národnej rady Slovenskej republiky č. 38/1993 Z. z. o organizácii Ústavného súdu Slovenskej republiky, o konaní pred ním a o postavení jeho sudcov v znení neskorších predpisov (ďalej len „zákon o ústavnom súde“) ak tento zákon neustanovuje inak a povaha veci to nevylučuje, použijú sa na konanie pred ústavným súdom primerane ustanovenia Civilného sporového poriadku (ďalej len „CSP“). Podľa § 224 CSP súd kedykoľvek aj bez návrhu opraví v rozsudku chyby v písaní a počítaní, ako aj iné zrejmé nesprávnosti. O oprave súd vydá opravné uznesenie, ktoré doručí subjektom konania. Vzhľadom na to, že v bode 4 výroku písomného vyhotovenia opravovaného nálezu bola uvedená zrejmá nesprávnosť, ústavný súd na návrh sťažovateľky z 10. apríla 2017 podľa § 31a zákona o ústavnom súde v spojení s § 164 CSP opravil bod 4 výroku opravovaného nálezu ústavného súdu tak, ako to je to uvedené vo výroku tohto uznesenia. P o u č e n i e : Proti tomuto rozhodnutiu nemožno podať opravný prostriedok. V Košiciach 9. mája 2017</w:t>
      </w:r>
    </w:p>
    <w:p>
      <w:r>
        <w:t>2</w:t>
      </w:r>
    </w:p>
    <w:p/>
    <w:p>
      <w:r>
        <w:t>Zdroj: KAUZIS.SK – https://www.kauzis.sk/judikatura/r/ECLI:SK:USSR:2017:2.US.858.2016.2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