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900/2016 z 11. 1. 2017</w:t>
      </w:r>
    </w:p>
    <w:p>
      <w:r>
        <w:t>Uznesenie Ústavného súdu SR z 11. januára 2017, sp. zn. II. ÚS 900/2016, ECLI:SK:USSR:2017:2.US.900.2016.1</w:t>
      </w:r>
    </w:p>
    <w:p>
      <w:r>
        <w:t>Súd: Ústavný súd Slovenskej republiky</w:t>
      </w:r>
    </w:p>
    <w:p>
      <w:r>
        <w:t>Spisová značka: II. ÚS 900/2016</w:t>
      </w:r>
    </w:p>
    <w:p>
      <w:r>
        <w:t>ECLI: ECLI:SK:USSR:2017:2.US.900.2016.1</w:t>
      </w:r>
    </w:p>
    <w:p>
      <w:r>
        <w:t>Dátum vydania: 11. 1.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900/2016-25 Ústavný súd Slovenskej republiky na neverejnom zasadnutí 11. januára 2017 v senáte zloženom z predsedu Lajosa Mészárosa (sudca spravodajca), zo sudkyne Ľudmily Gajdošíkovej a sudcu Ladislava Orosza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 postupom Krajského súdu v Trenčíne a jeho uzneseniami uvedenými v prílohe tohto rozhodnutia, takto rozhodol: Konanie o sťažnostiach obchodnej spoločnosti POHOTOVOSŤ, s. r. o., vedené pod sp. zn. II. ÚS 900/2016 z a s t a v u j e . Odôvodnenie: I. 1. Ústavný súd Slovenskej republiky (ďalej aj „ústavný súd“) uznesením č. k. II. ÚS 900/2016-8 zo 14. decembra 2016 uložil obchodnej spoločnosti POHOTOVOSŤ, s. r. o. (ďalej len „sťažovateľka“), povinnosť zaplatiť súdny poplatok vo výške 3 390 € do 7</w:t>
      </w:r>
    </w:p>
    <w:p>
      <w:r>
        <w:t>dní odo dňa doručenia uznesenia na účet Kancelárie Ústavného súdu Slovenskej republiky za 113 uznesením spojených sťažností.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2, zaniká. 3. Keďže sťažovateľka v lehote uloženej ústavným súdom na splnenie povinnosti uhradiť súdny poplatok za podané sťažnosti tento neuhradila, ústavný súd v zmysle § 35 ods. 4 zákona o ústavnom súde konanie o sťažnostiach sťažovateľky vedené pod sp. zn. II. ÚS 900/2016 zastavil. P o u č e n i e : Proti tomuto uzneseniu nemožno podať opravný prostriedok. V Košiciach 11. januára 2017</w:t>
      </w:r>
    </w:p>
    <w:p>
      <w:r>
        <w:t>2</w:t>
      </w:r>
    </w:p>
    <w:p>
      <w:r>
        <w:t>Príloha k uzneseniu Ústavného súdu Slovenskej republiky sp. zn. II. ÚS 900/2016 1. Rvp 1014/2016 uznesenie Krajského súdu v Trenčíne sp. zn. 6 Co 954/2015 z 11. novembra 2015 2. Rvp 1015/2016 uznesenie Krajského súdu v Trenčíne sp. zn. 17 Co 1172/2015 z 29. októbra 2015 3. Rvp 1016/2016 uznesenie Krajského súdu v Trenčíne sp. zn. 19 Co 807/2015 zo 4. novembra 2015 4. Rvp 1017/2016 uznesenie Krajského súdu v Trenčíne sp. zn. 16 Co 101/2015 z 28. októbra 2015 5. Rvp 1018/2016 uznesenie Krajského súdu v Trenčíne sp. zn. 6 Co 880/2015 z 27. októbra 2015 6. Rvp 1019/2016 uznesenie Krajského súdu v Trenčíne sp. zn. 4 Co 685/2015 z 15. októbra 2015 7. Rvp 1020/2016 uznesenie Krajského súdu v Trenčíne sp. zn. 6 Co 664/2015 z 27. októbra 2015 8. Rvp 1021/2016 uznesenie Krajského súdu v Trenčíne sp. zn. 6 Co 942/2015 z 28. októbra 2015 9. Rvp 1022/2016 uznesenie Krajského súdu v Trenčíne sp. zn. 4 Co 291/2015 z 15. októbra 2015 10. Rvp 1023/2016 uznesenie Krajského súdu v Trenčíne sp. zn. 4 Co 294/2015 z 15. októbra 2015 11. Rvp 1024/2016 uznesenie Krajského súdu v Trenčíne sp. zn. 16 Co 133/2015 z 28. októbra 2015 12. Rvp 1025/2016 uznesenie Krajského súdu v Trenčíne sp. zn. 16 Co 157/2015 z 28. októbra 2015 13. Rvp 1026/2016 uznesenie Krajského súdu v Trenčíne sp. zn. 16 Co 142/2015 z 28. októbra 2015 14. Rvp 1027/2016 uznesenie Krajského súdu v Trenčíne sp. zn. 16 Co 151/2015 z 28. októbra 2015 15. Rvp 1028/2016 uznesenie Krajského súdu v Trenčíne sp. zn. 5 Co 276/2015 z 11. novembra 2015 3</w:t>
      </w:r>
    </w:p>
    <w:p>
      <w:r>
        <w:t>16. Rvp 1029/2016 uznesenie Krajského súdu v Trenčíne sp. zn. 4 Co 850/2015 z 30. októbra 2015 17. Rvp 1030/2016 uznesenie Krajského súdu v Trenčíne sp. zn. 4 Co 803/2015 z 15. októbra 2015 18. Rvp 1031/2016 uznesenie Krajského súdu v Trenčíne sp. zn. 16 Co 95/2015 z 28. októbra 2015 19. Rvp 1032/2016 uznesenie Krajského súdu v Trenčíne sp. zn. 6 Co 1042/2015 z 11. novembra 2015 20. Rvp 1033/2016 uznesenie Krajského súdu v Trenčíne sp. zn. 19 Co 271/2015 z 29. októbra 2015 21. Rvp 1034/2016 uznesenie Krajského súdu v Trenčíne sp. zn. 4 Co 620/2015 z 15. októbra 2015 22. Rvp 1035/2016 uznesenie Krajského súdu v Trenčíne sp. zn. 6 Co 940/2015 z 28. októbra 2015 23. Rvp 1036/2016 uznesenie Krajského súdu v Trenčíne sp. zn. 6 Co 918/2015 z 28. októbra 2015 24. Rvp 1037/2016 uznesenie Krajského súdu v Trenčíne sp. zn. 6 Co 938/2015 z 28. októbra 2015 25. Rvp 1038/2016 uznesenie Krajského súdu v Trenčíne sp. zn. 16 Co 80/2015 z 28. októbra 2015 26. Rvp 1282/2016 uznesenie Krajského súdu v Trenčíne sp. zn. 5 Co 257/2015 z 11. novembra 2015 27. Rvp 1283/2016 uznesenie Krajského súdu v Trenčíne sp. zn. 4 Co 235/2015 z 15. októbra 2015 28. Rvp 1284/2016 uznesenie Krajského súdu v Trenčíne sp. zn. 4 Co 696/2015 z 1. októbra 2015 29. Rvp 1285/2016 uznesenie Krajského súdu v Trenčíne sp. zn. 5 Co 307/2015 z 11. novembra 2015 30. Rvp 1286/2016 uznesenie Krajského súdu v Trenčíne sp. zn. 19 Co 852/2015 z 12. novembra 2015</w:t>
      </w:r>
    </w:p>
    <w:p>
      <w:r>
        <w:t>4</w:t>
      </w:r>
    </w:p>
    <w:p>
      <w:r>
        <w:t>31. Rvp 1287/2016 uznesenie Krajského súdu v Trenčíne sp. zn. 19 Co 854/2015 z 12. novembra 2015 32. Rvp 1288/2016 uznesenie Krajského súdu v Trenčíne sp. zn. 19 Co 373/2015 z 12. novembra 2015 33. Rvp 1289/2016 uznesenie Krajského súdu v Trenčíne sp. zn. 16 Co 98/2015 z 28. októbra 2015 34. Rvp 1290/2016 uznesenie Krajského súdu v Trenčíne sp. zn. 19 Co 274/2015 z 12. novembra 2015 35. Rvp 1291/2016 uznesenie Krajského súdu v Trenčíne sp. zn. 5 Co 815/2015 zo 4. novembra 2015 36. Rvp 1292/2016 uznesenie Krajského súdu v Trenčíne sp. zn. 5 Co 834/2015 zo 4. novembra 2015 37. Rvp 1293/2016 uznesenie Krajského súdu v Trenčíne sp. zn. 19 Co 330/2015 z 29. októbra 2015 38. Rvp 1294/2016 uznesenie Krajského súdu v Trenčíne sp. zn. 19 Co 324/2015 z 29. októbra 2015 39. Rvp 1295/2016 uznesenie Krajského súdu v Trenčíne sp. zn. 19 Co 328/2015 z 29. októbra 2015 40. Rvp 1296/2016 uznesenie Krajského súdu v Trenčíne sp. zn. 6 Co 953/2015 z 27. októbra 2015 41. Rvp 1297/2016 uznesenie Krajského súdu v Trenčíne sp. zn. 5 Co 280/2015 z 11. novembra 2015 42. Rvp 1461/2016 uznesenie Krajského súdu v Trenčíne sp. zn. 17 Co 1140/2015 zo 17. decembra 2015 43. Rvp 1462/2016 uznesenie Krajského súdu v Trenčíne sp. zn. 8 CoE 479/2014 z 25. novembra 2015 44. Rvp 1603/2016 uznesenie Krajského súdu v Trenčíne sp. zn. 17 Co 260/2014 z 25. februára 2015 45. Rvp 1604/2016 uznesenie Krajského súdu v Trenčíne sp. zn. 4 Co 240/2015 z 25. júna 2015 46. Rvp 1605/2016</w:t>
      </w:r>
    </w:p>
    <w:p>
      <w:r>
        <w:t>5</w:t>
      </w:r>
    </w:p>
    <w:p>
      <w:r>
        <w:t>uznesenie Krajského súdu v Trenčíne sp. zn. 5 Co 237/2015 zo 17. júna 2015 47. Rvp 1606/2016 uznesenie Krajského súdu v Trenčíne sp. zn. 4 Co 202/2015 z 30. apríla 2015 48. Rvp 1607/2016 uznesenie Krajského súdu v Trenčíne sp. zn. 6 Co 260/2014 z 23. septembra 2014 49. Rvp 1608/2016 uznesenie Krajského súdu v Trenčíne sp. zn. 4 Co 439/2014 z 29. januára 2015 50. Rvp 1609/2016 uznesenie Krajského súdu v Trenčíne sp. zn. 5 Co 385/2014 z 26. mája 2015 uznesenie Krajského súdu v Trenčíne sp. zn. 16 Co 137/2014 z 26. mája 2015 51. Rvp 1610/2016 uznesenie Krajského súdu v Trenčíne sp. zn. 5 Co 397/2014 zo 6. mája 2015 52. Rvp 1611/2016 uznesenie Krajského súdu v Trenčíne sp. zn. 19 Co 607/2014 z 9. júna 2015 53. Rvp 1612/2016 uznesenie Krajského súdu v Trenčíne sp. zn. 17 Co 387/2014 z 15. októbra 2014 54. Rvp 1613/2016 uznesenie Krajského súdu v Trenčíne sp. zn. 6 Co 49/2015 z 18. februára 2015 55. Rvp 1671/2016 uznesenie Krajského súdu v Trenčíne sp. zn. 17 Co 1104/2014 z 25. novembra 2015 56. Rvp 1672/2016 uznesenie Krajského súdu v Trenčíne sp. zn. 19 Co 577/2015 z 22. októbra 2015 57. Rvp 1673/2016 uznesenie Krajského súdu v Trenčíne sp. zn. 5 Co 508/2015 z 18. novembra 2015 58. Rvp 1674/2016 uznesenie Krajského súdu v Trenčíne sp. zn. 19 Co 601/2015 zo 4. novembra 2015 59. Rvp 1675/2016 uznesenie Krajského súdu v Trenčíne sp. zn. 19 Co 667/2015 zo 4. novembra 2015 60. Rvp 1676/2016 uznesenie Krajského súdu v Trenčíne sp. zn. 6 Co 936/2015 z 28. októbra 2015 61. Rvp 1677/2016</w:t>
      </w:r>
    </w:p>
    <w:p>
      <w:r>
        <w:t>6</w:t>
      </w:r>
    </w:p>
    <w:p>
      <w:r>
        <w:t>uznesenie Krajského súdu v Trenčíne sp. zn. 6 Co 1068/2015 z 25. novembra 2015 62. Rvp 1678/2016 uznesenie Krajského súdu v Trenčíne sp. zn. 17 Co 977/2015 z 2. decembra 2015 63. Rvp 1679/2016 uznesenie Krajského súdu v Trenčíne sp. zn. 6 Co 309/2015 z 24. novembra 2015 64. Rvp 1680/2016 uznesenie Krajského súdu v Trenčíne sp. zn. 19 Co 402/2015 z 2. decembra 2015 65. Rvp 1681/2016 uznesenie Krajského súdu v Trenčíne sp. zn. 5 Co 941/2015 z 2. decembra 2015 66. Rvp 2171/2016 uznesenie Krajského súdu v Trenčíne sp. zn. 17 Co 1146/2015 zo 17. decembra 2015 67. Rvp 2172/2016 uznesenie Krajského súdu v Trenčíne sp. zn. 17 Co 1150/2015 zo 17. decembra 2015 68. Rvp 2173/2016 uznesenie Krajského súdu v Trenčíne sp. zn. 16 Co 241/2015 z 24. novembra 2015 69. Rvp 2174/2016 uznesenie Krajského súdu v Trenčíne sp. zn. 16 Co 235/2015 z 1. decembra 2015 70. Rvp 2175/2016 uznesenie Krajského súdu v Trenčíne sp. zn. 4 Co 413/2015 z 26. novembra 2015 71. Rvp 2176/2016 uznesenie Krajského súdu v Trenčíne sp. zn. 4 Co 410/2015 z 26. novembra 2015 72. Rvp 2177/2016 uznesenie Krajského súdu v Trenčíne sp. zn. 16 Co 123/2015 z 24. novembra 2015 73. Rvp 2178/2016 uznesenie Krajského súdu v Trenčíne sp. zn. 4 Co 441/2015 z 26. novembra 2015 74. Rvp 2179/2016 uznesenie Krajského súdu v Trenčíne sp. zn. 16 Co 107/2015 z 24. novembra 2015 75. Rvp 2180/2016 uznesenie Krajského súdu v Trenčíne sp. zn. 4 Co 407/2015 z 26. novembra 2015 76. Rvp 2181/2016 uznesenie Krajského súdu v Trenčíne sp. zn. 4 Co 416/2015 z 26. novembra 2015</w:t>
      </w:r>
    </w:p>
    <w:p>
      <w:r>
        <w:t>7</w:t>
      </w:r>
    </w:p>
    <w:p>
      <w:r>
        <w:t>77. Rvp 2182/2016 uznesenie Krajského súdu v Trenčíne sp. zn. 6 Co 847/2015 zo 6. októbra 2015 78. Rvp 2183/2016 uznesenie Krajského súdu v Trenčíne sp. zn. 16 Co 221/2015 z 24. novembra 2015 79. Rvp 2184/2016 uznesenie Krajského súdu v Trenčíne sp. zn. 16 Co 212/2015 z 24. novembra 2015 80. Rvp 2185/2016 uznesenie Krajského súdu v Trenčíne sp. zn. 19 Co 516/2015 z 2. decembra 2015 81. Rvp 2186/2016 uznesenie Krajského súdu v Trenčíne sp. zn. 19 Co 513/2015 z 2. decembra 2015 82. Rvp 2187/2016 uznesenie Krajského súdu v Trenčíne sp. zn. 19 Co 865/2015 z 9. decembra 2015 83. Rvp 2188/2016 uznesenie Krajského súdu v Trenčíne sp. zn. 6 Co 680/2015 z 24. novembra 2015 84. Rvp 2189/2016 uznesenie Krajského súdu v Trenčíne sp. zn. 6 Co 677/2015 z 24. novembra 2015 85. Rvp 2190/2016 uznesenie Krajského súdu v Trenčíne sp. zn. 6 Co 935/2015 z 15. decembra 2015 86. Rvp 2191/2016 uznesenie Krajského súdu v Trenčíne sp. zn. 16 Co 238/2015 z 1. decembra 2015 87. Rvp 2192/2016 uznesenie Krajského súdu v Trenčíne sp. zn. 16 Co 74/2015 z 24. novembra 2015 88. Rvp 2193/2016 uznesenie Krajského súdu v Trenčíne sp. zn. 16 Co 126/2015 z 24. novembra 2015 89. Rvp 2194/2016 uznesenie Krajského súdu v Trenčíne sp. zn. 6 Co 701/2015 z 24. novembra 2015 90. Rvp 2195/2016 uznesenie Krajského súdu v Trenčíne sp. zn. 6 Co 930/2015 z 24. novembra 2015 91. Rvp 2196/2016 uznesenie Krajského súdu v Trenčíne sp. zn. 6 Co 924/2015 z 24. novembra 2015</w:t>
      </w:r>
    </w:p>
    <w:p>
      <w:r>
        <w:t>8</w:t>
      </w:r>
    </w:p>
    <w:p>
      <w:r>
        <w:t>92. Rvp 2197/2016 uznesenie Krajského súdu v Trenčíne sp. zn. 6 Co 927/2015 z 15. decembra 2015 93. Rvp 2198/2016 uznesenie Krajského súdu v Trenčíne sp. zn. 6 Co 1036/2015 z 30. novembra 2015 94. Rvp 2199/2016 uznesenie Krajského súdu v Trenčíne sp. zn. 6 Co 794/2015 z 15. decembra 2015 95. Rvp 2200/2016 uznesenie Krajského súdu v Trenčíne sp. zn. 19 Co 895/2015 z 9. decembra 2015 96. Rvp 2201/2016 uznesenie Krajského súdu v Trenčíne sp. zn. 19 Co 925/2015 zo 4. novembra 2015 97. Rvp 2202/2016 uznesenie Krajského súdu v Trenčíne sp. zn. 19 Co 875/2015 z 9. decembra 2015 98. Rvp 2203/2016 uznesenie Krajského súdu v Trenčíne sp. zn. 19 Co 851/2015 z 9. decembra 2015 99. Rvp 2204/2016 uznesenie Krajského súdu v Trenčíne sp. zn. 19 Co 853/2015 z 9. decembra 2015 100. Rvp 2205/2016 uznesenie Krajského súdu v Trenčíne sp. zn. 17 Co 1080/2015 z 25. novembra 2015 101. Rvp 2206/2016 uznesenie Krajského súdu v Trenčíne sp. zn. 19 Co 863/2015 z 9. decembra 2015 102. Rvp 2207/2016 uznesenie Krajského súdu v Trenčíne sp. zn. 5 Co 947/2015 z 2. decembra 2015 103. Rvp 2208/2016 uznesenie Krajského súdu v Trenčíne sp. zn. 17 Co 1263/2015 z 26. novembra 2015 104. Rvp 2209/2016 uznesenie Krajského súdu v Trenčíne sp. zn. 17 Co 1264/2015 z 26. novembra 2015 105. Rvp 2210/2016 uznesenie Krajského súdu v Trenčíne sp. zn. 6 Co 661/2015 z 1. decembra 2015 106. Rvp 2211/2016 uznesenie Krajského súdu v Trenčíne sp. zn. 19 Co 579/2015 zo 4. novembra 2015 107. Rvp 2212/2016</w:t>
      </w:r>
    </w:p>
    <w:p>
      <w:r>
        <w:t>9</w:t>
      </w:r>
    </w:p>
    <w:p>
      <w:r>
        <w:t>uznesenie Krajského súdu v Trenčíne sp. zn. 16 Co 224/2015 z 24. novembra 2015 108. Rvp 2213/2016 uznesenie Krajského súdu v Trenčíne sp. zn. 8 Co 26/2015 z 18. novembra 2015 109. Rvp 2214/2016 uznesenie Krajského súdu v Trenčíne sp. zn. 8 Co 23/2015 z 18. novembra 2015 110. Rvp 2215/2016 uznesenie Krajského súdu v Trenčíne sp. zn. 16 Co 218/2015 z 24. novembra 2015 111. Rvp 2216/2016 uznesenie Krajského súdu v Trenčíne sp. zn. 19 Co 390/2015 z 26. novembra 2015 112. Rvp 2217/2016 uznesenie Krajského súdu v Trenčíne sp. zn. 19 Co 522/2015 z 26. novembra 2015 113. Rvp 2218/2016 uznesenie Krajského súdu v Trenčíne sp. zn. 5 Co 447/2015 z 26. novembra 2015</w:t>
      </w:r>
    </w:p>
    <w:p>
      <w:r>
        <w:t>10</w:t>
      </w:r>
    </w:p>
    <w:p/>
    <w:p>
      <w:r>
        <w:t>Zdroj: KAUZIS.SK – https://www.kauzis.sk/judikatura/r/ECLI:SK:USSR:2017:2.US.900.2016.1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