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913/2016 z 15. 12. 2016</w:t>
      </w:r>
    </w:p>
    <w:p>
      <w:r>
        <w:t>Uznesenie Ústavného súdu SR z 15. decembra 2016, sp. zn. II. ÚS 913/2016, ECLI:SK:USSR:2017:2.US.913.2016.1</w:t>
      </w:r>
    </w:p>
    <w:p>
      <w:r>
        <w:t>Súd: Ústavný súd Slovenskej republiky</w:t>
      </w:r>
    </w:p>
    <w:p>
      <w:r>
        <w:t>Spisová značka: II. ÚS 913/2016</w:t>
      </w:r>
    </w:p>
    <w:p>
      <w:r>
        <w:t>ECLI: ECLI:SK:USSR:2017:2.US.913.2016.1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913/2016-17 Ústavný súd Slovenskej republiky na neverejnom zasadnutí 15. decembra 2016 v senáte zloženom z predsedu Lajosa Mészárosa, zo sudkyne Ľudmily Gajdošíkovej (sudkyňa spravodajkyňa) a sudcu Ladislava Orosza predbežne prerokoval sťažnosti obchodnej spoločnosti Rapid life životná poisťovňa, a. s., Garbiarska 2, Košice, zastúpenej Advokátskou kanceláriou JUDr. Daniel Blyšťan s. r. o., Rastislavova 784/68, Košice, v mene ktorej koná konateľ a advokát JUDr. Daniel Blyšťan, vo veci namietaného porušenia základných práv podľa čl. 46 ods. 1, čl. 48 ods. 2 a čl. 20 Ústavy Slovenskej republiky a čl. 36 ods. 1 Listiny základných práv a slobôd, ako aj práv podľa čl. 6 ods. 1 Dohovoru o ochrane ľudských práv a základných slobôd a čl. 1 ods. 1 Dodatkového protokolu k Dohovoru o ochrane ľudských práv a základných slobôd - postupom Okresného súdu Prešov v konaní vedenom pod sp. zn. 1 Er 558/2011 a jeho uznesením z 24. mája 2011 (Rvp 8247/2015), - postupom Okresného súdu Košice-okolie v konaní vedenom pod sp. zn. 17 Er 3491/2011 a jeho uznesením z 20. apríla 2012 (Rvp 8248/2015), - postupom Okresného súdu Vranov nad Topľou v konaní vedenom pod sp. zn. 3 Er 1136/2010 a jeho uznesením z 29. apríla 2011 (Rvp 8249/2015), - postupom Okresného súdu Rožňava v konaní vedenom pod sp. zn. 12 Er 800/2012 a jeho uznesením z 15. novembra 2012 (Rvp 14636/2015), - postupom Krajského súdu v Prešove v konaní vedenom pod sp. zn. 8 CoE 85/2011 a jeho uznesením z 30. novembra 2011 (Rvp 8247/2015), - postupom Krajského súdu v Košiciach v konaní vedenom pod sp. zn. 13 CoE 139/2012 a jeho uznesením z 31. mája 2013 (Rvp 8248/2015),</w:t>
      </w:r>
    </w:p>
    <w:p>
      <w:r>
        <w:t>- postupom Krajského súdu v Prešove v konaní vedenom pod sp. zn. 15 CoE 72/2011 a jeho uznesením z 21. decembra 2011 (Rvp 8249/2015), - postupom Krajského súdu v Košiciach v konaní vedenom pod sp. zn. 4 CoE 50/2013 a jeho uznesením z 23. mája 2013 (Rvp 14636/2015), - postupom Najvyššieho súdu Slovenskej republiky v konaní vedenom pod sp. zn. 7 ECdo 214/2014 a jeho uznesením z 26. februára 2015 (Rvp 8247/2015), - postupom Najvyššieho súdu Slovenskej republiky v konaní vedenom pod sp. zn. 4 ECdo 50/2014 a jeho uznesením z 26. novembra 2014 (Rvp 8248/2015), - postupom Najvyššieho súdu Slovenskej republiky v konaní vedenom pod sp. zn. 6 ECdo 109/2014 a jeho uznesením z 12. decembra 2014 (Rvp 8249/2015), - postupom Najvyššieho súdu Slovenskej republiky v konaní vedenom pod sp. zn. 6 ECdo 110/2014 a jeho uznesením z 20. mája 2015 (Rvp 14636/2015) a takto rozhodol: 1. Sťažnosti obchodnej spoločnosti Rapid life životná poisťovňa, a. s., vedené pod spisovými značkami: Rvp 8247/2015, Rvp 8248/2015, Rvp 8249/2015 a Rvp 14636/2015 s p á j a na spoločné konanie, ktoré bude ďalej vedené pod sp. zn. Rvp 8247/2015. 2. Sťažnosti obchodnej spoločnosti Rapid life životná poisťovňa, a. s., o d m i e t a . Odôvodnenie: I. Ústavnému súdu Slovenskej republiky (ďalej len „ústavný súd“) boli 5. júna 2015 (Rvp 8247/2015, Rvp 8248/2015, Rvp 8249/2015) a 6. novembra 2015 (Rvp 14636/2015) doručené sťažnosti obchodnej spoločnosti Rapid life životná poisťovňa, a. s. (ďalej len „sťažovateľka“), vo veci namietaného porušenia základných práv podľa čl. 46 ods. 1, čl. 48 ods. 2 a čl. 20 Ústavy Slovenskej republiky (ďalej aj „ústava“) a čl. 36 ods. 1 Listiny základných práv a slobôd (ďalej len „listina“), ako aj práv podľa čl. 6 ods. 1 Dohovoru</w:t>
      </w:r>
    </w:p>
    <w:p>
      <w:r>
        <w:t>2</w:t>
      </w:r>
    </w:p>
    <w:p>
      <w:r>
        <w:t>o ochrane ľudských práv a základných slobôd (ďalej len „dohovor“) a čl. 1 ods. 1 Dodatkového protokolu k Dohovoru o ochrane ľudských práv a základných slobôd (ďalej len „dodatkový protokol“) - postupom Okresného súdu Prešov v konaní vedenom pod sp. zn. 1 Er 558/2011 a jeho uznesením z 24. mája 2011 (Rvp 8247/2015), - postupom Okresného súdu Košice-okolie v konaní vedenom pod sp. zn. 17 Er 3491/2011 a jeho uznesením z 20. apríla 2012 (Rvp 8248/2015), - postupom Okresného súdu Vranov nad Topľou v konaní vedenom pod sp. zn. 3 Er 1136/2010 a jeho uznesením z 29. apríla 2011 (Rvp 8249/2015), - postupom Okresného súdu Rožňava v konaní vedenom pod sp. zn. 12 Er 800/2012 a jeho uznesením z 15. novembra 2012 (Rvp 14636/2015) (spolu ďalej len „okresné súdy“ a „uznesenia okresných súdov“), - postupom Krajského súdu v Prešove v konaní vedenom pod sp. zn. 8 CoE 85/2011 a jeho uznesením z 30. novembra 2011 (Rvp 8247/2015), - postupom Krajského súdu v Košiciach v konaní vedenom pod sp. zn. 13 CoE 139/2012 a jeho uznesením z 31. mája 2013 (Rvp 8248/2015), - postupom Krajského súdu v Prešove v konaní vedenom pod sp. zn. 15 CoE 72/2011 a jeho uznesením z 21. decembra 2011 (Rvp 8249/2015), - postupom Krajského súdu v Košiciach v konaní vedenom pod sp. zn. 4 CoE 50/2013 a jeho uznesením z 23. mája 2013 (Rvp 14636/2015) (spolu ďalej len „krajské súdy“ a „napadnuté uznesenia krajských súdov“), - postupom Najvyššieho súdu Slovenskej republiky (ďalej len „najvyšší súd“) v konaní vedenom pod sp. zn. 7 ECdo 214/2014 a jeho uznesením z 26. februára 2015 (Rvp 8247/2015), - postupom najvyššieho súdu v konaní vedenom pod sp. zn. 4 ECdo 50/2014 a jeho uznesením z 26. novembra 2014 (Rvp 8248/2015), - postupom najvyššieho súdu v konaní vedenom pod sp. zn. 6 ECdo 109/2014 a jeho uznesením z 12. decembra 2014 (Rvp 8249/2015), - postupom najvyššieho súdu v konaní vedenom pod sp. zn. 6 ECdo 110/2014 a jeho uznesením z 20. mája 2015 (Rvp 14636/2015) (ďalej len „uznesenia najvyššieho súdu“).</w:t>
      </w:r>
    </w:p>
    <w:p>
      <w:r>
        <w:t>3</w:t>
      </w:r>
    </w:p>
    <w:p>
      <w:r>
        <w:t>Sťažovateľka je právnickou osobou podnikajúcou v oblasti poisťovníctva. S povinnými uzavrela poistné zmluvy, na základe ktorých sa povinní zaviazali platiť dohodnuté poistné. Sťažovateľka sa z dôvodu neplnenia povinností vyplývajúcich z poistných zmlúv povinnými obrátila na základe uzavretej rozhodcovskej doložky na Arbitrážny súd Košice, ktorý povinných zaviazal na zaplatenie dlžného poistného a trov konania. Následne z dôvodu neplnenia povinností uvedených v rozhodcovských rozsudkoch podala súdnemu exekútorovi návrh na vykonanie exekúcie. Žiadosti súdnych exekútorov o udelenie poverenia na vykonanie exekúcie však boli okresnými súdmi zamietnuté v nadväznosti na konštatáciu neprijateľnosti zmluvných podmienok. Sťažovateľka namieta, že okresné súdy takto rozhodli bez jej účasti, bez nariadenia pojednávania a bez toho, aby preskúmali rozhodcovský spis o rozhodcovskom konaní, aby sťažovateľke dali možnosť vyjadriť sa k vykonaným dôkazom, aby vykonanie exekúcie namietal povinný v základnom, resp. vykonávacom konaní a taktiež bez toho, aby umožnili oprávnenému dokázať individuálnosť dojednania rozhodcovskej doložky. Sťažovateľka ďalej namieta, že okresné súdy, krajské súdy ako odvolacie súdy a ani dovolací súd nevykonali vo veci pojednávanie a neinformovali ju o tom, že mienia niektorú podmienku v zmluve posudzovať ako neprijateľnú, a ani ju nevyzvali, aby sa k tejto skutočnosti vyjadrila, pričom svoje rozhodnutia riadne nezdôvodnili. Poukazuje pritom na rozhodnutie Súdneho dvora Európskej únie vo veci Csipai (C-472/11), v ktorom je „jasne uvedené, že akonáhle súd konajúci ex offo má podľa jeho názoru dostatok skutkových a právnych zistení, aby mohol podmienku v zmluve vyhlásiť za neprijateľnú, je povinný o týchto skutkových a právnych záveroch informovať účastníkov a umožniť im kontradiktórne konať vo veci“. Podľa sťažovateľky jej týmto postupom bola odňatá možnosť konať pred súdom a bolo porušené jej právo na spravodlivý proces. Porušenie týchto práv vidí zároveň aj v tom, že «súdy nevykonali dokazovanie vo veci zákonným spôsobom a teda nielenže nezistili, ale ani nemohli zákonne zistiť skutkový a právny stav prípadu“. Okresné súdy podľa argumentácie sťažovateľky nevychádzali „z obsahu rozhodcovského spisu, ale nanovo konštruoval[i] skutkový stav». K listinám, ktoré okresné súdy zhromaždili, sa sťažovateľka nemala možnosť procesne správnym spôsobom vyjadriť,</w:t>
      </w:r>
    </w:p>
    <w:p>
      <w:r>
        <w:t>4</w:t>
      </w:r>
    </w:p>
    <w:p>
      <w:r>
        <w:t>a tak jej bolo upreté „právo na vyjadrenie sa k správnosti, pravosti a úplnosti listinných dôkazov, ako aj k ich obsahu“. Za porušenie svojich práv považuje sťažovateľka aj skutočnosť, že jej ani jeden zo súdov</w:t>
      </w:r>
    </w:p>
    <w:p>
      <w:r>
        <w:t>neumožnil</w:t>
      </w:r>
    </w:p>
    <w:p>
      <w:r>
        <w:t>preukázať</w:t>
      </w:r>
    </w:p>
    <w:p>
      <w:r>
        <w:t>individuálne</w:t>
      </w:r>
    </w:p>
    <w:p>
      <w:r>
        <w:t>dojednanie</w:t>
      </w:r>
    </w:p>
    <w:p>
      <w:r>
        <w:t>rozhodcovskej</w:t>
      </w:r>
    </w:p>
    <w:p>
      <w:r>
        <w:t>doložky.</w:t>
      </w:r>
    </w:p>
    <w:p>
      <w:r>
        <w:t>Sťažovateľka tak nemala „reálnu možnosť vyporiadať sa so všetkými skutkovými a právnymi okolnosťami prípadu, nakoľko od počiatku absentovalo vykonanie riadneho dokazovania“.</w:t>
      </w:r>
    </w:p>
    <w:p>
      <w:r>
        <w:t>V</w:t>
      </w:r>
    </w:p>
    <w:p>
      <w:r>
        <w:t>dôsledku</w:t>
      </w:r>
    </w:p>
    <w:p>
      <w:r>
        <w:t>namietaných</w:t>
      </w:r>
    </w:p>
    <w:p>
      <w:r>
        <w:t>pochybení</w:t>
      </w:r>
    </w:p>
    <w:p>
      <w:r>
        <w:t>tak</w:t>
      </w:r>
    </w:p>
    <w:p>
      <w:r>
        <w:t>okrem</w:t>
      </w:r>
    </w:p>
    <w:p>
      <w:r>
        <w:t>iného</w:t>
      </w:r>
    </w:p>
    <w:p>
      <w:r>
        <w:t>došlo</w:t>
      </w:r>
    </w:p>
    <w:p>
      <w:r>
        <w:t>aj k „arbitrárnemu, svojvoľnému resp. nepreskúmateľnému rozhodnutiu príslušných súdov, pričom samotný skutkový stav zistený okresným súdom bol neúplný“. Postupom všeobecných súdov sa tak stal právoplatný a vykonateľný rozsudok rozhodcovského súdu súdne nevymožiteľným, keďže v uplatnení nároku sťažovateľky na všeobecnom súde jej bráni zásada res iudicata. To podľa sťažovateľky predstavuje nedôvodný a vážny zásah do jej majetkových práv. Vo vzťahu k arbitrárnosti odôvodnení rozhodnutí okresných súdov a krajských súdov sťažovateľka ďalej uvádza, že nebolo preukázané, „že by rozhodcovská doložka postrádala akúkoľvek svoju podstatnú náležitosť“. Navyše namieta, že všeobecné súdy mali vykonať tzv. test primeranosti podmienky a až podľa výsledkov tohto testu mohli prípadne konštatovať hrubú nerovnováhu v neprospech spotrebiteľa. „V rámci tohto testu, ten kto mieni označiť podmienku za neprijateľnú, teda musí skutkovo preukázať, že v jej dôsledku tu vznikol nepomer v konkrétnych právach a povinnostiach v neprospech spotrebiteľa a to v čase uzavretia zmluvy (nie neskôr) a preukázať navyše, že tento nepomer nie je bežný, ale dokonca hrubý...“ Odvolávajúc sa aj na rozhodnutie Súdneho dvora Európskej únie (C-342/13), uvádza, že všeobecné súdy sú povinné skúmať, či rozhodcovská doložka zbavuje spotrebiteľa práva na prejednanie veci pred všeobecným súdom alebo mu tento prístup sťažuje. „V danom prípade dojednaná rozhodcovská doložka takéto následky nielenže nemá (ani dohodnuté) ale ani mať nemôže, a to práve z dôvodu existencie zákonnej úpravy rozhodcovského konania okrem iného aj zákonnej úpravy práva spotrebiteľa podať žalobu o zrušenie rozhodcovského rozsudku okrem iného aj z dôvodu porušenia právnych</w:t>
      </w:r>
    </w:p>
    <w:p>
      <w:r>
        <w:t>5</w:t>
      </w:r>
    </w:p>
    <w:p>
      <w:r>
        <w:t>predpisov na ochranu spotrebiteľa. Preto aj zákonná úprava bráni tomu, aby v danom prípade rozhodcovská doložka bránila spotrebiteľovi v jeho práve obrátiť sa na všeobecný súd.“. Avšak aj v prípade, že by sa všeobecnému súdu „hypoteticky aj podarilo skutkovo a právne ustáliť, že to-ktoré ustanovenie v dojednanej rozhodcovskej doložke je naozaj neprijateľnou podmienkou, má povinnosť preskúmať a odôvodniť (opäť logicky presvedčivým spôsobom na základe premís a skutkových zistení), či môže zvyšok zmluvy bez neprijateľnej podmienky ďalej pokračovať. Z toho vyplýva, že aj prípadné ustanovenia označené... za neprijateľné podmienky nezakladajú automaticky neplatnosť nielen zmluvy ale aj jej časti konkrétne rozhodcovskej doložky v osobitných zmluvných dojednaniach. Iba ak ustanovenia neplatné z titulu ich neprijateľnosti spôsobia, že rozhodcovská doložka už nemá podstatnú náležitosť vyžadovanú podľa zák. 244/2002 (viď uznesenie NS SR sp. zn. Obdo V 73/2003), tak môže byť vyhlásená celá za neplatnú.“. Vo vzťahu k rozhodnutiu krajských súdov sťažovateľka okrem už uvedeného namieta, že uznesenia okresných súdov potvrdili bez toho, aby vo veci vykonali pojednávanie, či inak umožnili sťažovateľke využitie jej ústavných práv – najmä právo konať pred súdom v súlade so zásadami bezprostrednosti a ústnosti, ale najmä bez toho, aby riadne</w:t>
      </w:r>
    </w:p>
    <w:p>
      <w:r>
        <w:t>zohľadnili</w:t>
      </w:r>
    </w:p>
    <w:p>
      <w:r>
        <w:t>konkrétne</w:t>
      </w:r>
    </w:p>
    <w:p>
      <w:r>
        <w:t>skutkové</w:t>
      </w:r>
    </w:p>
    <w:p>
      <w:r>
        <w:t>okolnosti</w:t>
      </w:r>
    </w:p>
    <w:p>
      <w:r>
        <w:t>prípadu.</w:t>
      </w:r>
    </w:p>
    <w:p>
      <w:r>
        <w:t>Sťažovateľka</w:t>
      </w:r>
    </w:p>
    <w:p>
      <w:r>
        <w:t>uvádza,</w:t>
      </w:r>
    </w:p>
    <w:p>
      <w:r>
        <w:t>že v odôvodneniach rozhodnutí sa nezaoberali jej námietkami uvedenými v odvolaní, a tak sú tieto rozhodnutia nepreskúmateľné a arbitrárne. V dôsledku odmietnutia dovolania najvyšším súdom sťažovateľka namieta odňatie práva konať pred súdom. Dovolací súd „totiž aplikoval pri preskúmaní dovolania ust. § 243b O. s. p., pričom ani neskúmal procesné vady a pochybenia namietané sťažovateľom“. Sťažovateľka poukazuje na to, že možnosť dovolacieho súdu poukázať na svoje skoršie rozhodnutia a ďalšie dôvody neuvádzať je daná len vtedy, keď dovolací súd „rozhoduje o dovolaní vo veci a nie pri preskúmaní jeho prípustnosti, resp. pri jeho odmietnutí z dôvodu neprípustnosti“. Podľa sťažovateľky „je nelogické a priamo nemožné odôvodniť odmietnutie dovolania ako neprípustného... s poukazom na iné, skoršie konania, nakoľko každé konanie je iné, je vedené pred iným súdom, pred iným zákonným sudcom</w:t>
      </w:r>
    </w:p>
    <w:p>
      <w:r>
        <w:t>6</w:t>
      </w:r>
    </w:p>
    <w:p>
      <w:r>
        <w:t>a nie je možné skonštatovať, že ak niektorý súd (sudca) procesné predpisy dodržal, tak ich dodrží už vždy aj v budúcnosti resp. že tieto predpisy dodrží aj iný súd (sudca)“.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III.1 K spojeniu vecí Podľa § 31a ods. 1 zákona o ústavnom súde ak tento zákon neustanovuje inak a povaha veci to nevylučuje, použijú sa na konanie pred ústavným súdom primerane ustanovenia Civilného sporového poriadku (ďalej len „CSP“).</w:t>
      </w:r>
    </w:p>
    <w:p>
      <w:r>
        <w:t>7</w:t>
      </w:r>
    </w:p>
    <w:p>
      <w:r>
        <w:t>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 v osobe sťažovateľky, rozhodol ústavný súd, uplatniac citované právne normy, tak, ako to je uvedené v bode l výroku tohto uznesenia. III.2 K namietanému porušeniu sťažovateľkou označených práv napadnutým uzneseniami okresných súdov a postupom, ktorý predchádzal ich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w:t>
      </w:r>
    </w:p>
    <w:p>
      <w:r>
        <w:t>8</w:t>
      </w:r>
    </w:p>
    <w:p>
      <w:r>
        <w:t>Sťažovateľka sťažnosťami namieta porušenie svojich práv napadnutými uzneseniami okresných súdov a postupom, ktorý predchádzal ich vydaniu; okresné súdy napadnutými uzneseniami zamietli žiadosti sťažovateľky o udelenie poverení na vykonanie exekúcií. Zo zistení ústavného súdu vyplýva, že sťažovateľka využila svoje právo podať proti namietanému postupu a napadnutým uzneseniam okresných súdov odvolania, o ktorých boli oprávnené a aj povinné rozhodnúť krajské súdy. Právomoc krajských súdov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III.3 K namietanému porušeniu sťažovateľkou označených práv napadnutými uzneseniami krajských súdov a postupom, ktorý predchádzal ich vydaniu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9</w:t>
      </w:r>
    </w:p>
    <w:p>
      <w:r>
        <w:t>Podľa čl. 46 ods. 1 ústavy a podľa čl. 36 ods. 1 listiny každý má právo domáhať sa zákonom ustanoveným postupom svojho práva na nezávislom a nestrannom súde a v prípadoch ustanovených zákonom na inom orgáne Slovenskej republiky.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48 ods. 2 ústavy každý má právo... aby sa mohol vyjadriť ku všetkým vykonávaným dôkazom... Podľa čl. 20 každý má právo vlastniť majetok. Vlastnícke právo všetkých vlastníkov má rovnaký zákonný obsah a ochranu. Majetok nadobudnutý v rozpore s právnym poriadkom ochranu nepožíva. Dedenie sa zaručuje. Zákon ustanoví, ktorý ďalší majetok okrem majetku uvedeného v čl. 4 tejto ústavy, nevyhnutný na zabezpečovanie potrieb spoločnosti, rozvoja národného hospodárstva a verejného záujmu, môže byť iba vo vlastníctve štátu, obce alebo určených právnických osôb. Zákon tiež môže ustanoviť, že určité veci môžu byť iba vo vlastníctve občanov alebo právnických osôb so sídlom v Slovenskej republike.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Vyvlastnenie alebo nútené obmedzenie vlastníckeho práva je možné iba v nevyhnutnej miere a vo verejnom záujme, a to na základe zákona a za primeranú náhradu.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w:t>
      </w:r>
    </w:p>
    <w:p>
      <w:r>
        <w:t>10</w:t>
      </w:r>
    </w:p>
    <w:p>
      <w:r>
        <w:t>Podľa čl. 1 dodatkového protokolu každá fyzická alebo právnická osoba má právo pokojne užívať svoj majetok... III.3.1 K namietanému porušeniu základného práva podľa čl. 48 ods. 2 ústavy napadnutým uznesením krajského súdu a postupom, ktorý predchádzal jeho vydaniu O zjavnú neopodstatnenosť sťažnosti ide vtedy, keď namietaným postupom alebo rozhodnutím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Z dôvodu odchylných právnych názorov senátov ústavného súdu pri prerokovávaní a rozhodovaní o obdobných sťažnostiach ústavný súd uznesením sp. zn. PLz. ÚS 1/2014 zo 7. mája 2014 prijal toto zjednocujúce stanovisko: „Pri preskúmavaní žiadosti exekútora o udelenie poverenia na vykonanie exekúcie (§ 44 Exekučného poriadku) sa môžu primerane</w:t>
      </w:r>
    </w:p>
    <w:p>
      <w:r>
        <w:t>uplatniť</w:t>
      </w:r>
    </w:p>
    <w:p>
      <w:r>
        <w:t>ustanovenia</w:t>
      </w:r>
    </w:p>
    <w:p>
      <w:r>
        <w:t>Občianskeho</w:t>
      </w:r>
    </w:p>
    <w:p>
      <w:r>
        <w:t>súdneho</w:t>
      </w:r>
    </w:p>
    <w:p>
      <w:r>
        <w:t>poriadku</w:t>
      </w:r>
    </w:p>
    <w:p>
      <w:r>
        <w:t>vzťahujúce</w:t>
      </w:r>
    </w:p>
    <w:p>
      <w:r>
        <w:t>sa</w:t>
      </w:r>
    </w:p>
    <w:p>
      <w:r>
        <w:t>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w:t>
      </w:r>
    </w:p>
    <w:p>
      <w:r>
        <w:t>11</w:t>
      </w:r>
    </w:p>
    <w:p>
      <w:r>
        <w:t>V prerokovávanej veci sťažovateľka využila svoje právo podať proti napadnutým uzneseniam okresných súdov odvolania. Vzhľadom na doteraz uvedené, rešpektujúc zjednocujúce stanovisko pléna ústavného súdu sp. zn. PLz. ÚS 1/2014 zo 7. mája 2014, v súvislosti so sťažovateľkinou nosnou argumentáciou ústavný súd uzatvára, že aj na vec sťažovateľky možno vzťahovať ustálený právny názor ústavného súdu, podľa ktorého sťažovateľka mala z pohľadu „materiálneho“ možnosť vyjadriť sa k skutkovým zisteniam okresných súdov a z nich vyplývajúcemu (novému) právnemu posúdeniu veci, ktoré zakladali dôvod na zamietnutie žiadosti o udelenie poverenia na vykonanie exekúcie, čo aj využila v rámci ňou podaného opravného prostriedku (odvolania), a v rozsahu veci primeranom sa s touto jej obranou zaoberali krajské súdy v rámci odvolacieho konania (m. m. I. ÚS 675/2013, I. ÚS 14/2014 bod 38, I. ÚS 41/2014). Pre ústavnú udržateľnosť napadnutého postupu a uznesení krajských súdov postačuje, aby bola zásada kontradiktórnosti dodržaná v konaní ako celku (v posudzovanom prípade v konaní pred odvolacím súdom). Ústavný súd v tejto súvislosti vo svojej judikatúre opakovane uvádza, že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(napr. I. ÚS 742/2013, II. ÚS 59/2014, III. ÚS 401/2013, IV. ÚS 70/2014). V súlade s uvedeným ústavný súd poukazuje na to, že v posudzovanej veci sťažovateľka mala reálnu možnosť oboznámiť sa s dôvodmi zamietnutia žiadosti súdneho exekútora o udelenie poverenia na vykonanie exekúcie už z napadnutých uznesení okresných súdov, proti ktorým aj podala odvolania, v ktorých sa k týmto dôvodom vyjadrila. Preto ak aj okresné súdy pochybili, keď nedali sťažovateľke možnosť vyjadriť sa k listinným dôkazom, ich preskúmaniu ani k nimi uskutočnenému právnemu posúdeniu, ich pochybenie nemožno pričítať na ťarchu krajským súdom, keďže tieto procesné nedostatky boli odstránené v rámci odvolacieho konania. Z uvedeného dôvodu nemožno</w:t>
      </w:r>
    </w:p>
    <w:p>
      <w:r>
        <w:t>12</w:t>
      </w:r>
    </w:p>
    <w:p>
      <w:r>
        <w:t>považovať napadnuté uznesenia krajských súdov ani ich postup, ktorý predchádzal vydaniu napadnutých uznesení, za také, ktoré porušujú sťažovateľkine základné práva a slobody. Vzhľadom na uvedené preto ústavný súd aj túto časť sťažnosti odmietol z dôvodu zjavnej neopodstatnenosti podľa § 25 ods. 2 zákona o ústavnom súde. III.3.2 K namietanému porušeniu základných práv podľa čl. 46 ods. 1 a čl. 20 ústavy, čl. 36 ods. 1 listiny a práv podľa čl. 6 ods. 1 dohovoru a čl. 1 dodatkového protokolu napadnutými uzneseniami krajských súdov a postupom, ktorý predchádzal ich vydaniu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konštantnej judikatúry ústavný súd nemá zásadne oprávnenie preskúmavať, či v konaní pred všeobecnými súdmi 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w:t>
      </w:r>
    </w:p>
    <w:p>
      <w:r>
        <w:t>13</w:t>
      </w:r>
    </w:p>
    <w:p>
      <w:r>
        <w:t>obmedzuje na kontrolu zlučiteľnosti účinkov takejto interpretácie a aplikácie s ústavou, prípadne medzinárodnou zmluvou podľa čl. 7 ods. 5 ústavy (I. ÚS 13/01, I. ÚS 120/04). Ústavný súd sa v danom prípade sústredil na posúdenie otázky, či krajské súdy rozhodujúce v rámci exekučného konania o odvolaní proti uzneseniam okresných súdov, mali právomoc skúmať neprijateľnosť zmluvnej podmienky − rozhodcovskej doložky. Ústavný súd ďalej uvádza, že jedným z nevyhnutných predpokladov vedenia exekučného konania je relevantný exekučný titul, keďže bez jeho existencie nemožno exekúciu vykonať. Nie každá rozhodcovská doložka predstavuje automaticky neprijateľnú zmluvnú podmienku. Je totiž nepochybné, že k záveru o jej neprijateľnosti môže príslušný všeobecný</w:t>
      </w:r>
    </w:p>
    <w:p>
      <w:r>
        <w:t>súd</w:t>
      </w:r>
    </w:p>
    <w:p>
      <w:r>
        <w:t>dospieť</w:t>
      </w:r>
    </w:p>
    <w:p>
      <w:r>
        <w:t>len</w:t>
      </w:r>
    </w:p>
    <w:p>
      <w:r>
        <w:t>na</w:t>
      </w:r>
    </w:p>
    <w:p>
      <w:r>
        <w:t>základe</w:t>
      </w:r>
    </w:p>
    <w:p>
      <w:r>
        <w:t>komplexného</w:t>
      </w:r>
    </w:p>
    <w:p>
      <w:r>
        <w:t>posúdenia</w:t>
      </w:r>
    </w:p>
    <w:p>
      <w:r>
        <w:t>posudzovanej</w:t>
      </w:r>
    </w:p>
    <w:p>
      <w:r>
        <w:t>spotrebiteľskej zmluvy.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V nadväznosti na uvedené ústavný súd poukazuje na odôvodnenie smernice Rady č. 93/13/EHS z 5. apríla 1993 o nekalých podmienkach v spotrebiteľských zmluvách (ďalej len „smernica o nekalých podmienkach“), podľa ktorého „keďže na účely... smernice sa hodnotenie nekalého charakteru netýka podmienok, ktoré popisujú hlavný predmet zmluvy ani vzťah kvalita/cena tovaru alebo dodávaných služieb; keďže hlavný predmet zmluvy a vzťah cena/kvalita môže byť napriek tomu braný do úvahy pri hodnotení primeranosti ostatných podmienok...“. Z prezentovaného vyplýva, že len hlavný predmet zmluvy (v okolnostiach posudzovanej veci je hlavným predmetom poistnej zmluvy poistné krytie poskytnuté dodávateľom, pozn.) a vzťah ceny a kvality tovaru alebo dodávanej služby sú vyňaté z posúdenia neprijateľnosti zmluvných podmienok. Zároveň však platí, že aj hlavný predmet zmluvy a vzťah ceny a kvality dodávanej služby môžu byť brané na zreteľ pri hodnotení primeranosti ostatných podmienok (rozumej ostatných podmienok poistnej</w:t>
      </w:r>
    </w:p>
    <w:p>
      <w:r>
        <w:t>14</w:t>
      </w:r>
    </w:p>
    <w:p>
      <w:r>
        <w:t>zmluvy). Z citovaného odôvodnenia smernice o nekalých podmienkach však nevyplýva vyňatie poistných zmlúv z vecného rozsahu smernice o nekalých podmienkach en bloc, a rovnako ani nemožnosť posúdenia nekalého charakteru podmienky zakladajúcej právomoc rozhodcovského súdu rozhodnúť spor vyplývajúci z poistnej zmluvy. Vo svojej konštantnej judikatúre ústavný súd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Podľa názoru ústavného súdu napadnuté uznesenia krajských súdov uvedené požiadavky na odôvodnenie napĺňajú. Ústavný súd pri predbežnom prerokovaní sťažností nezistil v postupe a v skutkových a právnych záveroch napadnutých uznesení krajských súdov nič ústavne nekonformné, čo by nasvedčovalo ich arbitrárnosti alebo ústavnej neakceptovateľnosti. Krajské súdy podľa</w:t>
      </w:r>
    </w:p>
    <w:p>
      <w:r>
        <w:t>posúdenia ústavného súdu odpovedali</w:t>
      </w:r>
    </w:p>
    <w:p>
      <w:r>
        <w:t>aj na ťažiskové argumenty sťažovateľky týkajúce sa posúdenia rozhodcovskej doložky a exekučného titulu, odvolávajúc sa na uvedené závery ústavného súdu a zjednocujúce stanovisko pléna ústavného súdu, závery týchto súdov sú ústavne udržateľné. Napadnuté uznesenia krajských súdov preto nemôžu mať také účinky, ktoré by boli v okolnostiach posudzovanej veci nezlučiteľné s ústavou, listinou a dohovorom garantovaným základným právom na súdnu ochranu a právom na spravodlivé súdne konanie, ako aj základným právom vyjadriť sa ku všetkým vykonávaným dôkazom.</w:t>
      </w:r>
    </w:p>
    <w:p>
      <w:r>
        <w:t>15</w:t>
      </w:r>
    </w:p>
    <w:p>
      <w:r>
        <w:t>Na základe uvedeného ústavný súd sťažnosti sťažovateľky v časti namietaného porušenia jej práv napadnutým postupom a uzneseniami krajských súdov odmietol podľa § 25 ods. 2 zákona o ústavnom súde z dôvodu zjavnej neopodstatnenosti. III.C K namietanému porušeniu označených práv napadnutými uzneseniami najvyššieho súdu a postupom, ktorý predchádzal ich vydaniu Sťažovateľka v sťažnostiach tiež namietala porušenie označených práv postupom a napadnutými uzneseniami najvyššieho súdu, ktorými boli ňou podané dovolania odmietnuté ako neprípustné.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w:t>
      </w:r>
    </w:p>
    <w:p>
      <w:r>
        <w:t>vrátane</w:t>
      </w:r>
    </w:p>
    <w:p>
      <w:r>
        <w:t>dovolacích</w:t>
      </w:r>
    </w:p>
    <w:p>
      <w:r>
        <w:t>konaní.</w:t>
      </w:r>
    </w:p>
    <w:p>
      <w:r>
        <w:t>V</w:t>
      </w:r>
    </w:p>
    <w:p>
      <w:r>
        <w:t>dovolacom</w:t>
      </w:r>
    </w:p>
    <w:p>
      <w:r>
        <w:t>konaní</w:t>
      </w:r>
    </w:p>
    <w:p>
      <w:r>
        <w:t>procesné</w:t>
      </w:r>
    </w:p>
    <w:p>
      <w:r>
        <w:t>podmienky</w:t>
      </w:r>
    </w:p>
    <w:p>
      <w:r>
        <w:t>upravuje § 236 a nasl. zákona č. 99/1963 Zb. Občiansky súdny poriadok v znení účinnom v čase rozhodovania najvyššieho súdu, do 30. júna 2016 (ďalej len „OSP“). V rámci všeobecnej úpravy prípustnosti dovolania proti každému rozhodnutiu odvolacieho súdu z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w:t>
      </w:r>
    </w:p>
    <w:p>
      <w:r>
        <w:t>16</w:t>
      </w:r>
    </w:p>
    <w:p>
      <w:r>
        <w:t>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splnené podmienky, za ktorých možno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w:t>
      </w:r>
    </w:p>
    <w:p>
      <w:r>
        <w:t>17</w:t>
      </w:r>
    </w:p>
    <w:p>
      <w:r>
        <w:t>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ňou namietané porušenie označených práv ako nedostatočnú na to, aby na jej základe bolo možné v prípade prijatia sťažností na ďalšie konanie zistiť a preskúmať spojitosť medzi napadnutými uzneseniami najvyššieho súdu a namietaným porušením označených práv. Napadnuté uznesenia najvyššieho súdu nemôžu byť v takej príčinnej súvislosti s namietaným porušením sťažovateľkou označených práv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P o u č e n i e : Proti tomuto rozhodnutiu nemožno podať opravný prostriedok. V Košiciach 15. decembra 2016</w:t>
      </w:r>
    </w:p>
    <w:p>
      <w:r>
        <w:t>18</w:t>
      </w:r>
    </w:p>
    <w:p/>
    <w:p>
      <w:r>
        <w:t>Zdroj: KAUZIS.SK – https://www.kauzis.sk/judikatura/r/ECLI:SK:USSR:2017:2.US.913.2016.1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