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131/2017 z 4. 4. 2017</w:t>
      </w:r>
    </w:p>
    <w:p>
      <w:r>
        <w:t>Uznesenie Ústavného súdu SR z 4. apríla 2017, sp. zn. III. ÚS 131/2017, ECLI:SK:USSR:2017:3.US.131.2017.2</w:t>
      </w:r>
    </w:p>
    <w:p>
      <w:r>
        <w:t>Súd: Ústavný súd Slovenskej republiky</w:t>
      </w:r>
    </w:p>
    <w:p>
      <w:r>
        <w:t>Spisová značka: III. ÚS 131/2017</w:t>
      </w:r>
    </w:p>
    <w:p>
      <w:r>
        <w:t>ECLI: ECLI:SK:USSR:2017:3.US.131.2017.2</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III. ÚS 131/2017-19 Ústavný súd Slovenskej republiky na neverejnom zasadnutí senátu 4. apríla 2017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postupom a uzneseniami Krajského súdu v Košiciach pod spisovými značkami: 6 Co 252/2015 z 15. marca 2016 (Rvp 7135/2016), 6 Co 165/2015 z 15. marca 2016 (Rvp 7136/2016), 11 Co 5/2016 z 24. februára 2016 (Rvp 7137/2016), 6 Co 241/2015 z 15. marca 2016 (Rvp 7392/2016), 11 Co 43/2016 zo 16. marca 2016 (Rvp 7393/2016), 6 Co 480/2015 z 8. apríla 2016 (Rvp 7723/2016), 5 Co 401/2015 z 8. marca 2016 (Rvp 7724/2016), 5 Co 400/2015 z 8. marca 2016 (Rvp 8066/2016), 2 Co 508/2015 z 31. marca 2016 (Rvp 8067/2016), 2 Co 159/2016 z 22. apríla 2016 (Rvp 8588/2016), 2 Co 161/2015 zo 14. apríla 2016 (Rvp 8849/2016), 2 Co 499/2015 zo 14. apríla 2016 (Rvp 8850/2016), 2 Co 615/2015 z 29. apríla 2016 (Rvp 8851/2016), 1 Co 53/2016 z 19. apríla 2016 (Rvp 8852/2016), 1 Co 234/2016 z 10. mája 2016 (Rvp 9129/2016), 5 Co 443/2015 z 3. mája 2016 (Rvp 9130/2016), 2 Co 267/2015 z 5. mája 2016 (Rvp 9131/2016), 2 Co 205/2016 z 5. mája 2016 (Rvp 9132/2016), 5 Co 255/2016 zo 17. mája 2016 (Rvp 9516/2016), 11 Co 170/2016 z 27. apríla 2016 (Rvp 9517/2016), 11 Co 257/2015 z 9. mája 2016 (Rvp 9769/2016), 6 Co 372/2015 z 24. mája 2016</w:t>
      </w:r>
    </w:p>
    <w:p>
      <w:r>
        <w:t>(Rvp 9770/2016), 2 Co 572/2015 z 21. apríla 2016 (Rvp 9771/2016), 6 Co 434/2015 z 29. marca 2016 (Rvp 9772/2016) takto rozhodol: Konanie o sťažnostiach obchodnej spoločnosti POHOTOVOSŤ, s. r. o., zastavuje. Odôvodnenie: 1. Ústavný súd Slovenskej republiky (ďalej len „ústavný súd“) uznesením č. k. III. ÚS 131/2017-9 z 21. februára 2017 spojil na spoločné konanie sťažnosti týkajúce sa v záhlaví uvedených konaní vedených Krajský súdom v Košiciach (ďalej len „krajský súd“) a zároveň uložil obchodnej spoločnosti POHOTOVOSŤ, s. r. o., Pribinova 25, Bratislava (ďalej len „navrhovateľka“), povinnosť zaplatiť súdny poplatok v sume 720 €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krajského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131/2017, ústavný súd zistil, že uznesenie o vyrubení súdneho poplatku bolo navrhovateľke prostredníctvom</w:t>
      </w:r>
    </w:p>
    <w:p>
      <w:r>
        <w:t>2</w:t>
      </w:r>
    </w:p>
    <w:p>
      <w:r>
        <w:t>právneho zástupcu doručené 6. marca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4. apríla 2017</w:t>
      </w:r>
    </w:p>
    <w:p>
      <w:r>
        <w:t>3</w:t>
      </w:r>
    </w:p>
    <w:p/>
    <w:p>
      <w:r>
        <w:t>Zdroj: KAUZIS.SK – https://www.kauzis.sk/judikatura/r/ECLI:SK:USSR:2017:3.US.131.2017.2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