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324/2017 z 4. 7. 2017</w:t>
      </w:r>
    </w:p>
    <w:p>
      <w:r>
        <w:t>Uznesenie Ústavného súdu SR z 4. júla 2017, sp. zn. III. ÚS 324/2017, ECLI:SK:USSR:2017:3.US.324.2017.2</w:t>
      </w:r>
    </w:p>
    <w:p>
      <w:r>
        <w:t>Súd: Ústavný súd Slovenskej republiky</w:t>
      </w:r>
    </w:p>
    <w:p>
      <w:r>
        <w:t>Spisová značka: III. ÚS 324/2017</w:t>
      </w:r>
    </w:p>
    <w:p>
      <w:r>
        <w:t>ECLI: ECLI:SK:USSR:2017:3.US.324.2017.2</w:t>
      </w:r>
    </w:p>
    <w:p>
      <w:r>
        <w:t>Dátum vydania: 4. 7. 2017</w:t>
      </w:r>
    </w:p>
    <w:p>
      <w:r>
        <w:t>Forma: Uznesenie</w:t>
      </w:r>
    </w:p>
    <w:p>
      <w:r>
        <w:t>Oblasť práva: Ústavné právo</w:t>
      </w:r>
    </w:p>
    <w:p>
      <w:pPr>
        <w:pStyle w:val="Heading2"/>
      </w:pPr>
      <w:r>
        <w:t>Text rozhodnutia</w:t>
      </w:r>
    </w:p>
    <w:p>
      <w:r>
        <w:t>SLOVENSKÁ REPUBLIKA</w:t>
      </w:r>
    </w:p>
    <w:p>
      <w:r>
        <w:t>UZNESENIE Ústavného súdu Slovenskej republiky III. ÚS 324/2017-17 Ústavný súd Slovenskej republiky na neverejnom zasadnutí senátu 4. júla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Bratislave a jeho uzneseniami sp. zn. 4 Co 8/2016 z 29. januára 2016 (Rvp 6219/2016) a sp. zn. 8 Co 467/2014 z 8. marca 2016 (Rvp 6220/2016) takto rozhodol: Konanie z a s t a v u j e . Odôvodnenie: 1. Ústavný súd Slovenskej republiky (ďalej len „ústavný súd“) uznesením č. k. III. ÚS 324/2017-8 zo 16. mája 2017 rozhodol o spojení 2 sťažností obchodnej spoločnosti POHOTOVOSŤ, s. r. o., Pribinova 25, Bratislava (ďalej len „sťažovateľka“) na spoločné konanie vedené pod sp. zn. III. ÚS 324/2017 a zároveň uložil sťažovateľke povinnosť zaplatiť súdny poplatok v sume 60 € za podané ústavné sťažnosti, ktorými namietala porušenie svojho základného práva na súdnu ochranu podľa čl. 46 ods. 1 Ústavy Slovenskej republiky a práva na spravodlivé súdne konanie podľa čl. 6 ods. 1 Dohovoru o ochrane</w:t>
      </w:r>
    </w:p>
    <w:p>
      <w:r>
        <w:t>ľudských práv a základných slobôd postupom Krajského súdu v Bratislave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324/2017, ústavný súd zistil, že uznesenie o vyrubení súdneho poplatku bolo sťažovateľke prostredníctvom právneho zástupcu doručené 7. júna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w:t>
      </w:r>
    </w:p>
    <w:p>
      <w:r>
        <w:t>2</w:t>
      </w:r>
    </w:p>
    <w:p>
      <w:r>
        <w:t>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4. júla 2017</w:t>
      </w:r>
    </w:p>
    <w:p>
      <w:r>
        <w:t>3</w:t>
      </w:r>
    </w:p>
    <w:p/>
    <w:p>
      <w:r>
        <w:t>Zdroj: KAUZIS.SK – https://www.kauzis.sk/judikatura/r/ECLI:SK:USSR:2017:3.US.324.2017.2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