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457/2017 z 12. 9. 2017</w:t>
      </w:r>
    </w:p>
    <w:p>
      <w:r>
        <w:t>Uznesenie Ústavného súdu SR z 12. septembra 2017, sp. zn. III. ÚS 457/2017, ECLI:SK:USSR:2017:3.US.457.2017.2</w:t>
      </w:r>
    </w:p>
    <w:p>
      <w:r>
        <w:t>Súd: Ústavný súd Slovenskej republiky</w:t>
      </w:r>
    </w:p>
    <w:p>
      <w:r>
        <w:t>Spisová značka: III. ÚS 457/2017</w:t>
      </w:r>
    </w:p>
    <w:p>
      <w:r>
        <w:t>ECLI: ECLI:SK:USSR:2017:3.US.457.2017.2</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457/2017-19 Ústavný súd Slovenskej republiky na neverejnom zasadnutí senátu 12. septembra 2017 o sťažnostiach obchodnej spoločnosti POHOTOVOSŤ, s. r. o., Pribinova 25, Bratislava, zastúpenej advokátom doc. JUDr. Branislavom Fridrichom, PhD., Fridrich Paľko, s. r. o., Grösslingova 4, Bratislava, vo veci namietaného porušenia základného práva podľa čl. 46 ods. 1 Ústavy Slovenskej republiky a práva podľa čl. 6 ods. 1 Dohovoru o ochrane ľudských práv a základných slobôd postupom a uzneseniami Krajského súdu v Banskej Bystrici sp. zn. 17 Co 306/2016 z 20. júla 2016 (Rvp 10873/2016), sp. zn. 13 Co 345/2016 z 19. júla 2016 (Rvp 10874/2016), sp. zn. 13 Co 311/2016 z 30. júna 2016 (Rvp 10875/2016), sp. zn. 13 Co 267/2016 z 30. júna 2016 (Rvp 10876/2016), sp. zn. 16 Co 85/2016 z 22. júna 2015 (Rvp 10877/2016), sp. zn. 13 Co 284/2016 z 30. júna 2016 (Rvp 10878/2016), sp. zn. 15 Co 216/2016 z 9. júna 2016 (Rvp 10879/2016), sp. zn. 13 Co 146/2016 z 26. apríla 2016 (Rvp 10880/2016), sp. zn. 13 Co 147/2016 z 26. mája 2016 (Rvp 10881/2016), sp. zn. 14 Co 269/2016 z 25. mája 2016 (Rvp 10882/2016) a sp. zn. 13 Co 305/2016 z 19. júla 2016 (Rvp 10883/2016) takto rozhodol: Konanie z a s t a v u j e .</w:t>
      </w:r>
    </w:p>
    <w:p>
      <w:r>
        <w:t>Odôvodnenie: I. Ústavný súd Slovenskej republiky (ďalej len „ústavný súd“) uznesením č. k. III. ÚS 457/2017-10 zo 4. júla 2017 rozhodol o spojení 11 sťažností obchodnej spoločnosti POHOTOVOSŤ, s. r. o., Pribinova 25, Bratislava (ďalej len „navrhovateľka“), na spoločné konanie vedené pod sp. zn. Rvp 10873/2016 a zároveň uložil navrhovateľke povinnosť zaplatiť súdny poplatok vo výške 330 € za podané sťažnosti, ktorými namietala porušenie základného práva na súdnu ochranu podľa čl. 46 ods. 1 Ústavy Slovenskej republiky a práva na spravodlivé súdne konanie podľa čl. 6 ods. 1 Dohovoru o ochrane ľudských práv a základných slobôd postupom a uzneseniami Krajského súdu v Banskej Bystrici uvedenými v záhlaví tohto rozhodnutia.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Z poštovej doručenky, ktorá je súčasťou spisu sp. zn. III. ÚS 457/2017, ústavný súd zistil, že uznesenie o vyrubení súdneho poplatku bolo navrhovateľke prostredníctvom právneho zástupcu doručené 17. júla 2017. Navrhovateľka súdny poplatok za podané sťažnosti v stanovenej lehote nezaplatila. Ak zákon o ústavnom súde neustanovuje inak a povaha veci to nevylučuje, použijú sa na konanie pred ústavným súdom primerane ustanovenia Civilného sporového poriadku alebo Trestného poriadku (§ 31a ods. 1 zákona o ústavnom súde).</w:t>
      </w:r>
    </w:p>
    <w:p>
      <w:r>
        <w:t>2</w:t>
      </w:r>
    </w:p>
    <w:p>
      <w:r>
        <w:t>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Civilný sporový poriadok). Podľa § 35 ods. 4 zákona o ústavnom súde ak navrhovateľ súdny poplatok v lehote určenej ústavným súdom nezaplatí, ústavný súd uznesením konanie zastaví. V súlade s citovanými zákonnými ustanoveniami ústavný súd konanie zastavil, keďže navrhovateľka napriek riadne doručenému uzneseniu nezaplatila súdny poplatok za podané sťažnosti. P o u č e n i e : Proti tomuto rozhodnutiu nemožno podať opravný prostriedok. V Košiciach 12. septembra 2017</w:t>
      </w:r>
    </w:p>
    <w:p>
      <w:r>
        <w:t>3</w:t>
      </w:r>
    </w:p>
    <w:p/>
    <w:p>
      <w:r>
        <w:t>Zdroj: KAUZIS.SK – https://www.kauzis.sk/judikatura/r/ECLI:SK:USSR:2017:3.US.457.2017.2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