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486/2017 z 28. 9. 2017</w:t>
      </w:r>
    </w:p>
    <w:p>
      <w:r>
        <w:t>Uznesenie Ústavného súdu SR z 28. septembra 2017, sp. zn. III. ÚS 486/2017, ECLI:SK:USSR:2017:3.US.486.2017.2</w:t>
      </w:r>
    </w:p>
    <w:p>
      <w:r>
        <w:t>Súd: Ústavný súd Slovenskej republiky</w:t>
      </w:r>
    </w:p>
    <w:p>
      <w:r>
        <w:t>Spisová značka: III. ÚS 486/2017</w:t>
      </w:r>
    </w:p>
    <w:p>
      <w:r>
        <w:t>ECLI: ECLI:SK:USSR:2017:3.US.486.2017.2</w:t>
      </w:r>
    </w:p>
    <w:p>
      <w:r>
        <w:t>Dátum vydania: 28. 9. 2017</w:t>
      </w:r>
    </w:p>
    <w:p>
      <w:r>
        <w:t>Forma: Uznesenie</w:t>
      </w:r>
    </w:p>
    <w:p>
      <w:r>
        <w:t>Oblasť práva: Ústavné právo</w:t>
      </w:r>
    </w:p>
    <w:p>
      <w:pPr>
        <w:pStyle w:val="Heading2"/>
      </w:pPr>
      <w:r>
        <w:t>Text rozhodnutia</w:t>
      </w:r>
    </w:p>
    <w:p>
      <w:r>
        <w:t>SLOVENSKÁ REPUBLIKA</w:t>
      </w:r>
    </w:p>
    <w:p>
      <w:r>
        <w:t>UZNESENIE Ústavného súdu Slovenskej republiky III. ÚS 486/2017-25 Ústavný</w:t>
      </w:r>
    </w:p>
    <w:p>
      <w:r>
        <w:t>súd</w:t>
      </w:r>
    </w:p>
    <w:p>
      <w:r>
        <w:t>Slovenskej</w:t>
      </w:r>
    </w:p>
    <w:p>
      <w:r>
        <w:t>republiky</w:t>
      </w:r>
    </w:p>
    <w:p>
      <w:r>
        <w:t>na</w:t>
      </w:r>
    </w:p>
    <w:p>
      <w:r>
        <w:t>neverejnom</w:t>
      </w:r>
    </w:p>
    <w:p>
      <w:r>
        <w:t>zasadnutí</w:t>
      </w:r>
    </w:p>
    <w:p>
      <w:r>
        <w:t>senátu</w:t>
      </w:r>
    </w:p>
    <w:p>
      <w:r>
        <w:t>28. septembra 2017 o sťažnostiach obchodnej spoločnosti POHOTOVOSŤ, s. r. o., Pribinova 25, Bratislava, zastúpenej obchodnou spoločnosťou Fridrich Paľko, s. r. o., Grösslingová 4, Bratislava, v mene ktorej koná konateľ a advokát doc. JUDr. Branislav Fridrich, PhD., vo veci namietaného porušenia jej základného práva na súdnu ochranu podľa čl. 46 ods. 1 Ústavy Slovenskej republiky a práva na spravodlivé súdne konanie podľa čl. 6 ods. 1 Dohovoru o ochrane ľudských práv a základných slobôd postupom Krajského súdu v Trnave a jeho uzneseniami sp. zn. 10 Co 161/2015 z 3. novembra 2015 (Rvp 1470/2016), sp. zn. 11 Co 117/2015 z 2. decembra 2015 (Rvp 1471/2016), sp. zn. 11 Co 109/2015 z 30. novembra 2015 (Rvp 1472/2016), sp. zn. 26 Co 482/2015 z 30. novembra 2015 (Rvp 1473/2016), sp. zn. 26 Co 483/2015 z 30. novembra 2015 (Rvp 1474/2016), sp. zn. 23 Co 42/2015 z 21. decembra 2015 (Rvp 1475/2016), sp. zn. 9 Co 285/2015 zo 17. decembra 2015 (Rvp 1476/2016), sp. zn. 25 Co 223/2015 z 2. marca 2016 (Rvp 3437/2016), sp. zn. 24 Co 199/2015 z 27. januára 2016 (Rvp 3438/2016), sp. zn. 11 Co 198/2015 z 3. februára 2016 (Rvp 3439/2016), postupom Krajského súdu v Bratislave a jeho uznesením sp. zn. 14 Co 549/2015 z 29. februára 2016 (Rvp 6218/2016), postupom Krajského súdu v Nitre a jeho uzneseniami sp. zn. 6 Co 419/2015 z 31. marca 2016 (Rvp 8493/2016), sp. zn. 7 Co 846/2015 z 31. marca 2016 (Rvp 8494/2016), sp. zn. 8 Co 798/2015 z 29. februára 2016 (Rvp 8495/2016), sp. zn. 5 Co 799/2015 z 29. januára 2016 (Rvp 8496/2016) a postupom Krajského súdu v Košiciach a jeho uznesením sp. zn. 11 Co 161/2016 z 30. júna 2016 (Rvp 13460/2016) takto</w:t>
      </w:r>
    </w:p>
    <w:p>
      <w:r>
        <w:t>rozhodol: Konanie z a s t a v u j e . Odôvodnenie: 1. Ústavný súd Slovenskej republiky (ďalej len „ústavný súd“) uznesením č. k. III. ÚS 486/2017-14 z 1. augusta 2017 rozhodol o spojení 16 sťažností obchodnej spoločnosti POHOTOVOSŤ, s. r. o., Pribinova 25, Bratislava (ďalej len „sťažovateľka“) na spoločné konanie vedené pod sp. zn. III. ÚS 486/2017 a zároveň uložil sťažovateľke povinnosť zaplatiť súdny poplatok v sume 480 € za podané ústavné sťažnosti, ktorými namietala porušenie svojho základného práva na súdnu ochranu podľa čl. 46 ods. 1 Ústavy Slovenskej republiky a práva na spravodlivé súdne konanie podľa čl. 6 ods. 1 Dohovoru o ochrane ľudských práv a základných slobôd postupom Krajského súdu v Trnave, Krajského súdu v Bratislave, Krajského súdu v Nitre a Krajského súdu v Košiciach a ich uzneseniami uvedenými v záhlaví tohto rozhodnutia. 2. Súdny poplatok bol sťažovateľke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w:t>
      </w:r>
    </w:p>
    <w:p>
      <w:r>
        <w:t>a v predchádzajúcich</w:t>
      </w:r>
    </w:p>
    <w:p>
      <w:r>
        <w:t>skutkovo</w:t>
      </w:r>
    </w:p>
    <w:p>
      <w:r>
        <w:t>a právne</w:t>
      </w:r>
    </w:p>
    <w:p>
      <w:r>
        <w:t>obdobných</w:t>
      </w:r>
    </w:p>
    <w:p>
      <w:r>
        <w:t>sťažnostiach</w:t>
      </w:r>
    </w:p>
    <w:p>
      <w:r>
        <w:t>bola</w:t>
      </w:r>
    </w:p>
    <w:p>
      <w:r>
        <w:t>sťažovateľka neúspešná. Sťažovateľka bola podľa uvedeného uznesenia povinná zaplatiť súdny poplatok v lehote 7 dní odo dňa jeho doručenia. 3. Z poštovej doručenky, ktorá je súčasťou spisu sp. zn. III. ÚS 486/2017, ústavný súd zistil, že uznesenie o vyrubení súdneho poplatku bolo sťažovateľke prostredníctvom právneho zástupcu doručené 14. augusta 2017. Sťažovateľka súdny poplatok za podané ústavné sťažnosti v ustanovenej lehote nezaplatila.</w:t>
      </w:r>
    </w:p>
    <w:p>
      <w:r>
        <w:t>2</w:t>
      </w:r>
    </w:p>
    <w:p>
      <w:r>
        <w:t>4. Podľa § 31a ods. 1 zákona o ústavnom súde ak tento zákon neustanovuje inak a povaha veci to nevylučuje, použijú sa na konanie pred ústavným súdom primerane ustanovenia Civilného sporového poriadku alebo Trestného poriadku. 5. Podľa § 110 ods. 1 zákona Národnej rady Slovenskej republiky č. 160/2015 Z. z. Civilný sporový poriadok (ďalej len „CSP“)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6. Podľa § 35 ods. 4 prvá veta zákona o ústavnom súde ak navrhovateľ súdny poplatok v lehote určenej ústavným súdom nezaplatí, ústavný súd uznesením konanie zastaví. 7. V súlade s citovanými zákonnými ustanoveniami ústavný súd konanie zastavil, keďže sťažovateľka napriek riadne doručenému uzneseniu nezaplatila súdny poplatok za podané ústavné sťažnosti. P o u č e n i e : Proti tomuto rozhodnutiu nemožno podať opravný prostriedok. V Košiciach 28. septembra 2017</w:t>
      </w:r>
    </w:p>
    <w:p>
      <w:r>
        <w:t>3</w:t>
      </w:r>
    </w:p>
    <w:p/>
    <w:p>
      <w:r>
        <w:t>Zdroj: KAUZIS.SK – https://www.kauzis.sk/judikatura/r/ECLI:SK:USSR:2017:3.US.486.2017.2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