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725/2016 z 13. 12. 2017</w:t>
      </w:r>
    </w:p>
    <w:p>
      <w:r>
        <w:t>Uznesenie Ústavného súdu SR z 13. decembra 2017, sp. zn. III. ÚS 725/2016, ECLI:SK:USSR:2017:3.US.725.2016.2</w:t>
      </w:r>
    </w:p>
    <w:p>
      <w:r>
        <w:t>Súd: Ústavný súd Slovenskej republiky</w:t>
      </w:r>
    </w:p>
    <w:p>
      <w:r>
        <w:t>Spisová značka: III. ÚS 725/2016</w:t>
      </w:r>
    </w:p>
    <w:p>
      <w:r>
        <w:t>ECLI: ECLI:SK:USSR:2017:3.US.725.2016.2</w:t>
      </w:r>
    </w:p>
    <w:p>
      <w:r>
        <w:t>Dátum vydania: 13. 12.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725/2016-33 Ústavný súd Slovenskej republiky na neverejnom zasadnutí 13. decembra 2017 v senáte zloženom z predsedu Lajosa Mészárosa a zo sudcov Sergeja Kohuta (sudca spravodajca) a Rudolfa Tkáčika vo veci opravy uznesenia, ktorým sa rozhodlo o odmietnutí sťažnosti</w:t>
      </w:r>
    </w:p>
    <w:p>
      <w:r>
        <w:t>,</w:t>
      </w:r>
    </w:p>
    <w:p>
      <w:r>
        <w:t>,</w:t>
      </w:r>
    </w:p>
    <w:p>
      <w:r>
        <w:t>,a advokátom</w:t>
      </w:r>
    </w:p>
    <w:p>
      <w:r>
        <w:t>, ,</w:t>
      </w:r>
    </w:p>
    <w:p>
      <w:r>
        <w:t>, , zastúpených , uznesením</w:t>
      </w:r>
    </w:p>
    <w:p>
      <w:r>
        <w:t>č. k. III. ÚS 725/2016-18 z 25. októbra 2016, takto rozhodol: 1. V expedovanej verzii uznesenia č. k. III. ÚS 725/2016-18 z 25. októbra 2016 sa nahrádza</w:t>
      </w:r>
    </w:p>
    <w:p>
      <w:r>
        <w:t>nesprávny odtlačok pečiatky v závere citovaného uznesenia „Jana</w:t>
      </w:r>
    </w:p>
    <w:p>
      <w:r>
        <w:t>Baricová, v. r. predsedníčka senátu“ správnym odtlačkom pečiatky „Lajos Mészáros, v. r. predseda senátu“. 2. V ostatných častiach zostáva uznesenie č. k. III. ÚS 725/2016-18 z 25. októbra 2016 n e z m e n e n é .</w:t>
      </w:r>
    </w:p>
    <w:p>
      <w:r>
        <w:t>Odôvodnenie: I. 1. Uznesením Ústavného súdu Slovenskej republiky (ďalej len „ústavný súd“) č. k. I. ÚS 550/2016-6 zo 14. septembra 2016 ústavný súd vylúčil sudkyňu ústavného súdu Janu Baricovú z výkonu sudcovskej funkcie v konaní o sťažnosti a</w:t>
      </w:r>
    </w:p>
    <w:p>
      <w:r>
        <w:t>,</w:t>
      </w:r>
    </w:p>
    <w:p>
      <w:r>
        <w:t>z 23. júna 2016 vedenom pod sp. zn.</w:t>
      </w:r>
    </w:p>
    <w:p>
      <w:r>
        <w:t>Rvp 8282/2016. 2. Po vylúčení sudkyne Jany Baricovej z výkonu sudcovskej funkcie v konaní vedenom pod sp. zn. Rvp 8282/2016 o sťažnosti sťažovateľov a</w:t>
      </w:r>
    </w:p>
    <w:p>
      <w:r>
        <w:t>,</w:t>
      </w:r>
    </w:p>
    <w:p>
      <w:r>
        <w:t>z 23. júna 2016 vedenej pod sp. zn.</w:t>
      </w:r>
    </w:p>
    <w:p>
      <w:r>
        <w:t>Rvp 8282/2016 (sp. zn. III. ÚS 725/2016) v merite veci rozhodol senát v zložení: predseda senátu Lajos Mészáros a sudcovia Sergej Kohut a Rudolf Tkáčik. Predseda senátu Lajos Mészáros podpísal zápisnicu o neverejnom zasadnutí III. senátu ústavného súdu 25. októbra 2016 o 10.00 h. Písomné vyhotovenie uznesenia podpísal predseda senátu Lajos Mészáros. Pri expedovaní uznesenia č. k. III. ÚS 725/2016-18 z 25. októbra 2016 účastníkom však senátna tajomníčka omylom na rozhodnutie odtlačila pečiatku „Jana Baricová, v. r. predsedníčka senátu“. 3. Podľa § 31a ods. 1 zákona Národnej rady Slovenskej republiky č. 38/1993 Z. z. o organizácii Ústavného súdu Slovenskej republiky, o konaní pred ním a o postavení jeho sudcov v znení neskorších predpisov ak tento zákon neustanovuje inak a povaha veci to nevylučuje, použijú sa na konanie pred ústavným súdom primerane ustanovenia Civilného sporového poriadku (ďalej len „CSP“) alebo Trestného poriadku. 4. Podľa § 224 CSP súd kedykoľvek aj bez návrhu opraví v rozsudku chyby v písaní a počítaní, ako aj iné zrejmé nesprávnosti. O oprave súd vydá opravné uznesenie, ktoré doručí subjektom konania. Podľa § 234 ods. 2 CSP ak nie je ďalej ustanovené inak, použijú sa na uznesenie primerane ustanovenia o rozsudku. 2</w:t>
      </w:r>
    </w:p>
    <w:p>
      <w:r>
        <w:t>5. V súlade s citovanými ustanoveniami vydal ústavný súd opravné uznesenie, ktorým opravil označenú časť uznesenia č. k. III. ÚS 725/2016-18 z 25. októbra 2016. 6. Z uvedených dôvodov ústavný súd rozhodol tak, ako to vyplýva z výrokovej časti tohto uznesenia. P o u č e n i e : Proti tomuto rozhodnutiu nemožno podať opravný prostriedok. V Košiciach 13. decembra 2017</w:t>
      </w:r>
    </w:p>
    <w:p>
      <w:r>
        <w:t>3</w:t>
      </w:r>
    </w:p>
    <w:p/>
    <w:p>
      <w:r>
        <w:t>Zdroj: KAUZIS.SK – https://www.kauzis.sk/judikatura/r/ECLI:SK:USSR:2017:3.US.725.2016.2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