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284/2018 z 13. 11. 2018</w:t>
      </w:r>
    </w:p>
    <w:p>
      <w:r>
        <w:t>Nález Ústavného súdu SR z 13. novembra 2018, sp. zn. III. ÚS 284/2018, ECLI:SK:USSR:2018:3.US.284.2018.2</w:t>
      </w:r>
    </w:p>
    <w:p>
      <w:r>
        <w:t>Súd: Ústavný súd Slovenskej republiky</w:t>
      </w:r>
    </w:p>
    <w:p>
      <w:r>
        <w:t>Spisová značka: III. ÚS 284/2018</w:t>
      </w:r>
    </w:p>
    <w:p>
      <w:r>
        <w:t>ECLI: ECLI:SK:USSR:2018:3.US.284.2018.2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284/2018-22 Ústavný súd Slovenskej republiky na neverejnom zasadnutí 13. novembra 2018 v senáte zloženom z predsedu Rudolfa Tkáčika, zo sudkyne Jany Baricovej a sudcu Mojmíra Mamojku o sťažnosti</w:t>
      </w:r>
    </w:p>
    <w:p>
      <w:r>
        <w:t>,</w:t>
      </w:r>
    </w:p>
    <w:p>
      <w:r>
        <w:t>, zastúpeného advokátom</w:t>
      </w:r>
    </w:p>
    <w:p>
      <w:r>
        <w:t>JUDr. Jurajom Gavalcom, advokátska kancelária, Teodora Tekela 23, Trnava, ktorou namieta porušenie svojho základného práva na prerokovanie veci bez zbytočných prieťahov podľa čl. 48 ods. 2 Ústavy Slovenskej republiky postupom Okresného súdu Piešťany v konaní vedenom pod sp. zn. 3 P 77/2010, takto rozhodol: 1. Základné právo</w:t>
      </w:r>
    </w:p>
    <w:p>
      <w:r>
        <w:t>na prerokovanie veci bez zbytočných prieťahov</w:t>
      </w:r>
    </w:p>
    <w:p>
      <w:r>
        <w:t>podľa čl. 48 ods. 2 Ústavy Slovenskej republiky postupom Okresného súdu Piešťany v konaní vedenom pod sp. zn. 3 P 77/2010 p o r u š e n é b o l o . 2. Okresnému súdu Piešťany p r i k a z u j e , aby v konaní vedenom pod sp. zn. 3 P 77/2010 konal bez zbytočných prieťahov.</w:t>
      </w:r>
    </w:p>
    <w:p>
      <w:r>
        <w:t>3.</w:t>
      </w:r>
    </w:p>
    <w:p>
      <w:r>
        <w:t>p r i z n á v a finančné zadosťučinenie v sume 3 000 € (slovom</w:t>
      </w:r>
    </w:p>
    <w:p>
      <w:r>
        <w:t>tritisíc eur), ktoré je Okresný súd Piešťany povinný vyplatiť mu do dvoch mesiacov od právoplatnosti tohto rozhodnutia. 4. Okresný súd Piešťany j e p o v i n n ý uhradiť</w:t>
      </w:r>
    </w:p>
    <w:p>
      <w:r>
        <w:t>trovy konania</w:t>
      </w:r>
    </w:p>
    <w:p>
      <w:r>
        <w:t>v sume 355,64 € (slovom tristopäťdesiatpäť eur a šesťdesiatštyri centov) na účet advokáta JUDr. Juraja Gavalca, Teodora Tekela 23, Trnava, do dvoch mesiacov od právoplatnosti tohto rozhodnutia. Odôvodnenie: I. 1. Ústavný súd Slovenskej republiky (ďalej len „ústavný súd“) uznesením č. k. III. ÚS 284/2018-7 zo 17. júla 2018 prijal na ďalšie konanie sťažnosť</w:t>
      </w:r>
    </w:p>
    <w:p>
      <w:r>
        <w:t>,</w:t>
      </w:r>
    </w:p>
    <w:p>
      <w:r>
        <w:t>(ďalej len „sťažovateľ“), ktorou namietal porušenie svojho základného práva na prerokovanie veci bez zbytočných prieťahov podľa čl. 48 ods. 2 Ústavy Slovenskej republiky (ďalej len „ústava“) postupom Okresného súdu Piešťany (ďalej len „okresný súd“) v konaní vedenom pod sp. zn. 3 P 77/2010 (ďalej aj „napadnuté konanie“). 2. Následne ústavný súd 22. augusta 2018 vyzval okresný súd na vyjadrenie sa k vecnej stránke prijatej sťažnosti a oznámenie, či súhlasí s upustením od ústneho pojednávania o prijatej sťažnosti. 3. Vyjadrenie okresného súdu bolo ústavnému súdu doručené 27. septembra 2018, ktorého súčasťou bola aj chronológia úkonov okresného súdu i účastníkov v napadnutom konaní, z ktorej vyplývajú tieto podstatné skutočnosti: Návrh sťažovateľa bol okresnému súdu doručený 8. novembra 2010 „14.02.2011 - vytýčený termín pojednávania na deň: 09.06.2011, 01.06.2011 - pokyn sudcu - upovedomenie o zmene termínu pojednávania na 11.8.2011, 02.06.2011 - doručené vyjadrenie matky s prílohami, 10.08.2011 - doručené doplnenie podania otca,</w:t>
      </w:r>
    </w:p>
    <w:p>
      <w:r>
        <w:t>2</w:t>
      </w:r>
    </w:p>
    <w:p>
      <w:r>
        <w:t>11.08.2011 - pojednávanie odročené na TP: 24.11.2011, 31.10.2011 - doručený návrh matky na vydanie predbežného opatrenia s prílohami, 14.11.2011 - doručené doplnenie návrhu na vydanie predbež. Opatrenia, 24.11.2011 - pojednávanie odročené z dôvodu PN zákonného sudcu na neurčito, 02.12.2011 - vydané a doručené uznesenie o nariadení predbežného opatrenia, 27.12.2011 - podané odvolanie otca proti uzneseniu o nariadení predbež. Opatrenia, 02.02.2012 - spis predložený KS TT, 03.02.2012 - podané vyjadrenie matky k odvolaniu otca na KS TT, 28.02.2012 - vydané uznesenie KS TT, 16.03.2012 - doručené podanie O P PN - vstup do konania, 30.03.2012 - doručený návrh matky na vydanie predbežného opatrenia, 05.04.2012 - vydané uznesenie o zamietnutí návrhu matky na nariadenie predbežného opatrenia, 19.04.2012 - podané odvolanie matky proti uzneseniu o zamietnutí predbežného opatrenia, 02.05.2012 - spis predložený KS TT, 14.05.2012 - KS TT vydané potvrdzujúce napadnuté uznesenie OS PN, 28.05.2012 - doručené podanie správy od OR P Z v Trnave, 07.06.2012 - vydané uznesenie o prerušení konania do ppl. skončenia trestného stíhania, 25.06.2012 - doručené odvolanie otca proti uzneseniu o prerušení konania, 11.07.2012 - spis predložený KS TT, 24.07.2012 - vydané uznesenie KS TT o zrušení napadnutého uznesenia a vrátení veci na ďalšie konanie OS PN, 09.10.2012 - doručená žiadosť OP PN o určenie termínu pojednávania, 11.12.2012 - doručená opätovná žiadosť OP PN, 19.12.2012 - doručené podanie správy od OR PZ v TT o trestnom konaní, 17.01.2013 - pojednávanie odročené na neurčito za účelom nariadenia znaleckého dokazovania, 22.01.2013 - doručené podanie otca - návrh na zabezpečenie dôkazu,</w:t>
      </w:r>
    </w:p>
    <w:p>
      <w:r>
        <w:t>3</w:t>
      </w:r>
    </w:p>
    <w:p>
      <w:r>
        <w:t>13.02.2013 - podanie matky - námietka voči vedeniu konania zo dňa 17.01.2013 a doplnenie informácií a dôkazov spolu s prílohami, 18.02.2013 - doručená správa od OR PZ v TT o vypracovaní znaleckého posudku, 19.02.2013 - založená do spisu fotokópia znaleckého posudku č. 15/2012, 22.02.2013 - doručené podanie PZ matky - nesúhlas matky s pribratím dôkazu psychologického posudku klinickej psychologičky a návrh na vypracovanie nového ZP z oblasti detskej psychológie + fotokópie príloh zo spisu, 26.02.2013 - vydané uznesenie o ustanovení znalca, 05.03.2013 - doručenie námietky zaujatosti matky voči sudkyni JUDr. Mihalikovej a celému OS PN od KP TT na ďalšie konanie a rozhodnutie s prílohou - sťažnosť matky zo dňa 20.02.2013, 21.05.2013 - zaslanie spisu znalcovi na vypracovanie znaleckého posudku, 22.05.2013 - doručený znalecký posudok č. 1/2013 + vyúčtovanie odmeny a hotových výdavkov, 27.05.2013 - pokyn sudkyne - vytýčenie termínu pojednávania na 18.06.2013, zaslanie uznesenia o priznaní znalečného a znaleckého posudku + výzva, 18.06.2013 - lustrácia v SP + doručenie plnej moci PZ matky, správy z prešetrených pomerov od Ú P SV a R PN, 18.06.2013 - pojednávanie; vyhlásenie rozsudku, 17.07.2013 - podané odvolanie matky voči rozsudku s prílohou, 18.09.2013 - spis predložený KS TT, 05.11.2013 - vyjadrenia sudcov KS TT k námietke zaujatosti vo veci 1 1CoP/99/2013, 15.11.2013 - pokyn - predloženie predsedovi súdu za účelom predloženia veci NS SR na rozhodnutie o námietke zaujatosti, 15.11.2013 - spis predložený na NS SR, 25.11.2013 - vydané uznesenie NS SR o nevylúčení sudcov KS TT z prejednávania a rozhodovania veci, 02.04.2014 - pojednávanie pred odvolacím súdom s vydaním uznesenia o zrušení napadnutého rozsudku a vrátení veci na ďalšie konanie, 25.06.2014 - vydané uznesenie OS PN o ustanovení znalca - VSU,</w:t>
      </w:r>
    </w:p>
    <w:p>
      <w:r>
        <w:t>4</w:t>
      </w:r>
    </w:p>
    <w:p>
      <w:r>
        <w:t>17.07.2014 - podané odvolanie matky voči uloženiu povinnosti zloženia preddavku na vypracovanie ZP, 07.11.2014 - urgencia znalca o vrátenie spisu s vypracovaným znaleckým posudkom, 28.01.2015 - opätovná urgencia znalca, 10.04.2015 - vydané uznesenie o uložení poriadkovej pokuty znalcovi, 24.07.2015 - doručená výzva znalcovi, 08.09.2015 - vyúčtovanie odmeny, náhrady hotových výdavkov a doručený ZP č. 36/2015, 08.09.2015 - vytýčenie termín pojednávania na 15.10.2015, 30.09.2015 - doručené vyjadrenie matky k znaleckému posudku, 06.10.2015 - výzvy znalcovi spolu s predvolaním, 14.10.2015 - dopyt na znalca, oznámenie účastníkov o odročení pojednávania bez prejednania veci, 15.10.2015 - pojednávanie odročené na neurčito, 07.12.2015 - doručená odpoveď znalca, 22.03.2016 - doručená žiadosť O P PN o vytýčenie TP + doručený návrh matky, 04.05.2016 - opakovaná žiadosť OP PN o určenie TP, 10.06.2016 - doručená žiadosť matky o odročenie pojednávania s prílohami, 16.06.2016 - doručená správa z prešetrených pomerov od UPSVaR PN, 21.06.2016 - informovanie účastníkov konania o odročení pojednávania z dôvodu hospitalizácie matky, 22.06.2016 - pojednávanie odročené na deň 21.09.2016 za účelom opätovného predvolania, 21.09.2016 - doručené emailom ospravedlnenie znalca, 21.09.2016 - pojednávanie odročené na 27.01.2017 za účelom nariadenia znaleckého dokazovania, 27. 10.2016 - úradný záznam spísaný VSU za účelom zistenia vypracovania znaleckého posudku, 08.11.2016 - vydané uznesenie o ustanovení znalca, 19.01.2017 - zaslanie spisu znalcovi, 26.01.2017 - úradný záznam o oznámení o odročení pojednávania,</w:t>
      </w:r>
    </w:p>
    <w:p>
      <w:r>
        <w:t>5</w:t>
      </w:r>
    </w:p>
    <w:p>
      <w:r>
        <w:t>27.01.2017 - pojednávanie odročené na 03.05.2017 za účelom opätovného predvolania a doručenia znaleckého posudku od znalca, 03.03.2017 - doručená emailom žiadosť znalca o predĺženie lehoty na vypracovanie znaleckého posudku, 06.03.2017 - doručené žiadosť matky o urýchlenie konania, 13.04.2017 - doručená emailom žiadosť znalca, 02.05.2017 - oznámenie o odročení pojednávania, 03.05.2017 - pojednávanie odročené na 27.09.2017 za účelom doručenia znaleckého posudku , 05.05.201 - vydané uznesenie o predĺžení lehoty znalcovi, 19.06.2017 - doručený znalecký posudok č. 14/2017 + vyúčtovanie, 04.08.2017 - doručené elektronicky oznámenie od OP PN, 17.08.2017 - doručená žiadosť PZ matky o predĺženie lehoty na vyjadrenie, 04.09.2017 - doručené vyjadrenie matky k ZP, 26.09.2017 - úradný záznam o oznámení odročenia pojednávania, 27.09.2017 - pojednávanie odročené na 10.11.2017, 08.11.2017 - doručenia žiadosť matky o odročenie pojednávania 09.11.2017 upovedomenie účastníkov o odročení pojednávania, 10.11.2017 - pojednávanie odročené na 16.02.2018 za účelom návštevy rodičov s dieťaťom u psychológa, 01.12.2017 - doručené vyjadrenie matky, 07. 12.2017 - spis predložený KS TT, 24.01.2018 - vydané uznesenie KS TT potvrdzujúce uznesenie v napadnutej časti uloženia povinnosti matke preddavok na trovy znaleckého dokazovania, 15.02.2018 - úradné záznamy + oznámenie o zrušení pojednávania, 16.02.2018 - pojednávanie odročené na 25.05.2018 z dôvodu pokračovania návštev rodičov s dieťaťom u psychológa, 25.05.2018 - pojednávanie odročené na 21.09.2018 za účelom pokračovania návštev rodičov s dieťaťom u psychologičky, 21.09.2018 - termín pojednávania odročený na 09.11.2018.“</w:t>
      </w:r>
    </w:p>
    <w:p>
      <w:r>
        <w:t>6</w:t>
      </w:r>
    </w:p>
    <w:p>
      <w:r>
        <w:t>4. Ústavný súd zistil tieto skutočnosti týkajúce sa priebehu napadnutého konania zo súdneho spisu, ktorý mu bol zapožičaný 27. septembra 2018. 5. Predsedníčka okresného súdu k skutkovej a právnej zložitosti veci v podstatnom uviedla, že „strany napriek vykonanému znaleckému dokazovaniu a výsluchu znalca trvali na ďalšom znaleckom skúmaní, súd vo veci ustanovil nového znalca a po doručení znaleckého posudku aj vytýčil termíny pojednávaní, pričom tieto boli odročované pre pokračovanie návštev rodičov u psychológa. V danom konaní treba zohľadniť potrebu znaleckých dokazovaní najmä z dôvodu problematického správania sa dieťaťa v škole a nemožnosti vo veci rozhodnúť v záujme dieťaťa, bez náležitého preskúmania všetkých okolností. Dovoľujem si zdôrazniť, že konanie doposiaľ nebolo právoplatne skončené z dôvodu sledovania čo najlepšieho záujmu maloletého dieťaťa tak. aby súd nevydal len formálne rozhodnutie o zmene úpravy styku otca s dieťaťom, a nebolo tak zo strany maloletého dieťaťa, či matky akceptované, a prichádzalo by tak k úplnému zmareniu stretávania sa otca s maloletou.“. 6. Predsedníčka okresného súdu v závere svojho vyjadrenia vyjadrila súhlas s upustením od ústneho pojednávania vo veci. 7. Právny zástupca sťažovateľa ešte v sťažnosti samotnej vyjadril súhlas s upustením od ústneho pojednávania vo veci.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9.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10. Sťažovateľ sa sťažnosťou domáhal vyslovenia porušenia svojho základného práva zaručeného čl. 48 ods. 2 ústavy postupom okresného súdu v napadnutom konaní. 11. Podľa čl. 48 ods. 2 ústavy každý má právo, aby sa jeho vec prerokovala bez zbytočných prieťahov. 12.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13. Základnou povinnosťou súdu a sudcu je preto zabezpečiť taký procesný postup v súdnom konaní, ktorý čo najskôr odstráni stav právnej neistoty, kvôli ktorému sa účastník obrátil na súd so žiadosťou o jeho rozhodnutie. 14. Táto povinnosť súdu a sudcu vychádza z čl. 17 zákona č. 160/2015 Z. z.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15. Pri posudzovaní otázky, či v súdnom konaní došlo k zbytočným prieťahom v konaní, a tým aj k porušeniu základného práva podľa čl. 48 ods. 2 ústavy a práva podľa čl. 6 ods. 1 dohovoru, v súlade so svojou doterajšou judikatúrou (IV. ÚS 74/02,</w:t>
      </w:r>
    </w:p>
    <w:p>
      <w:r>
        <w:t>8</w:t>
      </w:r>
    </w:p>
    <w:p>
      <w:r>
        <w:t>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16. Pokiaľ ide o právnu a faktickú zložitosť sporu, v ktorom je sťažovateľ navrhovateľom „o úpravu styku k maloletému dieťaťu“, ústavný súd konštatuje, že obdobné konania možno zaradiť k štandardnej agende všeobecného súdnictva, preto dĺžka konania nebola závislá právnej náročnosti prerokovávanej veci. Čo sa týka skutkovej zložitosti veci, ústavný súd pripúšťa, že vzhľadom na problematické správanie dieťaťa a nepriateľské vzťahy rodičov znalecké dokazovanie mohlo spôsobovať určité problémy, čo mohlo predĺžiť napadnuté konanie, avšak tým nie je možné ospravedlniť doterajšiu dĺžku napadnutého konania, ktorá je z hľadiska toho, „čo je v hre“, zjavne neprimeraná. Z hľadiska závažnosti veci ide o takú, ktorá si vyžaduje urýchlený postup v konaní vzhľadom na právne a faktické postavenie a budúcnosť dieťaťa (m. m. III. ÚS 351/2014). 17. Ďalším kritériom, podľa ktorého ústavný súd zisťoval existenciu zbytočných prieťahov v napadnutom konaní, bolo správanie sťažovateľa ako strany tohto súdneho konania. Konštatuje, že sťažovateľ neprispel k doterajšej dĺžke napadnutého konania a na výzvy súdu reagoval v primeraných lehotách. Pokiaľ ide o odročovanie nariadených pojednávaní v označenej veci v prvom polroku 2018 z dôvodov pokračovania návštev rodičov u psychológa (so súhlasom sťažovateľa, pozn.), ústavný súd uvedenú skutočnosť zohľadnil pri určení sumy priznaného finančného zadosťučinenia. 18. Tretím hodnotiacim kritériom, podľa ktorého ústavný súd zisťoval, či došlo k porušeniu označených práv sťažovateľa, bol postup samotného okresného súdu. 19. Ústavný súd po preskúmaní postupu okresného súdu v napadnutom konaní konštatuje, že predmet konania, doterajšia dĺžka napadnutého konania, ako aj časové odstupy medzi jednotlivými úkonmi súdu svedčia o nedostatočne razantnom postupe okresného súdu. Po preskúmaní postupu okresného súdu preto dospel k záveru, že napadnuté konanie je poznačené zbytočnými prieťahmi.</w:t>
      </w:r>
    </w:p>
    <w:p>
      <w:r>
        <w:t>9</w:t>
      </w:r>
    </w:p>
    <w:p>
      <w:r>
        <w:t>20. Ústavný súd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21. Ako príklad nesústredeného postupu okresného súdu v napadnutom konaní možno uviesť priebeh znaleckého dokazovania, keď už v roku 2012 bolo zrejmé, že vzhľadom na okolnosti prípadu bude nevyhnutné nariadiť znalecké dokazovanie z dôvodov, pre ktoré matka maloletej podala trestné oznámenie na sťažovateľa a pre ktoré okresný súd nariadil predbežné opatrenie, ktorým zakázal styk sťažovateľovi s maloletým dieťaťom. Samotné znalecké dokazovanie bolo nariadené až uznesením z 26. februára 2013. V tejto súvislosti pokus okresného súdu o prerušenie konania do právoplatného skončenia trestného stíhania uznesením zo 7. júna 2012 sa javí ako alibistický, v rozpore s vyhľadávacou zásadou typickou pre tento typ konaní, čo nakoniec konštatoval aj príslušný odvolací súd vo svojom zrušovacom uznesení z 24. júla 2012. Samotný priebeh znaleckého dokazovania tiež svedčí o neefektívnom postupe. Okresný súd na účel rozhodnutia vo veci samej dal vyhotoviť celkom 3 znalecké posudky, pričom druhý znalecký posudok bolo potrebné z dôvodov neefektívneho postupu okresného súdu nahradiť tretím pre jeho neaktuálnosť. 22. Vychádzajúc z uvedeného, ústavný súd dospel k záveru, že doterajším postupom okresného súdu v napadnutom konaní došlo k zbytočným prieťahom, a tým aj k porušeniu označeného základného práva sťažovateľa, preto rozhodol tak, ako to je uvedené v bode 1 výroku tohto nálezu. 23. Ústavný súd na základe svojho zistenia, že postupom okresného súdu došlo k porušeniu označeného základného práva sťažovateľa, mu prikázal, aby v napadnutom konaní konal bez zbytočných prieťahov, pretože označená vec nebola v čase rozhodovania ústavného súdu o sťažnosti sťažovateľa právoplatne skončená (bod 2 výroku rozhodnutia).</w:t>
      </w:r>
    </w:p>
    <w:p>
      <w:r>
        <w:t>10</w:t>
      </w:r>
    </w:p>
    <w:p>
      <w:r>
        <w:t>III. 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 v sťažnosti žiadal priznať primerané finančné zadosťučinenie v sume 15 000 €, ktoré odôvodnil neefektívnym postupom súdu, pretrvávajúcou právnou neistotou, významom tohto konania pre sťažovateľa a intenzitou porušovania svojho označeného základného práva. 27.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28. Vzhľadom na doterajšiu dĺžku konania vedeného okresným súdom, ktorá sama osebe je neakceptovateľná, zistenú neefektívnu činnosť okresného súdu, berúc do úvahy predmet konania na okresnom súde, správanie sťažovateľa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považoval priznanie sumy 3 000 € za primerané finančné zadosťučinenie podľa § 56 ods. 4 zákona o ústavnom súde (bod 3 výroku tohto rozhodnutia).</w:t>
      </w:r>
    </w:p>
    <w:p>
      <w:r>
        <w:t>11</w:t>
      </w:r>
    </w:p>
    <w:p>
      <w:r>
        <w:t>29. Ústavný súd napokon rozhodol aj o úhrade trov konania sťažovateľa, ktoré mu vznikli v dôsledku právneho zastúpenia pred ústavným súdom. Právny zástupca si uplatnil náhradu trov právneho zastúpenia v sume 355,64 €. 30.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31. Keďže suma uplatnenej náhrady trov konania neprevyšovala sumu vypočítanú ústavným súdom, ústavný súd priznal sťažovateľovi náhradu trov konania v požadovanej sume 355,64 €. 32. Priznanú úhradu trov právneho zastúpenia je okresný súd povinný uhradiť na účet právneho zástupcu sťažovateľa (§ 31a zákona o ústavnom súde v spojení s § 263 ods. 1 CSP) v lehote dvoch mesiacov od právoplatnosti tohto rozhodnutia (bod 4 výroku nálezu). 33.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novembra 2018</w:t>
      </w:r>
    </w:p>
    <w:p>
      <w:r>
        <w:t>12</w:t>
      </w:r>
    </w:p>
    <w:p/>
    <w:p>
      <w:r>
        <w:t>Zdroj: KAUZIS.SK – https://www.kauzis.sk/judikatura/r/ECLI:SK:USSR:2018:3.US.284.2018.2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