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29/2018 z 28. 11. 2018</w:t>
      </w:r>
    </w:p>
    <w:p>
      <w:r>
        <w:t>Uznesenie Ústavného súdu SR z 28. novembra 2018, sp. zn. PL. ÚS 29/2018, ECLI:SK:USSR:2018:PL.US.29.2018.1</w:t>
      </w:r>
    </w:p>
    <w:p>
      <w:r>
        <w:t>Súd: Ústavný súd Slovenskej republiky</w:t>
      </w:r>
    </w:p>
    <w:p>
      <w:r>
        <w:t>Spisová značka: PL. ÚS 29/2018</w:t>
      </w:r>
    </w:p>
    <w:p>
      <w:r>
        <w:t>ECLI: ECLI:SK:USSR:2018:PL.US.29.2018.1</w:t>
      </w:r>
    </w:p>
    <w:p>
      <w:r>
        <w:t>Dátum vydania: 28. 11. 2018</w:t>
      </w:r>
    </w:p>
    <w:p>
      <w:r>
        <w:t>Forma: Uznesenie</w:t>
      </w:r>
    </w:p>
    <w:p>
      <w:r>
        <w:t>Oblasť práva: Ústavné právo</w:t>
      </w:r>
    </w:p>
    <w:p>
      <w:pPr>
        <w:pStyle w:val="Heading2"/>
      </w:pPr>
      <w:r>
        <w:t>Text rozhodnutia</w:t>
      </w:r>
    </w:p>
    <w:p>
      <w:r>
        <w:t>SLOVENSKÁ REPUBLIKA</w:t>
      </w:r>
    </w:p>
    <w:p>
      <w:r>
        <w:t>UZNESENIE Ústavného súdu Slovenskej republiky PL. ÚS 29/2018-13 Ústavný súd Slovenskej republiky na neverejnom zasadnutí 28. novembra 2018 v pléne zloženom z predsedníčky Ivetty Macejkovej a zo sudcov Jany Baricovej, Petra Brňáka, Miroslava Duriša (sudca spravodajca), Ľudmily Gajdošíkovej, Sergeja Kohuta, Jany Laššákovej, Milana Ľalíka, Mojmíra Mamojku, Lajosa Mészárosa, Marianny Mochnáčovej, Ladislava Orosza a Rudolfa Tkáčika predbežne prerokoval sťažnosť ,</w:t>
      </w:r>
    </w:p>
    <w:p>
      <w:r>
        <w:t>, zastúpeného advokátom JUDr. Petrom Vachanom, Pavla</w:t>
      </w:r>
    </w:p>
    <w:p>
      <w:r>
        <w:t>Mudroňa 1191/5, Žilina, vo veci namietanej neústavnosti a nezákonnosti volieb starostu obce Lysica konaných 10. novembra 2018, ako aj proti výsledku volieb starostu obce Lysica konaných 10. novembra 2018 za účasti</w:t>
      </w:r>
    </w:p>
    <w:p>
      <w:r>
        <w:t>a takto</w:t>
      </w:r>
    </w:p>
    <w:p>
      <w:r>
        <w:t>rozhodol: Sťažnosť</w:t>
      </w:r>
    </w:p>
    <w:p>
      <w:r>
        <w:t>p r i j í m a na ďalšie konanie. Odôvodnenie: I.</w:t>
      </w:r>
    </w:p>
    <w:p>
      <w:r>
        <w:t>1. Ústavnému súdu Slovenskej republiky (ďalej len „ústavný súd“) bola 20. novembra 2018 doručená sťažnosť</w:t>
      </w:r>
    </w:p>
    <w:p>
      <w:r>
        <w:t>,</w:t>
      </w:r>
    </w:p>
    <w:p>
      <w:r>
        <w:t>(ďalej len</w:t>
      </w:r>
    </w:p>
    <w:p>
      <w:r>
        <w:t>„sťažovateľ“), podľa § 59 ods. 1 a 2 zákona Národnej rady Slovenskej republiky č. 38/1993</w:t>
      </w:r>
    </w:p>
    <w:p>
      <w:r>
        <w:t>Z. z. o organizácii Ústavného súdu Slovenskej republiky, o konaní pred ním a o postavení jeho sudcov v znení neskorších predpisov (ďalej len „zákon o ústavnom súde“) vo veci namietanej neústavnosti a nezákonnosti volieb starostu obce Lysica konaných 10. novembra 2018, ako aj proti výsledku volieb starostu obce Lysica konaných 10. novembra 2018. 2. Z obsahu sťažnosti a priloženej volebnej dokumentácie vyplýva, že sťažovateľ kandidoval v napadnutých voľbách na funkciu starostu obce Lysica. Podľa zápisnice miestnej volebnej komisie o výsledku volieb v obci vo voľbách do orgánov samosprávy obcí konaných 10. novembra 2018 získal sťažovateľ 222 zo 445 odovzdaných platných hlasov zúčastnených voličov. Sťažnosť sťažovateľa smeruje proti kandidátovi, ktorý získal vo voľbách 223 hlasov a bol zvolený za starostu obce Lysica. Medzi sťažovateľom a víťazným kandidátom bol teda rozdiel v počte jedného hlasu. 3. Sťažovateľ v sťažnosti namieta, «že miestna volebná komisia označila za neplatný hlas voliča, ktorý zakrúžkoval okrem poradového čísla aj meno a priezvisko sťažovateľa, pričom práve tento hlas rozhodol o tom, či sa v obci vykonajú nové voľby v súlade s ustanovením § 189 ods. 4 zákona č. 180/2014 Z. z. o podmienkach výkonu volebného práva v znení neskorších predpisov (ďalej len „Zákon o podmienkach výkonu volebného práva“) alebo bude zvolený kandidát č. 2</w:t>
      </w:r>
    </w:p>
    <w:p>
      <w:r>
        <w:t>.». Sťažovateľ v sťažnosti ďalej</w:t>
      </w:r>
    </w:p>
    <w:p>
      <w:r>
        <w:t>uvádza, že „rozhodnutie miestnej volebnej komisie o neplatnosti vyššie popísaného hlasovacieho lístka je rozhodujúce pre výsledok volieb z dôvodu rozdielu práve jedného hlasu medzi zvoleným kandidátom č. 2</w:t>
      </w:r>
    </w:p>
    <w:p>
      <w:r>
        <w:t>a sťažovateľom. Miestna</w:t>
      </w:r>
    </w:p>
    <w:p>
      <w:r>
        <w:t>volebná komisia podľa názoru sťažovateľa porušila nielen právo sťažovateľa byť volený, ale aj právo voliča voliť.“.</w:t>
      </w:r>
    </w:p>
    <w:p>
      <w:r>
        <w:t>2</w:t>
      </w:r>
    </w:p>
    <w:p>
      <w:r>
        <w:t>4. Na preukázanie svojich tvrdení sťažovateľ v sťažnosti navrhuje, „aby si ústavný súd vyžiadal volebnú dokumentáciu (najmä zápisnicu miestnej volebnej komisie, hlasovacie lístky a zoznam voličov) a vykonal prepočítanie všetkých hlasovacích lístkov pre voľby starostu obce Lysica.“. 5.1 S odkazom na prezentovanú argumentáciu sťažovateľ navrhuje, aby ústavný súd vyhlásil „voľby starostu obce Lysica konané dňa 10.11.2018 za neplatné.“. 5.2 Sťažovateľ zároveň pre prípad, „ak bude Ústavný súd považovať pochybenie miestnej volebnej komisie nedostatočné pre vyhlásenie neplatnosti volieb, s prihliadnutím na skutočnosť, že sťažovateľ vo volebných veciach má objektívne, a to už aj z povahy veci patriacej do sféry verejného práva, sťaženú situáciu pri získavaní poznatkov a predkladaní dôkazov o porušení ústavnosti a zákonnosti volieb, a teda formulácia petitu v takýchto sťažnostiach nemusí vždy zodpovedať reálnemu stavu veci“, ako alternatívny petit navrhuje, aby ústavný súd zrušil „rozhodnutie Miestnej volebnej komisie v obci Lysica vo volebnom obvode č. 1 zapísané v zápisnici o výsledku volieb starostu obce Lysica konaných 10.11.2018 v časti, v ktorej bol za zvoleného vyhlásený pod poradovým číslom 2 ,</w:t>
      </w:r>
    </w:p>
    <w:p>
      <w:r>
        <w:t>, trvalé bytom</w:t>
      </w:r>
    </w:p>
    <w:p>
      <w:r>
        <w:t>“. II.</w:t>
      </w:r>
    </w:p>
    <w:p>
      <w:r>
        <w:t>6. Podľa čl. 129 ods. 2 Ústavy Slovenskej republiky (ďalej len „ústava“) ústavný súd rozhoduje o ústavnosti a zákonnosti volieb prezidenta Slovenskej republiky, volieb do Národnej rady Slovenskej republiky, volieb do orgánov územnej samosprávy a volieb do Európskeho parlamentu. 7.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w:t>
      </w:r>
    </w:p>
    <w:p>
      <w:r>
        <w:t>3</w:t>
      </w:r>
    </w:p>
    <w:p>
      <w:r>
        <w:t>alebo návrhy podané niekým zjavne neoprávneným, ako aj návrhy podané oneskorene môže ústavný súd na predbežnom prerokovaní odmietnuť uznesením bez ústneho pojednávania. Ústavný súd môže odmietnuť aj návrh, ktorý je zjavne neopodstatnený. 8.1</w:t>
      </w:r>
    </w:p>
    <w:p>
      <w:r>
        <w:t>Z internetovej</w:t>
      </w:r>
    </w:p>
    <w:p>
      <w:r>
        <w:t>stránky</w:t>
      </w:r>
    </w:p>
    <w:p>
      <w:r>
        <w:t>Štatistického</w:t>
      </w:r>
    </w:p>
    <w:p>
      <w:r>
        <w:t>úradu</w:t>
      </w:r>
    </w:p>
    <w:p>
      <w:r>
        <w:t>Slovenskej</w:t>
      </w:r>
    </w:p>
    <w:p>
      <w:r>
        <w:t>republiky</w:t>
      </w:r>
    </w:p>
    <w:p>
      <w:r>
        <w:t>˂http://www.volbysr.sk/sk/data02.html˃ ústavný súd zistil, že v obci Lysica bolo pre voľby do orgánov samosprávy obce konané 10. novembra 2018 zapísaných 685 voličov, pričom na hlasovanie bolo vydaných a odovzdaných 455 volebných obálok. To znamená, že volieb sa zúčastnilo 455 zo 685 oprávnených voličov. Platných hlasovacích lístkov pre voľby starostu bolo odovzdaných 445, teda 10 hlasovacích lístkov bolo vyhodnotených ako neplatných. Zo 455 platných hlasov získal sťažovateľ 222 (49,88 %) a jeho protikandidát 223 (50,11 %). 8.2 Z už uvedeného vyplýva, že sťažovateľ je aktívne legitimovanou osobou na podanie sťažnosti, v ktorej namieta neústavnosť a nezákonnosť volieb starostu obce Lysica, ako kandidát, ktorý vo voľbách získal hlas od viac ako 10 % voličov v súlade s dikciou § 59 ods. 1 zákona o ústavnom súde, a že osoba, proti ktorej sťažnosť smeruje, je pasívne legitimovanou osobou v súlade so znením § 61 zákona o ústavnom súde. Ústavný súd zároveň zistil, že sťažovateľ je aktívne legitimovanou osobou na podanie sťažnosti proti výsledku volieb starostu obce Lysica ako kandidát, ktorý vo voľbách získal viac ako 10 % hlasov v súlade s dikciou § 59 ods. 2 zákona o ústavnom súde. Sťažnosť bola podaná v zákonnej lehote desiatich dní odo dňa oznámenia výsledku volieb podľa § 60 ods. 2 zákona o ústavnom súde. 9. Sťažovateľ stručne a výstižne sformuloval, akým skutkovým stavom došlo podľa jeho názoru k porušeniu pravidiel volieb vyplývajúcich z ústavy o zo zákona č. 180/2014 Z. z. o podmienkach výkonu volebného práva a o zmene a doplnení niektorých zákonov v znení neskorších predpisov a na podporu svojich tvrdení v sťažnosti predložil potrebné návrhy na vykonanie dokazovania.</w:t>
      </w:r>
    </w:p>
    <w:p>
      <w:r>
        <w:t>4</w:t>
      </w:r>
    </w:p>
    <w:p>
      <w:r>
        <w:t>10. Ústavný súd na predbežnom prerokovaní zistil, že v tejto veci sú splnené všetky ústavné a zákonné predpoklady na prijatie sťažnosti na ďalšie konanie, a preto rozhodol tak, ako to je uvedené vo výroku tohto uznesenia (§ 25 ods. 1 a 3 zákona o ústavnom súde). P o u č e n i e : Proti tomuto rozhodnutiu nemožno podať opravný prostriedok. V Košiciach 28. novembra 2018</w:t>
      </w:r>
    </w:p>
    <w:p>
      <w:r>
        <w:t>5</w:t>
      </w:r>
    </w:p>
    <w:p/>
    <w:p>
      <w:r>
        <w:t>Zdroj: KAUZIS.SK – https://www.kauzis.sk/judikatura/r/ECLI:SK:USSR:2018:PL.US.29.2018.1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