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PLs. ÚS 30/2018 z 14. 11. 2018</w:t>
      </w:r>
    </w:p>
    <w:p>
      <w:r>
        <w:t>Uznesenie Ústavného súdu SR z 14. novembra 2018, sp. zn. PLs. ÚS 30/2018, ECLI:SK:USSR:2018:PLs.US.30.2018.1</w:t>
      </w:r>
    </w:p>
    <w:p>
      <w:r>
        <w:t>Súd: Ústavný súd Slovenskej republiky</w:t>
      </w:r>
    </w:p>
    <w:p>
      <w:r>
        <w:t>Spisová značka: PLs. ÚS 30/2018</w:t>
      </w:r>
    </w:p>
    <w:p>
      <w:r>
        <w:t>ECLI: ECLI:SK:USSR:2018:PLs.US.30.2018.1</w:t>
      </w:r>
    </w:p>
    <w:p>
      <w:r>
        <w:t>Dátum vydania: 14. 11. 2018</w:t>
      </w:r>
    </w:p>
    <w:p>
      <w:r>
        <w:t>Forma: Uznesenie</w:t>
      </w:r>
    </w:p>
    <w:p>
      <w:r>
        <w:t>Oblasť práva: Ústavné právo</w:t>
      </w:r>
    </w:p>
    <w:p>
      <w:pPr>
        <w:pStyle w:val="Heading2"/>
      </w:pPr>
      <w:r>
        <w:t>Text rozhodnutia</w:t>
      </w:r>
    </w:p>
    <w:p>
      <w:r>
        <w:t>SLOVENSKÁ REPUBLIKA</w:t>
      </w:r>
    </w:p>
    <w:p>
      <w:r>
        <w:t>UZNESENIE Ústavného súdu Slovenskej republiky PLs. ÚS 30/2018-8 Ústavný súd Slovenskej republiky na neverejnom zasadnutí pléna 14. novembra 2018 o sťažnosti</w:t>
      </w:r>
    </w:p>
    <w:p>
      <w:r>
        <w:t>,</w:t>
      </w:r>
    </w:p>
    <w:p>
      <w:r>
        <w:t>, a</w:t>
      </w:r>
    </w:p>
    <w:p>
      <w:r>
        <w:t>,</w:t>
      </w:r>
    </w:p>
    <w:p>
      <w:r>
        <w:t>, zastúpených advokátom JUDr. Michalom Krnáčom, Vojtecha Tvrdého 793/21, Žilina, vedenej pod sp. zn. Rvp 1938/2018, vo veci namietaného porušenia základného práva podľa čl. 20 ods. 1 a čl. 46 ods. 1 Ústavy Slovenskej republiky, práva podľa čl. 11 ods. 1 a čl. 36 ods. 1 Listiny základných práv a slobôd, práva podľa čl. 1 Dodatkového protokolu k Dohovoru o ochrane ľudských práv a základných slobôd a práva podľa čl. 6 ods. 1 Dohovoru o ochrane ľudských práv a základných slobôd rozsudkom Najvyššieho súdu Slovenskej republiky sp. zn. 3 Sžr 3/2017 z 30. mája 2018 a rozsudkom Krajského súdu v Žiline č. k. 29 Sp 11/2016-119 z 21. októbra 2016 a o sťažnosti</w:t>
      </w:r>
    </w:p>
    <w:p>
      <w:r>
        <w:t>,</w:t>
      </w:r>
    </w:p>
    <w:p>
      <w:r>
        <w:t>, ,</w:t>
      </w:r>
    </w:p>
    <w:p>
      <w:r>
        <w:t>,</w:t>
      </w:r>
    </w:p>
    <w:p>
      <w:r>
        <w:t>,</w:t>
      </w:r>
    </w:p>
    <w:p>
      <w:r>
        <w:t>,</w:t>
      </w:r>
    </w:p>
    <w:p>
      <w:r>
        <w:t>, , ,</w:t>
      </w:r>
    </w:p>
    <w:p>
      <w:r>
        <w:t>,</w:t>
      </w:r>
    </w:p>
    <w:p>
      <w:r>
        <w:t>,</w:t>
      </w:r>
    </w:p>
    <w:p>
      <w:r>
        <w:t>,</w:t>
      </w:r>
    </w:p>
    <w:p>
      <w:r>
        <w:t>, ,</w:t>
      </w:r>
    </w:p>
    <w:p>
      <w:r>
        <w:t>,</w:t>
      </w:r>
    </w:p>
    <w:p>
      <w:r>
        <w:t>, ,</w:t>
      </w:r>
    </w:p>
    <w:p>
      <w:r>
        <w:t>, zastúpených advokátkou Mgr. Soňou Grošaftovou,</w:t>
      </w:r>
    </w:p>
    <w:p>
      <w:r>
        <w:t>Hodžova 13, Žilina, vedenej pod sp. zn. Rvp 1917/2018, vo veci namietaného porušenia základného práva podľa čl. 20 a čl. 46 ods. 1 Ústavy Slovenskej republiky, práva podľa čl. 36 ods. 1 Listiny základných práv a slobôd, práva podľa čl. 1 Dodatkového protokolu k Dohovoru o ochrane ľudských práv a základných slobôd a práva podľa čl. 6 ods. 1</w:t>
      </w:r>
    </w:p>
    <w:p>
      <w:r>
        <w:t>Dohovoru o ochrane ľudských práv a základných slobôd rozsudkom Najvyššieho súdu Slovenskej republiky sp. zn. 3 Sžr 3/2017 z 30. mája 2018 takto rozhodol: Veci vedené Ústavným súdom Slovenskej republiky pod sp. zn. Rvp 1938/2018, a sp. zn. Rvp 1917/2018 s p á j a</w:t>
      </w:r>
    </w:p>
    <w:p>
      <w:r>
        <w:t>na spoločné konanie, ktoré bude ďalej vedené</w:t>
      </w:r>
    </w:p>
    <w:p>
      <w:r>
        <w:t>pod sp. zn. Rvp 1917/2018. Odôvodnenie: I. 1.1 Ústavnému súdu Slovenskej republiky (ďalej len „ústavný súd“) bola 25. septembra 2018 doručená sťažnosť</w:t>
      </w:r>
    </w:p>
    <w:p>
      <w:r>
        <w:t>,</w:t>
      </w:r>
    </w:p>
    <w:p>
      <w:r>
        <w:t>,</w:t>
      </w:r>
    </w:p>
    <w:p>
      <w:r>
        <w:t>,</w:t>
      </w:r>
    </w:p>
    <w:p>
      <w:r>
        <w:t>,</w:t>
      </w:r>
    </w:p>
    <w:p>
      <w:r>
        <w:t>a</w:t>
      </w:r>
    </w:p>
    <w:p>
      <w:r>
        <w:t>, ,</w:t>
      </w:r>
    </w:p>
    <w:p>
      <w:r>
        <w:t>,</w:t>
      </w:r>
    </w:p>
    <w:p>
      <w:r>
        <w:t>, ktorou namietajú</w:t>
      </w:r>
    </w:p>
    <w:p>
      <w:r>
        <w:t>porušenie svojho základného práva podľa čl. 20 a čl. 46 ods. 1 Ústavy Slovenskej republiky (ďalej len „ústava“), práva podľa čl. 36 ods. 1 Listiny základných práv a slobôd (ďalej len „listina“), práva podľa čl. 1 Dodatkového protokolu k Dohovoru o ochrane ľudských práv a základných slobôd a práva podľa čl. 6 ods. 1 Dohovoru o ochrane ľudských práv a základných slobôd (ďalej len ,,dohovor“) rozsudkom Najvyššieho súdu Slovenskej republiky sp. zn. 3 Sžr 3/2017 z 30. mája 2018. 1.2 Predmetná sťažnosť je na ústavnom súde vedená pod sp. zn. Rvp 1917/2018 a je pridelená sudcovi spravodajcovi Sergejovi Kohutovi, ktorý je členom II. senátu ústavného súdu. 2.1 Ústavnému súdu bola 26. septembra 2018 doručená sťažnosť obchodných spoločností</w:t>
      </w:r>
    </w:p>
    <w:p>
      <w:r>
        <w:t>, a</w:t>
      </w:r>
    </w:p>
    <w:p>
      <w:r>
        <w:t>, ktorou namietajú porušenie svojho</w:t>
      </w:r>
    </w:p>
    <w:p>
      <w:r>
        <w:t>základného práva podľa čl. 20 ods. 1 a čl. 46 ods. 1 ústavy, práva podľa čl. 11 ods. 1 a čl. 36 2</w:t>
      </w:r>
    </w:p>
    <w:p>
      <w:r>
        <w:t>ods. 1 listiny, práva podľa čl. 1 Dodatkového protokolu k Dohovoru o ochrane ľudských práv a základných slobôd a práva podľa čl. 6 ods. 1 dohovoru rozsudkom Najvyššieho súdu Slovenskej republiky sp. zn. 3 Sžr 3/2017 z 30. mája 2018 a rozsudkom Krajského súdu v Žiline č. k. 29 Sp 11/2016-119 z 21. októbra 2016. 2.2 Predmetná sťažnosť je na ústavnom súde vedená pod sp. zn. Rvp 1938/2018 a je pridelená sudcovi spravodajcovi Milanovi Ľalíkovi, ktorý je členom I. senátu ústavného súdu. 3. Zo spisov ústavného súdu sp. zn. Rvp 1917/2018 a sp. zn. Rvp 1938/2018 vyplýva, že tieto veci spolu skutkovo súvisia, pretože všetci sťažovatelia vystupovali v správnom súdnom konaní vedenom pod sp. zn. 29 Sp 11/2016 na Krajskom súde v Žiline (v konaní o preskúmaní zákonnosti rozhodnutia Okresného úradu Žilina, pozemkového a lesného odboru sp. zn. OU-ZA-PLO 2015/000573-180/RII z 27. októbra 2015) na strane neúspešných navrhovateľov, spoločným predmetom ich ústavných sťažností sa stali identické súdne rozhodnutia vydané v uvedenom správnom súdom konaní (rozsudok Najvyššieho súdu Slovenskej republiky sp. zn. 3 SžR 3/2017 z 30. mája 2018 a rozsudok Krajského súdu v Žiline č. k. 29 Sp 11/2016-119 z 21. októbra 2016), pričom v ich sťažnostiach ide o</w:t>
      </w:r>
    </w:p>
    <w:p>
      <w:r>
        <w:t>námietky odôvodňujúce porušenie rovnakých základných práv</w:t>
      </w:r>
    </w:p>
    <w:p>
      <w:r>
        <w:t>garantovaných v ústave (čl. 20 a čl. 46 ods. 1), listine (čl. 36 ods. 1) a dohovore (čl. 6 ods. 1). II. 4. Podľa čl. 124 ústavy je ústavný súd nezávislým súdnym orgánom ochrany ústavnosti. 5. Podľa čl. 140 ústavy podrobnosti o organizácii ústavného súdu, o spôsobe konania pred ním a o postavení jeho sudcov ustanoví zákon.</w:t>
      </w:r>
    </w:p>
    <w:p>
      <w:r>
        <w:t>3</w:t>
      </w:r>
    </w:p>
    <w:p>
      <w:r>
        <w:t>6. Podľa § 31a ods. 1 zákona Národnej rady Slovenskej republiky č. 38/1993 Z. z. o organizácii Ústavného súdu Slovenskej republiky, o konaní pred ním a o postavení jeho sudcov v znení neskorších predpisov (ďalej len „zákon o ústavnom súde“) ak tento zákon neustanovuje inak a povaha veci to nevylučuje, použijú sa na konanie pred ústavným súdom primerane ustanovenia Civilného sporového poriadku (ďalej len „CSP“). 7. Podľa § 166 ods. 1 CSP v záujme hospodárnosti konania súd spojí na spoločné konanie také konania, ktoré sa pred ním začali a skutkovo spolu súvisia alebo sa týkajú tých istých strán. Ak boli také konania pridelené viacerým sudcom toho istého súdu, rozhodne o spojení konaní ten sudca, u ktorého sa začalo konanie skôr. III. 8. Zákon o ústavnom súde nemá osobitné ustanovenie o spojení vecí, v súlade s § 31a ods. 1 zákona o ústavnom súde je však možné v konaní o návrhu podľa čl. 127 ods. 1 ústavy použiť na prípadné spojenie vecí primerane § 166 ods. 1 CSP. 9. Podľa čl. II ods. 10 Rozvrhu práce Ústavného súdu Slovenskej republiky na obdobie od 1. marca 2018 do 28. februára 2019 v záujme hospodárnosti konania môže plénum ústavného súdu rozhodnúť o spojení vecí patriacich do pôsobnosti senátov ústavného súdu, ktoré boli pridelené členom rôznych senátov ako sudcom spravodajcom, na spoločné konanie, ak tieto veci spolu skutkovo súvisia alebo sa týkajú tých istých účastníkov. Návrh na rozhodnutie o spojení môže plénu ústavného súdu podať sudca spravodajca vo veci, ktorej spojenie s inou vecou sa navrhuje, alebo predsedníčka ústavného súdu. Ak vzhľadom na okolnosti hodné osobitného zreteľa nerozhodne plénum inak, je na spoločné konanie o spojených veciach príslušný ten senát ústavného súdu, ktorého členom je sudca spravodajca v tej zo spájaných vecí, v ktorej začalo konanie na ústavnom súde skôr (§ 18 ods. 2 zákona o ústavnom súde).</w:t>
      </w:r>
    </w:p>
    <w:p>
      <w:r>
        <w:t>4</w:t>
      </w:r>
    </w:p>
    <w:p>
      <w:r>
        <w:t>10. S prihliadnutím na obsah sťažností vedených ústavným súdom pod sp. zn. Rvp 1917/2018 a sp. zn. Rvp 1938/2018 a z tohto obsahu vyplývajúcu právnu a skutkovú súvislosť uvedených sťažností ústavný súd v záujme hospodárnosti konania podľa § 31a zákona o ústavnom súde v spojení s § 166 ods. 1 CSP rozhodol, že veci vedené ústavným súdom pod sp. zn. Rvp 1917/2018 a sp. zn. Rvp 1938/2018 spája na spoločné konanie, ktoré bude ďalej vedené pod sp. zn. Rvp 1917/2018. P o u č e n i e : Proti tomuto rozhodnutiu nemožno podať opravný prostriedok. V Košiciach 14. novembra 2018</w:t>
      </w:r>
    </w:p>
    <w:p>
      <w:r>
        <w:t>5</w:t>
      </w:r>
    </w:p>
    <w:p/>
    <w:p>
      <w:r>
        <w:t>Zdroj: KAUZIS.SK – https://www.kauzis.sk/judikatura/r/ECLI:SK:USSR:2018:PLs.US.30.2018.1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