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28/2018 z 19. 12. 2018</w:t>
      </w:r>
    </w:p>
    <w:p>
      <w:r>
        <w:t>Nález Ústavného súdu SR z 19. decembra 2018, sp. zn. PL. ÚS 28/2018, ECLI:SK:USSR:2019:PL.US.28.2018.1</w:t>
      </w:r>
    </w:p>
    <w:p>
      <w:r>
        <w:t>Súd: Ústavný súd Slovenskej republiky</w:t>
      </w:r>
    </w:p>
    <w:p>
      <w:r>
        <w:t>Spisová značka: PL. ÚS 28/2018</w:t>
      </w:r>
    </w:p>
    <w:p>
      <w:r>
        <w:t>ECLI: ECLI:SK:USSR:2019:PL.US.28.2018.1</w:t>
      </w:r>
    </w:p>
    <w:p>
      <w:r>
        <w:t>Dátum vydania: 19. 12. 2018</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PL. ÚS 28/2018-27 Ústavný súd Slovenskej republiky na neverejnom zasadnutí 19. decembra 2018 v pléne zloženom z predsedníčky Ivetty Macejkovej a zo sudcov Jany Baricovej, Petra Brňáka, Miroslava Duriša, Ľudmily Gajdošíkovej, Sergeja Kohuta, Jany Laššákovej, Milana Ľalíka, Mojmíra Mamojku, Lajosa Mészárosa, Marianny Mochnáčovej, Ladislava Orosza a Rudolfa Tkáčika prerokoval prijatú sťažnosť zastúpeného advokátom JUDr. Vladimírom Servátkom, Pri Podlužianke 1922/3, Levice, vo veci namietanej neústavnosti a nezákonnosti volieb poslancov Obecného zastupiteľstva obce Ondrejovce konaných 10. novembra 2018 podľa čl. 129 ods. 2 Ústavy Slovenskej republiky za účasti</w:t>
      </w:r>
    </w:p>
    <w:p>
      <w:r>
        <w:t>, a takto rozhodol:</w:t>
      </w:r>
    </w:p>
    <w:p>
      <w:r>
        <w:t>Z r u š u j e rozhodnutie miestnej volebnej komisie zapísané v zápisnici o výsledku volieb do Obecného zastupiteľstva obce Ondrejovce konaných 10. novembra 2018 v časti, v ktorej bol za zvoleného pod poradovým číslom 5 vyhlásený kandidát a za zvoleného poslanca do Obecného zastupiteľstva v obci Ondrejovce vyhlasuje .</w:t>
      </w:r>
    </w:p>
    <w:p>
      <w:r>
        <w:t>,</w:t>
      </w:r>
    </w:p>
    <w:p>
      <w:r>
        <w:t>Odôvodnenie: I. Ústavnému súdu Slovenskej republiky (ďalej len „ústavný súd“) bola 14. novembra 2018 doručená sťažnosť</w:t>
      </w:r>
    </w:p>
    <w:p>
      <w:r>
        <w:t>(ďalej len „sťažovateľ“), ktorou</w:t>
      </w:r>
    </w:p>
    <w:p>
      <w:r>
        <w:t>podľa čl. 129 ods. 2 Ústavy Slovenskej republiky (ďalej len „ústava“) v spojení s § 59 a nasl. zákona Národnej rady Slovenskej republiky č. 38/1993 Z. z. o organizácii Ústavného súdu Slovenskej republiky, o konaní pred ním a o postavení jeho sudcov v znení neskorších predpisov (ďalej len „zákon o ústavnom súde“) namieta neústavnosť a nezákonnosť volieb do Obecného zastupiteľstva obce Ondrejovce (ďalej aj „obecné zastupiteľstvo“ alebo ,,obec“) konaných 10. novembra 2018. Sťažovateľ doručil ústavnému súdu 23. novembra 2018 doplnenie volebnej sťažnosti, v ktorom v súlade s § 59 ods. 1 zákona o ústavnom súde osvedčil svoju aktívnu legitimáciu tým, že vo voľbách formálne získal 91 platných hlasov z celkového počtu 273 odovzdaných platných hlasov oprávnených voličov, čím získal viac ako 10 % platných hlasov. Sťažovateľ zároveň označil</w:t>
      </w:r>
    </w:p>
    <w:p>
      <w:r>
        <w:t>, ktorý formálne</w:t>
      </w:r>
    </w:p>
    <w:p>
      <w:r>
        <w:t>získal 99 platných hlasov, ako pasívne legitimovaného. Sťažovateľ vo volebnej sťažnosti uviedol, že „Okrsková volebná komisia Ondrejovce mi doručila dňa 13. 11. 2018 oznámenie, kde ma informovala, že bolo zistené, že došlo k pochybeniu pri sčítaní hlasov v prospech mojej osoby ako kandidáta na poslanca obecného zastupiteľstva v Ondrejovciach. Pravdepodobne Okrsková volebná komisia uviedla o 60 hlasov menej ako som preukázateľne obdržal. Uvádzam, že k tomuto omylu došlo len ľudským pochybením, nemám vedomosť o tom, že by ma členovia Okrskovej volebnej komisie chceli poškodiť, ale objektívna je skutočnosť, že som chybným sčítaním hlasov nebol zvolený za poslanca Obecného zastupiteľstva v Ondrejovciach. Obecný úrad v Ondrejovciach ako orgán administratívno-technický zodpovedný za realizáciu volieb, poskytne súčinnosť pri prepočítavaní hlasov, ktoré sa nachádzajú v zapečatenej urne na Obecnom úrade.“.</w:t>
      </w:r>
    </w:p>
    <w:p>
      <w:r>
        <w:t>2</w:t>
      </w:r>
    </w:p>
    <w:p>
      <w:r>
        <w:t>Na základe uvedených skutočností sťažovateľ navrhol, aby ústavný súd rozhodnutie miestnej volebnej komisie o výsledku volieb do Obecného zastupiteľstva v obci Ondrejovce zrušil a vyhlásil</w:t>
      </w:r>
    </w:p>
    <w:p>
      <w:r>
        <w:t>za riadne zvoleného poslanca Obecného zastupiteľstva</w:t>
      </w:r>
    </w:p>
    <w:p>
      <w:r>
        <w:t>obce Ondrejovce. Uznesením č. k. PL. ÚS 28/2018-17 z 28. novembra 2018 prijal ústavný súd sťažnosť sťažovateľa na ďalšie konanie. Ústavný súd listom z 29. novembra 2018 vyzval odporcu</w:t>
      </w:r>
    </w:p>
    <w:p>
      <w:r>
        <w:t>, aby sa</w:t>
      </w:r>
    </w:p>
    <w:p>
      <w:r>
        <w:t>vyjadril k sťažnosti sťažovateľa. Odporca vo svojom vyjadrení, ktoré bolo ústavnému súdu doručené 7. decembra 2018, uviedol: «Podľa Ústavy Slovenskej republiky má každý občan právo voliť a táto skutočnosť je každému známa. V obci Ondrejovce túto možnosť využilo 283 občanov. Z 283 vydaných hlasovacích lístkov na voľbu poslancov do obecného zastupiteľstva bolo 273 hlasovacích lístkov platných. Ale iba málo kto tušil ako bude naložené s volebnými lístkami po voľbách a kde skončia. Dňa 10.11.2018 v čase o 22.00 hod. bola uzavretá volebná miestnosť. Volebná komisia za prítomnosti nezávislého pozorovateľa p.</w:t>
      </w:r>
    </w:p>
    <w:p>
      <w:r>
        <w:t>skontrolovala</w:t>
      </w:r>
    </w:p>
    <w:p>
      <w:r>
        <w:t>platnosť hlasovacích lístkov, sčítala platné hlasovacie lístky a výsledky volieb boli doručené Okresnej volebnej komisii v Leviciach, viď zverejnené výsledky komunálnych volieb na oficiálnej stránke obce Ondrejovce www.obecondrejovce.sk, zverejnené 10.11.2018 a aktualizované 11.11.2018. Podľa vyjadrenia nezávislého pozorovateľa bola kontrola hlasovacích lístkov a následné sčítanie platných hlasovacích lístkov opakované 2 krát, aby nedošlo k omylu, čo osobne potvrdil aj v reportáži televízii Markíza, odvysielanej dňa 16.11.2018 v Televíznych novinách. Podľa mojich vedomostí by mala byť volebná urna s volebnými lístkami dňa 10.11.2018 riadne zapečatená a podpísaná členmi volebnej komisie. V našej malebnej obci Ondrejovce však pravdepodobne niekto nebol spokojný s volebnými výsledkami, a tak pravdepodobne vznikla úvaha či nemohlo dôjsť k omylu. Osobne viem o skutočnosti, že pán starosta so svojou sekretárkou a predsedníčkou volebnej komisie navštívili Okresný úrad v Leviciach a informovali OÚ o tom, že v obci Ondrejovce došlo k omylu pri sčítaní platných volebných lístkov v neprospech kandidáta p. 3</w:t>
      </w:r>
    </w:p>
    <w:p>
      <w:r>
        <w:t>. Spomínaný pán</w:t>
      </w:r>
    </w:p>
    <w:p>
      <w:r>
        <w:t>je bývalý poslanec obecného zastupiteľstva a zároveň aj bývalý zástupca starostu. Po tejto návšteve na Okresnom úrade v Leviciach, zapisovateľka volebnej komisii v Ondrejovciach dňa 13.11.2018 vyhlásila v obecnom rozhlase verejné ospravedlnenie p.</w:t>
      </w:r>
    </w:p>
    <w:p>
      <w:r>
        <w:t>v mene celej volebnej komisii. Ospravedlnenie bolo prezentované</w:t>
      </w:r>
    </w:p>
    <w:p>
      <w:r>
        <w:t>ako omyl - nepripočítanie 60. hlasov p. pre p.</w:t>
      </w:r>
    </w:p>
    <w:p>
      <w:r>
        <w:t>a zároveň ako odporúčanie</w:t>
      </w:r>
    </w:p>
    <w:p>
      <w:r>
        <w:t>obrátiť sa na Ústavný súd. Mňa osobne o tejto skutočnosti nikto do dnešného dňa neinformoval a verejne sa mi</w:t>
      </w:r>
    </w:p>
    <w:p>
      <w:r>
        <w:t>nikto neospravedlnil, pričom poškodená je aj moja osoba. Zaujímavá je skutočnosť stretnutia sa volebnej komisii dňa 12.11.2018 vo večerných hodinách s pánom starostom na Obecnom úrade a následné verejné priznanie sa v obecnom rozhlase na druhý deň. Pripúšťam, že každý človek je omylný a môže sa pomýliť, ale preto je komisia viac početná aby sa takéto chyby eliminovali a myslím si, že členovia volebnej komisii, inak verní ľudia pána starostu, vedeli o vážnosti situácie a taktiež si uvedomovali, že majú v rukách chod našej obce na ďalšie volebné obdobie. Je verejne známe, že v našej obci sa traduje výber volebnej komisie v prospech pána starostu a všetci členovia volebnej komisie sú mu svojím spôsobom zaviazaní. Pre túto skutočnosť mám vážne pochybnosti, že v údajný večer 12.11.2018 došlo k manipulácii s volebnou urnou a s hlasovacími lístkami. Veď čo sa nepodarilo pred voľbami a počas volieb sa snažili zachrániť po voľbách. Ďalšou skutočnosťou je, že Obecný úrad v Ondrejovciach ako orgán administratívnotechnický, zodpovedný za realizáciu volieb poskytol v sťažnosti</w:t>
      </w:r>
    </w:p>
    <w:p>
      <w:r>
        <w:t>súčinnosť</w:t>
      </w:r>
    </w:p>
    <w:p>
      <w:r>
        <w:t>pri prepočítavaní hlasov, ktoré sa údajne nachádzali v zapečatenej urne na Obecnom úrade. Moje pochybnosti tiež vyplývajú z konania pána starostu v tejto veci. Osobne zobral volebnú urnu s hlasovacími lístkami do osobného motorového vozidla a odovzdal ju na Ústavnom súde v Košiciach. Neviem či je to štandardný postup, ale podľa mňa išlo o maximálnu nezodpovednosť zo strany pána starostu a hazardovanie s hlasmi voličov obce Ondrejovce. V obci Ondrejovce sa už stáva samozrejmosťou, že sa manipuluje s volebnou urnou nakoľko v predchádzajúcich voľbách v roku 2014 bola volebná urna „voľne položená na skrinke v miestnosti sekretárky“. Keďže sťažnosť, ktorá bola vtom roku podaná na Ústavný súd, nebola v konaní zastupovaná advokátom, t.j nešlo o návrh v súlade s ust. § 20 zákona o ústavnom súde, došlo k odloženiu podania.</w:t>
      </w:r>
    </w:p>
    <w:p>
      <w:r>
        <w:t>4</w:t>
      </w:r>
    </w:p>
    <w:p>
      <w:r>
        <w:t>Pán</w:t>
      </w:r>
    </w:p>
    <w:p>
      <w:r>
        <w:t>, ako bývalý poslanec obecného zastupiteľstva a bývalý zástupca</w:t>
      </w:r>
    </w:p>
    <w:p>
      <w:r>
        <w:t>starostu, určite oceňuje osobnú angažovanosť pána starostu pri vybavovaní jeho podania, ale myslím si a určite aj Ústavnému súdu musí byť minimálne podozrivé jeho angažovanie. Verím, že nie len ja ale aj ostatní daňoví poplatníci v obci Ondrejovce by boli zvedaví či urgencia doručenia volebnej urny s hlasovacími lístkami zo strany pána starostu by bola taká aj v prípade iného kandidáta, ako v prípade pána</w:t>
      </w:r>
    </w:p>
    <w:p>
      <w:r>
        <w:t>. Ako zamestnanec</w:t>
      </w:r>
    </w:p>
    <w:p>
      <w:r>
        <w:t>štátnej služby verím v spravodlivosť a že Ústavný súd vezme do úvahy skutočnosti, ktoré som uviedol vo svojom stanovisku. Pán</w:t>
      </w:r>
    </w:p>
    <w:p>
      <w:r>
        <w:t>vo svojej sťažnosti navrhuje aby Ústavný súd rozhodnutie</w:t>
      </w:r>
    </w:p>
    <w:p>
      <w:r>
        <w:t>miestnej volebnej komisie o výsledku volieb do Obecného zastupiteľstva v obci Ondrejovce zrušil a vyhlásil</w:t>
      </w:r>
    </w:p>
    <w:p>
      <w:r>
        <w:t>za riadneho zvoleného poslanca Obecného zastupiteľstva</w:t>
      </w:r>
    </w:p>
    <w:p>
      <w:r>
        <w:t>obce Ondrejovce. Moje stanovisko na základe hore uvedených skutočností je, aby ústavný súd zamietol sťažnosť</w:t>
      </w:r>
    </w:p>
    <w:p>
      <w:r>
        <w:t>, nakoľko nie je hodnoverne preukázateľné, či nedošlo</w:t>
      </w:r>
    </w:p>
    <w:p>
      <w:r>
        <w:t>k manipulácii s volebnými lístkami a tým k zmene poradia zvolených poslancov do obecného zastupiteľstva v obci Ondrejovce. Podľa môjho názoru, ako aj väčšiny obyvateľov, by bolo najspravodlivejšie čo je však v kompetencii Ústavného súdu vyhlásiť v obci Ondrejovce nové komunálne voľby, aby občania rozhodli či už v prospech p.</w:t>
      </w:r>
    </w:p>
    <w:p>
      <w:r>
        <w:t>alebo</w:t>
      </w:r>
    </w:p>
    <w:p>
      <w:r>
        <w:t>mojej osoby.» II. Ústavný súd vykonal vo veci dokazovanie oboznámením sa s obsahom listín tvoriacich prílohu sťažnosti, s obsahom zápisnice miestnej volebnej komisie o výsledku volieb, s obsahom zápisnice okrskovej volebnej komisie o hlasovaní vo voľbách a s volebnou dokumentáciou. Ústavný súd uskutočnil prepočítanie hlasovacích lístkov odovzdaných v prospech jednotlivých kandidátov na poslancov Obecného zastupiteľstva v obci Ondrejovce.</w:t>
      </w:r>
    </w:p>
    <w:p>
      <w:r>
        <w:t>5</w:t>
      </w:r>
    </w:p>
    <w:p>
      <w:r>
        <w:t>III. Východiská pre rozhodnutie ústavného súdu A. Skutkové zistenia V súvislosti s namietaným výsledkom volieb poslancov obecného zastupiteľstva sťažovateľ namietal nesprávne spočítanie platných hlasov odovzdaných v jeho prospech. Uvedená skutočnosť vyplynula z oznámenia okrskovej volebnej komisie z 13. novembra 2018, v ktorom komisia uviedla, že „sme zistili pravdepodobné naše pochybenie pri sčítavaní Vašich hlasov... narátali sme o 60 hlasov menej, čím sme Vás nechtiac uškodili a obrali o poslanecký mandát“. Z uvedeného dôvodu sťažovateľ navrhol prepočítanie hlasovacích lístkov kandidátov na poslancov obecného zastupiteľstva, ktoré malo preukázať jeho tvrdenia. Ústavný súd v zmysle § 62 zákona o ústavnom súde výzvou z 15. novembra 2018 vyžiadal od obce volebnú dokumentáciu (vrátane hlasovacích lístkov), ktorá mu bola doručená 16. novembra 2018 riadne zapečatená a opatrená pečiatkami a podpismi členov okrskovej volebnej komisie. Súčasťou volebnej dokumentácie boli všetkými členmi riadne a bez výhrad podpísané zápisnice okrskovej volebnej komisie a miestnej volebnej komisie. Ústavný súd prepočítal všetky hlasovacie lístky odovzdané v prospech jednotlivých kandidátov uchádzajúcich sa o mandát poslanca obecného zastupiteľstva. Ústavný súd konštatuje, že do Obecného zastupiteľstva obce Ondrejovce sa volilo 5 poslancov z 11 kandidátov. Sčítaním hlasovacích lístkov kandidátov na poslancov obecného zastupiteľstva obce ústavný súd zistil, že počet platných hlasovacích lístkov pre jednotlivých kandidátov (ďalej sú uvedení v poradí, ktoré vyplynulo z pôvodného sčítania hlasovacích lístkov volebnou komisiou, ako to je uvedené v zápisnici) je takýto:</w:t>
      </w:r>
    </w:p>
    <w:p>
      <w:r>
        <w:t>6</w:t>
      </w:r>
    </w:p>
    <w:p>
      <w:r>
        <w:t>P. č.</w:t>
      </w:r>
    </w:p>
    <w:p>
      <w:r>
        <w:t>Kandidát</w:t>
      </w:r>
    </w:p>
    <w:p>
      <w:r>
        <w:t>Výsledky volieb zistené</w:t>
      </w:r>
    </w:p>
    <w:p>
      <w:r>
        <w:t>Výsledky volieb</w:t>
      </w:r>
    </w:p>
    <w:p>
      <w:r>
        <w:t>ústavným súdom</w:t>
      </w:r>
    </w:p>
    <w:p>
      <w:r>
        <w:t>podľa zápisnice</w:t>
      </w:r>
    </w:p>
    <w:p>
      <w:r>
        <w:t>Rozdiel</w:t>
      </w:r>
    </w:p>
    <w:p>
      <w:r>
        <w:t>okrskovej volebnej komisie 1.</w:t>
      </w:r>
    </w:p>
    <w:p>
      <w:r>
        <w:t>154</w:t>
      </w:r>
    </w:p>
    <w:p>
      <w:r>
        <w:t>154</w:t>
      </w:r>
    </w:p>
    <w:p>
      <w:r>
        <w:t>0</w:t>
      </w:r>
    </w:p>
    <w:p>
      <w:r>
        <w:t>2.</w:t>
      </w:r>
    </w:p>
    <w:p>
      <w:r>
        <w:t>146</w:t>
      </w:r>
    </w:p>
    <w:p>
      <w:r>
        <w:t>146</w:t>
      </w:r>
    </w:p>
    <w:p>
      <w:r>
        <w:t>0</w:t>
      </w:r>
    </w:p>
    <w:p>
      <w:r>
        <w:t>3.</w:t>
      </w:r>
    </w:p>
    <w:p>
      <w:r>
        <w:t>125</w:t>
      </w:r>
    </w:p>
    <w:p>
      <w:r>
        <w:t>125</w:t>
      </w:r>
    </w:p>
    <w:p>
      <w:r>
        <w:t>0</w:t>
      </w:r>
    </w:p>
    <w:p>
      <w:r>
        <w:t>4.</w:t>
      </w:r>
    </w:p>
    <w:p>
      <w:r>
        <w:t>124</w:t>
      </w:r>
    </w:p>
    <w:p>
      <w:r>
        <w:t>123</w:t>
      </w:r>
    </w:p>
    <w:p>
      <w:r>
        <w:t>1</w:t>
      </w:r>
    </w:p>
    <w:p>
      <w:r>
        <w:t>5.</w:t>
      </w:r>
    </w:p>
    <w:p>
      <w:r>
        <w:t>99</w:t>
      </w:r>
    </w:p>
    <w:p>
      <w:r>
        <w:t>99</w:t>
      </w:r>
    </w:p>
    <w:p>
      <w:r>
        <w:t>0</w:t>
      </w:r>
    </w:p>
    <w:p>
      <w:r>
        <w:t>6.</w:t>
      </w:r>
    </w:p>
    <w:p>
      <w:r>
        <w:t>94</w:t>
      </w:r>
    </w:p>
    <w:p>
      <w:r>
        <w:t>94</w:t>
      </w:r>
    </w:p>
    <w:p>
      <w:r>
        <w:t>0</w:t>
      </w:r>
    </w:p>
    <w:p>
      <w:r>
        <w:t>7.</w:t>
      </w:r>
    </w:p>
    <w:p>
      <w:r>
        <w:t>92</w:t>
      </w:r>
    </w:p>
    <w:p>
      <w:r>
        <w:t>92</w:t>
      </w:r>
    </w:p>
    <w:p>
      <w:r>
        <w:t>0</w:t>
      </w:r>
    </w:p>
    <w:p>
      <w:r>
        <w:t>8.</w:t>
      </w:r>
    </w:p>
    <w:p>
      <w:r>
        <w:t>151</w:t>
      </w:r>
    </w:p>
    <w:p>
      <w:r>
        <w:t>91</w:t>
      </w:r>
    </w:p>
    <w:p>
      <w:r>
        <w:t>60</w:t>
      </w:r>
    </w:p>
    <w:p>
      <w:r>
        <w:t>9.</w:t>
      </w:r>
    </w:p>
    <w:p>
      <w:r>
        <w:t>73</w:t>
      </w:r>
    </w:p>
    <w:p>
      <w:r>
        <w:t>72</w:t>
      </w:r>
    </w:p>
    <w:p>
      <w:r>
        <w:t>1</w:t>
      </w:r>
    </w:p>
    <w:p>
      <w:r>
        <w:t>10.</w:t>
      </w:r>
    </w:p>
    <w:p>
      <w:r>
        <w:t>68</w:t>
      </w:r>
    </w:p>
    <w:p>
      <w:r>
        <w:t>67</w:t>
      </w:r>
    </w:p>
    <w:p>
      <w:r>
        <w:t>1</w:t>
      </w:r>
    </w:p>
    <w:p>
      <w:r>
        <w:t>11.</w:t>
      </w:r>
    </w:p>
    <w:p>
      <w:r>
        <w:t>50</w:t>
      </w:r>
    </w:p>
    <w:p>
      <w:r>
        <w:t>50</w:t>
      </w:r>
    </w:p>
    <w:p>
      <w:r>
        <w:t>0</w:t>
      </w:r>
    </w:p>
    <w:p>
      <w:r>
        <w:t>Náhradníci:</w:t>
      </w:r>
    </w:p>
    <w:p>
      <w:r>
        <w:t>V rámci preskúmania správnosti sčítania platných hlasov na hlasovacích lístkoch pre voľby poslancov Obecného zastupiteľstva obce Ondrejovce ústavný súd zistil, že výsledky uvedené v zápisnici okrskovej volebnej komisie z 10. novembra 2018 nie sú v súlade so skutočným stavom odovzdaných hlasovacích lístkov. Týmto zistením bolo zároveň preukázané, že okrsková volebná komisia v obci Ondrejovce nesprávne sčítala dosiahnuté hlasy štyroch kandidátov pre voľby poslancov obecného zastupiteľstva, čo priamo ovplyvnilo výsledok volieb poslancov obecného zastupiteľstva v tejto obci, keďže sa podľa reálne zisteného počtu získaných hlasov zmenilo poradie úspešnosti jedného kandidáta na poslanca obecného zastupiteľstva. Poslanecké miesta tak získali kandidáti s týmto počtom hlasov:</w:t>
      </w:r>
    </w:p>
    <w:p>
      <w:r>
        <w:t>7</w:t>
      </w:r>
    </w:p>
    <w:p>
      <w:r>
        <w:t>– 154 hlasov – 151 hlasov – 146 hlasov – 125 hlasov – 124 hlasov Z uvedených výsledkov sčítania hlasov vyplýva, že sťažovateľ</w:t>
      </w:r>
    </w:p>
    <w:p>
      <w:r>
        <w:t>získal</w:t>
      </w:r>
    </w:p>
    <w:p>
      <w:r>
        <w:t>151 hlasov (čo predstavuje v poradí 2. miesto pri voľbe piatich poslancov z 11 kandidátov), čím sa z hľadiska prepočítaného volebného výsledku dostal na miesto platne zvoleného poslanca Obecného zastupiteľstva obce Ondrejovce. B. Právne východiská Podľa čl. 129 ods. 2 ústavy ústavný súd rozhoduje o ústavnosti a zákonnosti volieb prezidenta Slovenskej republiky, volieb do Národnej rady Slovenskej republiky, volieb do orgánov územnej samosprávy a volieb do Európskeho parlamentu. Podľa § 63 ods. 1 zákona o ústavnom súde ústavný súd môže a) vyhlásiť voľby za neplatné, b) zrušiť napadnutý výsledok volieb, c) zrušiť rozhodnutie volebnej komisie a vyhlásiť za zvoleného toho, kto bol riadne zvolený, d) sťažnosť zamietnuť. Podľa § 63 ods. 2 zákona o ústavnom súde v prípadoch uvedených v odseku 1 písm. a) až c) ústavný súd rozhoduje nálezom. Podstatou ochrany ústavnosti vo volebných veciach je ochrana práv zaručených v čl. 30 ústavy, t. j. aktívneho a pasívneho volebného práva. Všeobecné volebné právo, ktoré je v tomto článku zaručené, znamená právo všetkých občanov, resp. obyvateľov obcí v danom štáte, ktorí dosiahli istú vekovú hranicu, jednak svojím hlasom spolurozhodovať pri tvorbe zastupiteľských orgánov (aktívne volebné právo) a jednak uchádzať sa o zvolenie za člena niektorého zo zastupiteľských orgánov (pasívne volebné právo]. Rovnosť 8</w:t>
      </w:r>
    </w:p>
    <w:p>
      <w:r>
        <w:t>volebného práva znamená zaručenie toho, aby každý z voličov i kandidátov mal rovnaké postavenie. Voľby môžu byť v zmysle judikatúry ústavného súdu (a tiež podľa teórie ústavného práva) spochybnené v zásade troma spôsobmi, a to tým, že došlo k volebnej chybe (napr. nesprávne sčítanie hlasov a iné číselné omyly), k volebnému deliktu (úmyselne nesprávne sčítanie alebo iné falšovanie volieb počas ich priebehu) alebo k neprípustnému ovplyvňovaniu výsledku hlasovania (oblasť nekalej volebnej súťaže a použitých prostriedkov volebnej kampane) (uznesenie sp. zn. PL. ÚS 98/07 z 3. júla 2008). Volebná komisia je orgánom verejnej moci, ktorý túto vykonáva vo verejnom záujme. Inak povedané, volebná komisia je inštitúciou verejnej moci a činnosť, ktorú vykonáva, je činnosťou vykonávanou vo verejnom záujme. Okrsková volebná komisia vo voľbách do obecnej samosprávy plní aj úlohy garanta ústavnosti a zákonnosti samotného volebného aktu a prvotného sčítania hlasov. Tomuto zodpovedá jej kreovanie, zákonom ustanovené postupy a zisťovanie volebných výsledkov, ktoré sú prejavom vôle voličov (nález sp. zn. PL. ÚS 1/07 z 23. januára 2008). Okrsková volebná komisia vo voľbách do obecnej samosprávy plní aj úlohu garanta ústavnosti a zákonnosti samostatného volebného aktu a prvotného sčítania hlasov. Na základe prepočítania volebných lístkov pri námietke nesprávneho sčítania hlasov plénum ústavného súdu má právomoc vyhlásiť za zvoleného iného účastníka slobodnej súťaže politických síl, ktorý získal viac hlasov ako účastník tejto súťaže po vyhlásení za zvoleného podľa zápisnice o výsledku volieb do obecnej samosprávy (nález sp. zn. PL. ÚS 36/03 z 1. júla 2004). Vzhľadom na zistenie ústavného súdu o reálnej nezhode počtu hlasov v zápisniciach okrskových volebných komisií o voľbách poslancov mestského zastupiteľstva so súčtami hlasov pri kontrole ich sčítania zo strany ústavného súdu, ktoré má v konečnom dôsledku vplyv predovšetkým na skutočný počet hlasov odovzdaných jednotlivým kandidátom na 9</w:t>
      </w:r>
    </w:p>
    <w:p>
      <w:r>
        <w:t>funkciu poslanca a čiastočne aj na ich poradie z hľadiska počtu získaných hlasov, ústavný súd dospel k záveru, že ide o také závažné porušenie zákona Slovenskej národnej rady č. 346/1990 Zb. o voľbách do orgánov samosprávy obcí v znení neskorších predpisov do územnej samosprávy, ktoré je v príčinnej súvislosti so zisteným výsledkom volieb. V dôsledku uvedených skutočností vzniká dôvodná pochybnosť, že výsledok volieb neodráža skutočnú vôľu voličov (nález sp. zn. PL. ÚS 9/2011 z 22. februára 2011). Ak ústavný súd zistí reálnu nezhodu počtu hlasov v zápisnici o voľbách poslancov obecného zastupiteľstva so súčtami hlasov pri kontrole ich sčítania zo strany ústavného súdu, ktorá má v konečnom dôsledku vplyv predovšetkým na skutočný počet hlasov odovzdaných jednotlivým kandidátom na funkciu poslancov obecného zastupiteľstva, musí v tejto časti voľby, resp. ich výsledok zrušiť (nález sp. zn. PL. ÚS 17/09 z 28. apríla 2010). Zmyslom rozhodovania ústavného súdu o volebných sťažnostiach nie je sankcionovanie kandidáta, ktorý porušil zákon alebo v prospech ktorého bol porušený zákon, ale posúdenie, či volebné vady mohli ovplyvniť výsledok volieb. Z toho však vyplýva, že je nutné posúdiť nielen volebné vady spôsobené priamo kandidátmi, ale vziať do úvahy aj volebné vady spôsobené inými osobami (ochrana objektívneho volebného práva) (uznesenie sp. zn. PL. ÚS 78/2011 z 23. februára 2011). S ohľadom na uvedené zásady ústavný súd v okolnostiach danej veci skúmal, či skutočnosti namietané sťažovateľom mohli vyvolať také porušenie ústavy a zákona č. 180/2014 Z. z. o podmienkach výkonu volebného práva a o zmene a doplnení niektorých zákonov v znení neskorších predpisov (ďalej len „zákon o voľbách“) do orgánov samosprávy obcí, ktoré bolo spôsobilé v konečnom dôsledku reálne ovplyvniť výsledok napadnutých volieb poslancov Obecného zastupiteľstva obce Ondrejovce. C. Závery Vzhľadom na zistenie ústavného súdu o reálnej nezhode počtu hlasov v zápisnici o voľbách poslancov obecného zastupiteľstva so súčtami hlasov pri kontrole ich sčítania 10</w:t>
      </w:r>
    </w:p>
    <w:p>
      <w:r>
        <w:t>zrealizovaného ústavným súdom, ktoré má v konečnom dôsledku vplyv predovšetkým na skutočný počet hlasov odovzdaných jednotlivým kandidátom na funkciu poslanca Obecného zastupiteľstva obce Ondrejovce a aj na ich poradie z hľadiska počtu získaných hlasov, ústavný súd dospel k záveru, že ide o také závažné porušenie zákona o voľbách, ktoré je v príčinnej súvislosti so zisteným výsledkom volieb. V dôsledku uvedených skutočností vzniká dôvodná pochybnosť, že výsledok volieb neodráža skutočnú vôľu voličov. Ústavný súd konštatuje, že uvedeným konaním volebnej komisie došlo k porušeniu ústavou zaručeného volebného práva a jeho princípov spôsobom ovplyvňujúcim slobodnú súťaž politických síl v demokratickej spoločnosti. Uvedené zistenia ústavný súd hodnotí ako hrubé a závažné porušenia zákona o voľbách, pretože boli spôsobilé reálne ovplyvniť vyhlásený výsledok napadnutých volieb poslancov Obecného zastupiteľstva obce Ondrejovce. Ústavný súd sa musí pri tomto type konania (konanie vo volebných veciach) vzhľadom na jeho účel, ktorým je predovšetkým verejný záujem na tom, aby výsledok volieb odrážal skutočnú vôľu voličov, a bol teda zachovaný základný predpoklad fungovania demokratického štátu, riadiť princípom materiálneho chápania ochrany ústavnosti, a vyrovnať sa tak s každým zisteným a zároveň relevantným porušením zákonnosti alebo ústavnosti volebného procesu. Podľa § 189 ods. 1 zákona o voľbách za poslancov obecného zastupiteľstva sú zvolení kandidáti, ktorí získali vo volebnom obvode v poradí najviac platných hlasov. Z výsledkov prepočítania hlasov pre jednotlivých kandidátov na funkciu poslanca obecného zastupiteľstva uskutočneného ústavným súdom v rámci dokazovania vyplýva, že sťažovateľ sa s počtom získaných 151 hlasov zaradil na 2. miesto v poradí podľa počtu získaných hlasov, čo pri voľbe piatich poslancov z 11 kandidátov znamená, že z hľadiska prepočítaného volebného výsledku sa dostal na miesto platne zvoleného poslanca Obecného zastupiteľstva obce Ondrejovce. 11</w:t>
      </w:r>
    </w:p>
    <w:p>
      <w:r>
        <w:t>V súvislosti s vyjadrením odporcu, v ktorom naznačuje možnú manipuláciu s volebnou urnou a hlasovacími lístkami po voľbách, ako aj previazanosť členov volebnej komisie so starostom obce, na základe čoho navrhuje vyhlásiť voľby do obecného zastupiteľstva za neplatné, ústavný súd konštatuje, že odporca nenavrhol ani nepredložil ústavnému súdu žiadne relevantné dôkazy na podporu svojich tvrdení, a preto ústavný súd vyhodnotil jeho tvrdenia ako neopodstatnené. Sťažovateľ žiadal, aby ústavný súd zrušil rozhodnutie miestnej volebnej komisie zapísané v zápisnici o hlasovaní vo voľbách do Obecného zastupiteľstva v obci Ondrejovce konaných 10. novembra 2018 a za zvoleného poslanca vyhlásil sťažovateľa. Ústavný súd vzhľadom na uvedené uplatnil svoju právomoc vyplývajúcu z § 63 ods. 1 písm. c) zákona o ústavnom súde zrušiť rozhodnutie volebnej komisie a vyhlásiť za zvoleného toho, kto bol riadne zvolený. Na základe tejto právomoci zrušil rozhodnutie miestnej volebnej komisie v zápisnici o voľbách poslancov Obecného zastupiteľstva obce Ondrejovce týkajúce sa pôvodne uvedeného dosiahnutého volebného výsledku sťažovateľa so skutočne získaným počtom hlasov 151 a vyhlásil ho za riadne zvoleného poslanca Obecného zastupiteľstva obce Ondrejovce. so zisteným volebným výsledkom 99 získaných hlasov sa tak umiestnil na šiestom mieste ako náhradník s poradovým číslom 1, ktorý nebol vo volebnom obvode zvolený za poslanca obecného zastupiteľstva. Z výrokovej časti nálezu zároveň vyplýva, že nadobudnutím jeho právoplatnosti, ku ktorému dôjde jeho doručením účastníkom konania, zaniká dotknutému poslancovi</w:t>
      </w:r>
    </w:p>
    <w:p>
      <w:r>
        <w:t>mandát poslanca Obecného zastupiteľstva obce</w:t>
      </w:r>
    </w:p>
    <w:p>
      <w:r>
        <w:t>Ondrejovce. Poučenie:</w:t>
      </w:r>
    </w:p>
    <w:p>
      <w:r>
        <w:t>Proti tomuto rozhodnutiu nemožno podať opravný prostriedok.</w:t>
      </w:r>
    </w:p>
    <w:p>
      <w:r>
        <w:t>V Bratislave 19. decembra 2018</w:t>
      </w:r>
    </w:p>
    <w:p>
      <w:r>
        <w:t>12</w:t>
      </w:r>
    </w:p>
    <w:p/>
    <w:p>
      <w:r>
        <w:t>Zdroj: KAUZIS.SK – https://www.kauzis.sk/judikatura/r/ECLI:SK:USSR:2019:PL.US.28.2018.1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